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0" w:after="0" w:line="240" w:lineRule="auto"/>
        <w:jc w:val="center"/>
      </w:pPr>
      <w:r>
        <w:drawing>
          <wp:inline xmlns:a="http://schemas.openxmlformats.org/drawingml/2006/main" xmlns:pic="http://schemas.openxmlformats.org/drawingml/2006/picture">
            <wp:extent cx="5481828" cy="8220456"/>
            <wp:docPr id="1" name="Picture 1"/>
            <wp:cNvGraphicFramePr>
              <a:graphicFrameLocks noChangeAspect="1"/>
            </wp:cNvGraphicFramePr>
            <a:graphic>
              <a:graphicData uri="http://schemas.openxmlformats.org/drawingml/2006/picture">
                <pic:pic>
                  <pic:nvPicPr>
                    <pic:cNvPr id="0" name="Book 2 Front Cover.png"/>
                    <pic:cNvPicPr/>
                  </pic:nvPicPr>
                  <pic:blipFill>
                    <a:blip r:embed="rId9"/>
                    <a:stretch>
                      <a:fillRect/>
                    </a:stretch>
                  </pic:blipFill>
                  <pic:spPr>
                    <a:xfrm>
                      <a:off x="0" y="0"/>
                      <a:ext cx="5481828" cy="8220456"/>
                    </a:xfrm>
                    <a:prstGeom prst="rect"/>
                  </pic:spPr>
                </pic:pic>
              </a:graphicData>
            </a:graphic>
          </wp:inline>
        </w:drawing>
      </w:r>
    </w:p>
    <w:p>
      <w:pPr>
        <w:widowControl/>
        <w:sectPr>
          <w:headerReference w:type="default" r:id="rId11"/>
          <w:footerReference w:type="default" r:id="rId12"/>
          <w:pgSz w:w="8640" w:h="12960"/>
          <w:pgMar w:top="0" w:right="0" w:bottom="0" w:left="0" w:header="0" w:footer="0" w:gutter="0"/>
          <w:cols w:space="720"/>
          <w:docGrid w:linePitch="360"/>
        </w:sectPr>
      </w:pPr>
    </w:p>
    <w:p>
      <w:pPr>
        <w:widowControl/>
      </w:pPr>
    </w:p>
    <w:p>
      <w:pPr>
        <w:widowControl/>
      </w:pPr>
    </w:p>
    <w:p>
      <w:pPr>
        <w:widowControl/>
      </w:pPr>
    </w:p>
    <w:p>
      <w:pPr>
        <w:widowControl/>
        <w:spacing w:after="80"/>
        <w:jc w:val="center"/>
      </w:pPr>
      <w:r>
        <w:rPr>
          <w:rFonts w:ascii="Georgia" w:hAnsi="Georgia" w:eastAsia="Georgia"/>
          <w:b/>
          <w:color w:val="226FA4"/>
          <w:sz w:val="54"/>
        </w:rPr>
        <w:t>HIDDEN TREASURE</w:t>
      </w:r>
    </w:p>
    <w:p>
      <w:pPr>
        <w:widowControl/>
        <w:spacing w:after="320"/>
        <w:jc w:val="center"/>
      </w:pPr>
      <w:r>
        <w:rPr>
          <w:rFonts w:ascii="Georgia" w:hAnsi="Georgia" w:eastAsia="Georgia"/>
          <w:i/>
          <w:color w:val="183042"/>
          <w:sz w:val="32"/>
        </w:rPr>
        <w:t>Volume 2</w:t>
      </w:r>
    </w:p>
    <w:p>
      <w:pPr>
        <w:widowControl/>
        <w:spacing w:after="520"/>
        <w:jc w:val="center"/>
      </w:pPr>
      <w:r>
        <w:rPr>
          <w:rFonts w:ascii="Georgia" w:hAnsi="Georgia" w:eastAsia="Georgia"/>
          <w:b/>
          <w:color w:val="183042"/>
          <w:sz w:val="28"/>
        </w:rPr>
        <w:t>Seek and You Shall Find</w:t>
      </w:r>
    </w:p>
    <w:p>
      <w:pPr>
        <w:widowControl/>
        <w:jc w:val="center"/>
      </w:pPr>
      <w:r>
        <w:rPr>
          <w:rFonts w:ascii="Georgia" w:hAnsi="Georgia" w:eastAsia="Georgia"/>
          <w:color w:val="183042"/>
          <w:sz w:val="30"/>
        </w:rPr>
        <w:t>Janice Perrin Johnson</w:t>
      </w:r>
    </w:p>
    <w:p>
      <w:pPr>
        <w:widowControl/>
      </w:pPr>
      <w:r>
        <w:br w:type="page"/>
      </w:r>
    </w:p>
    <w:p>
      <w:pPr>
        <w:widowControl/>
      </w:pPr>
    </w:p>
    <w:p>
      <w:pPr>
        <w:widowControl/>
      </w:pPr>
    </w:p>
    <w:p>
      <w:pPr>
        <w:widowControl/>
      </w:pPr>
    </w:p>
    <w:p>
      <w:pPr>
        <w:widowControl/>
      </w:pPr>
    </w:p>
    <w:p>
      <w:pPr>
        <w:widowControl/>
        <w:ind w:firstLine="0"/>
        <w:jc w:val="center"/>
      </w:pPr>
      <w:r>
        <w:rPr>
          <w:rFonts w:ascii="Georgia" w:hAnsi="Georgia" w:eastAsia="Georgia"/>
          <w:b/>
          <w:color w:val="183042"/>
          <w:sz w:val="24"/>
        </w:rPr>
        <w:t>Hidden Treasure, Volume 2</w:t>
      </w:r>
    </w:p>
    <w:p>
      <w:pPr>
        <w:widowControl/>
        <w:ind w:firstLine="0"/>
        <w:jc w:val="center"/>
      </w:pPr>
      <w:r>
        <w:rPr>
          <w:rFonts w:ascii="Georgia" w:hAnsi="Georgia" w:eastAsia="Georgia"/>
          <w:i/>
          <w:sz w:val="22"/>
        </w:rPr>
        <w:t>Seek and You Shall Find</w:t>
      </w:r>
    </w:p>
    <w:p>
      <w:pPr>
        <w:widowControl/>
        <w:ind w:firstLine="0"/>
        <w:jc w:val="center"/>
      </w:pPr>
      <w:r>
        <w:rPr>
          <w:rFonts w:ascii="Georgia" w:hAnsi="Georgia" w:eastAsia="Georgia"/>
          <w:sz w:val="22"/>
        </w:rPr>
        <w:t>Janice Perrin Johnson</w:t>
      </w:r>
    </w:p>
    <w:p>
      <w:pPr>
        <w:widowControl/>
        <w:spacing w:before="360"/>
        <w:ind w:firstLine="0"/>
        <w:jc w:val="center"/>
      </w:pPr>
      <w:r>
        <w:rPr>
          <w:rFonts w:ascii="Georgia" w:hAnsi="Georgia" w:eastAsia="Georgia"/>
          <w:sz w:val="19"/>
        </w:rPr>
        <w:t>All rights reserved.</w:t>
      </w:r>
    </w:p>
    <w:p>
      <w:pPr>
        <w:widowControl/>
        <w:ind w:firstLine="0"/>
        <w:jc w:val="center"/>
      </w:pPr>
      <w:r>
        <w:rPr>
          <w:rFonts w:ascii="Georgia" w:hAnsi="Georgia" w:eastAsia="Georgia"/>
          <w:i/>
          <w:sz w:val="18"/>
        </w:rPr>
        <w:t>This eBook manuscript preserves the author’s collected reflections and radio messages.</w:t>
      </w:r>
    </w:p>
    <w:p>
      <w:pPr>
        <w:pStyle w:val="Heading1"/>
        <w:pageBreakBefore/>
      </w:pPr>
      <w:r>
        <w:t>Contents</w:t>
      </w:r>
    </w:p>
    <w:p>
      <w:pPr>
        <w:pStyle w:val="TOCEntryEbook"/>
        <w:ind w:firstLine="0"/>
      </w:pPr>
      <w:hyperlink w:anchor="intro" w:history="1">
        <w:r>
          <w:rPr>
            <w:rStyle w:val="Hyperlink"/>
            <w:rFonts w:ascii="Georgia" w:hAnsi="Georgia"/>
            <w:sz w:val="22"/>
          </w:rPr>
          <w:t>Introduction</w:t>
        </w:r>
      </w:hyperlink>
    </w:p>
    <w:p>
      <w:pPr>
        <w:pStyle w:val="TOCEntryEbook"/>
        <w:ind w:firstLine="0"/>
      </w:pPr>
      <w:hyperlink w:anchor="reflection_01" w:history="1">
        <w:r>
          <w:rPr>
            <w:rStyle w:val="Hyperlink"/>
            <w:rFonts w:ascii="Georgia" w:hAnsi="Georgia"/>
            <w:sz w:val="22"/>
          </w:rPr>
          <w:t>Belief vs Unbelief</w:t>
        </w:r>
      </w:hyperlink>
    </w:p>
    <w:p>
      <w:pPr>
        <w:pStyle w:val="TOCEntryEbook"/>
        <w:ind w:firstLine="0"/>
      </w:pPr>
      <w:hyperlink w:anchor="reflection_02" w:history="1">
        <w:r>
          <w:rPr>
            <w:rStyle w:val="Hyperlink"/>
            <w:rFonts w:ascii="Georgia" w:hAnsi="Georgia"/>
            <w:sz w:val="22"/>
          </w:rPr>
          <w:t>Parable of the Sower</w:t>
        </w:r>
      </w:hyperlink>
    </w:p>
    <w:p>
      <w:pPr>
        <w:pStyle w:val="TOCEntryEbook"/>
        <w:ind w:firstLine="0"/>
      </w:pPr>
      <w:hyperlink w:anchor="reflection_03" w:history="1">
        <w:r>
          <w:rPr>
            <w:rStyle w:val="Hyperlink"/>
            <w:rFonts w:ascii="Georgia" w:hAnsi="Georgia"/>
            <w:sz w:val="22"/>
          </w:rPr>
          <w:t>Feast of Unleavened Bread</w:t>
        </w:r>
      </w:hyperlink>
    </w:p>
    <w:p>
      <w:pPr>
        <w:pStyle w:val="TOCEntryEbook"/>
        <w:ind w:firstLine="0"/>
      </w:pPr>
      <w:hyperlink w:anchor="reflection_04" w:history="1">
        <w:r>
          <w:rPr>
            <w:rStyle w:val="Hyperlink"/>
            <w:rFonts w:ascii="Georgia" w:hAnsi="Georgia"/>
            <w:sz w:val="22"/>
          </w:rPr>
          <w:t>Changes – God’s Love</w:t>
        </w:r>
      </w:hyperlink>
    </w:p>
    <w:p>
      <w:pPr>
        <w:pStyle w:val="TOCEntryEbook"/>
        <w:ind w:firstLine="0"/>
      </w:pPr>
      <w:hyperlink w:anchor="reflection_05" w:history="1">
        <w:r>
          <w:rPr>
            <w:rStyle w:val="Hyperlink"/>
            <w:rFonts w:ascii="Georgia" w:hAnsi="Georgia"/>
            <w:sz w:val="22"/>
          </w:rPr>
          <w:t>New Year – Resolutions: Growing in Christ</w:t>
        </w:r>
      </w:hyperlink>
    </w:p>
    <w:p>
      <w:pPr>
        <w:pStyle w:val="TOCEntryEbook"/>
        <w:ind w:firstLine="0"/>
      </w:pPr>
      <w:hyperlink w:anchor="reflection_06" w:history="1">
        <w:r>
          <w:rPr>
            <w:rStyle w:val="Hyperlink"/>
            <w:rFonts w:ascii="Georgia" w:hAnsi="Georgia"/>
            <w:sz w:val="22"/>
          </w:rPr>
          <w:t>Resolutions</w:t>
        </w:r>
      </w:hyperlink>
    </w:p>
    <w:p>
      <w:pPr>
        <w:pStyle w:val="TOCEntryEbook"/>
        <w:ind w:firstLine="0"/>
      </w:pPr>
      <w:hyperlink w:anchor="reflection_07" w:history="1">
        <w:r>
          <w:rPr>
            <w:rStyle w:val="Hyperlink"/>
            <w:rFonts w:ascii="Georgia" w:hAnsi="Georgia"/>
            <w:sz w:val="22"/>
          </w:rPr>
          <w:t>Epiphany</w:t>
        </w:r>
      </w:hyperlink>
    </w:p>
    <w:p>
      <w:pPr>
        <w:pStyle w:val="TOCEntryEbook"/>
        <w:ind w:firstLine="0"/>
      </w:pPr>
      <w:hyperlink w:anchor="reflection_08" w:history="1">
        <w:r>
          <w:rPr>
            <w:rStyle w:val="Hyperlink"/>
            <w:rFonts w:ascii="Georgia" w:hAnsi="Georgia"/>
            <w:sz w:val="22"/>
          </w:rPr>
          <w:t>Old Testament – New Testament</w:t>
        </w:r>
      </w:hyperlink>
    </w:p>
    <w:p>
      <w:pPr>
        <w:pStyle w:val="TOCEntryEbook"/>
        <w:ind w:firstLine="0"/>
      </w:pPr>
      <w:hyperlink w:anchor="reflection_09" w:history="1">
        <w:r>
          <w:rPr>
            <w:rStyle w:val="Hyperlink"/>
            <w:rFonts w:ascii="Georgia" w:hAnsi="Georgia"/>
            <w:sz w:val="22"/>
          </w:rPr>
          <w:t>Cleaning House</w:t>
        </w:r>
      </w:hyperlink>
    </w:p>
    <w:p>
      <w:pPr>
        <w:pStyle w:val="TOCEntryEbook"/>
        <w:ind w:firstLine="0"/>
      </w:pPr>
      <w:hyperlink w:anchor="reflection_10" w:history="1">
        <w:r>
          <w:rPr>
            <w:rStyle w:val="Hyperlink"/>
            <w:rFonts w:ascii="Georgia" w:hAnsi="Georgia"/>
            <w:sz w:val="22"/>
          </w:rPr>
          <w:t>Earthquake in Haiti – Where was God?</w:t>
        </w:r>
      </w:hyperlink>
    </w:p>
    <w:p>
      <w:pPr>
        <w:pStyle w:val="TOCEntryEbook"/>
        <w:ind w:firstLine="0"/>
      </w:pPr>
      <w:hyperlink w:anchor="reflection_11" w:history="1">
        <w:r>
          <w:rPr>
            <w:rStyle w:val="Hyperlink"/>
            <w:rFonts w:ascii="Georgia" w:hAnsi="Georgia"/>
            <w:sz w:val="22"/>
          </w:rPr>
          <w:t>Icicles</w:t>
        </w:r>
      </w:hyperlink>
    </w:p>
    <w:p>
      <w:pPr>
        <w:pStyle w:val="TOCEntryEbook"/>
        <w:ind w:firstLine="0"/>
      </w:pPr>
      <w:hyperlink w:anchor="reflection_12" w:history="1">
        <w:r>
          <w:rPr>
            <w:rStyle w:val="Hyperlink"/>
            <w:rFonts w:ascii="Georgia" w:hAnsi="Georgia"/>
            <w:sz w:val="22"/>
          </w:rPr>
          <w:t>Irene</w:t>
        </w:r>
      </w:hyperlink>
    </w:p>
    <w:p>
      <w:pPr>
        <w:pStyle w:val="TOCEntryEbook"/>
        <w:ind w:firstLine="0"/>
      </w:pPr>
      <w:hyperlink w:anchor="reflection_13" w:history="1">
        <w:r>
          <w:rPr>
            <w:rStyle w:val="Hyperlink"/>
            <w:rFonts w:ascii="Georgia" w:hAnsi="Georgia"/>
            <w:sz w:val="22"/>
          </w:rPr>
          <w:t>Martin Luther King: Sunday in Atlanta</w:t>
        </w:r>
      </w:hyperlink>
    </w:p>
    <w:p>
      <w:pPr>
        <w:pStyle w:val="TOCEntryEbook"/>
        <w:ind w:firstLine="0"/>
      </w:pPr>
      <w:hyperlink w:anchor="reflection_14" w:history="1">
        <w:r>
          <w:rPr>
            <w:rStyle w:val="Hyperlink"/>
            <w:rFonts w:ascii="Georgia" w:hAnsi="Georgia"/>
            <w:sz w:val="22"/>
          </w:rPr>
          <w:t>Spiritual Growth</w:t>
        </w:r>
      </w:hyperlink>
    </w:p>
    <w:p>
      <w:pPr>
        <w:pStyle w:val="TOCEntryEbook"/>
        <w:ind w:firstLine="0"/>
      </w:pPr>
      <w:hyperlink w:anchor="reflection_15" w:history="1">
        <w:r>
          <w:rPr>
            <w:rStyle w:val="Hyperlink"/>
            <w:rFonts w:ascii="Georgia" w:hAnsi="Georgia"/>
            <w:sz w:val="22"/>
          </w:rPr>
          <w:t>Christ vs the World</w:t>
        </w:r>
      </w:hyperlink>
    </w:p>
    <w:p>
      <w:pPr>
        <w:pStyle w:val="TOCEntryEbook"/>
        <w:ind w:firstLine="0"/>
      </w:pPr>
      <w:hyperlink w:anchor="reflection_16" w:history="1">
        <w:r>
          <w:rPr>
            <w:rStyle w:val="Hyperlink"/>
            <w:rFonts w:ascii="Georgia" w:hAnsi="Georgia"/>
            <w:sz w:val="22"/>
          </w:rPr>
          <w:t>No Fear</w:t>
        </w:r>
      </w:hyperlink>
    </w:p>
    <w:p>
      <w:pPr>
        <w:pStyle w:val="TOCEntryEbook"/>
        <w:ind w:firstLine="0"/>
      </w:pPr>
      <w:hyperlink w:anchor="reflection_17" w:history="1">
        <w:r>
          <w:rPr>
            <w:rStyle w:val="Hyperlink"/>
            <w:rFonts w:ascii="Georgia" w:hAnsi="Georgia"/>
            <w:sz w:val="22"/>
          </w:rPr>
          <w:t>Things</w:t>
        </w:r>
      </w:hyperlink>
    </w:p>
    <w:p>
      <w:pPr>
        <w:pStyle w:val="TOCEntryEbook"/>
        <w:ind w:firstLine="0"/>
      </w:pPr>
      <w:hyperlink w:anchor="reflection_18" w:history="1">
        <w:r>
          <w:rPr>
            <w:rStyle w:val="Hyperlink"/>
            <w:rFonts w:ascii="Georgia" w:hAnsi="Georgia"/>
            <w:sz w:val="22"/>
          </w:rPr>
          <w:t>Love – of God</w:t>
        </w:r>
      </w:hyperlink>
    </w:p>
    <w:p>
      <w:pPr>
        <w:pStyle w:val="TOCEntryEbook"/>
        <w:ind w:firstLine="0"/>
      </w:pPr>
      <w:hyperlink w:anchor="reflection_19" w:history="1">
        <w:r>
          <w:rPr>
            <w:rStyle w:val="Hyperlink"/>
            <w:rFonts w:ascii="Georgia" w:hAnsi="Georgia"/>
            <w:sz w:val="22"/>
          </w:rPr>
          <w:t>Trusting God</w:t>
        </w:r>
      </w:hyperlink>
    </w:p>
    <w:p>
      <w:pPr>
        <w:pStyle w:val="TOCEntryEbook"/>
        <w:ind w:firstLine="0"/>
      </w:pPr>
      <w:hyperlink w:anchor="reflection_20" w:history="1">
        <w:r>
          <w:rPr>
            <w:rStyle w:val="Hyperlink"/>
            <w:rFonts w:ascii="Georgia" w:hAnsi="Georgia"/>
            <w:sz w:val="22"/>
          </w:rPr>
          <w:t>The “New Covenant”</w:t>
        </w:r>
      </w:hyperlink>
    </w:p>
    <w:p>
      <w:pPr>
        <w:pStyle w:val="TOCEntryEbook"/>
        <w:ind w:firstLine="0"/>
      </w:pPr>
      <w:hyperlink w:anchor="reflection_21" w:history="1">
        <w:r>
          <w:rPr>
            <w:rStyle w:val="Hyperlink"/>
            <w:rFonts w:ascii="Georgia" w:hAnsi="Georgia"/>
            <w:sz w:val="22"/>
          </w:rPr>
          <w:t>Road of Life</w:t>
        </w:r>
      </w:hyperlink>
    </w:p>
    <w:p>
      <w:pPr>
        <w:pStyle w:val="TOCEntryEbook"/>
        <w:ind w:firstLine="0"/>
      </w:pPr>
      <w:hyperlink w:anchor="reflection_22" w:history="1">
        <w:r>
          <w:rPr>
            <w:rStyle w:val="Hyperlink"/>
            <w:rFonts w:ascii="Georgia" w:hAnsi="Georgia"/>
            <w:sz w:val="22"/>
          </w:rPr>
          <w:t>Love of Others</w:t>
        </w:r>
      </w:hyperlink>
    </w:p>
    <w:p>
      <w:pPr>
        <w:pStyle w:val="TOCEntryEbook"/>
        <w:ind w:firstLine="0"/>
      </w:pPr>
      <w:hyperlink w:anchor="reflection_23" w:history="1">
        <w:r>
          <w:rPr>
            <w:rStyle w:val="Hyperlink"/>
            <w:rFonts w:ascii="Georgia" w:hAnsi="Georgia"/>
            <w:sz w:val="22"/>
          </w:rPr>
          <w:t>The Road</w:t>
        </w:r>
      </w:hyperlink>
    </w:p>
    <w:p>
      <w:pPr>
        <w:pStyle w:val="TOCEntryEbook"/>
        <w:ind w:firstLine="0"/>
      </w:pPr>
      <w:hyperlink w:anchor="reflection_24" w:history="1">
        <w:r>
          <w:rPr>
            <w:rStyle w:val="Hyperlink"/>
            <w:rFonts w:ascii="Georgia" w:hAnsi="Georgia"/>
            <w:sz w:val="22"/>
          </w:rPr>
          <w:t>The Body of Christ</w:t>
        </w:r>
      </w:hyperlink>
    </w:p>
    <w:p>
      <w:pPr>
        <w:pStyle w:val="TOCEntryEbook"/>
        <w:ind w:firstLine="0"/>
      </w:pPr>
      <w:hyperlink w:anchor="reflection_25" w:history="1">
        <w:r>
          <w:rPr>
            <w:rStyle w:val="Hyperlink"/>
            <w:rFonts w:ascii="Georgia" w:hAnsi="Georgia"/>
            <w:sz w:val="22"/>
          </w:rPr>
          <w:t>Love – Of Others Inside the Church</w:t>
        </w:r>
      </w:hyperlink>
    </w:p>
    <w:p>
      <w:pPr>
        <w:pStyle w:val="TOCEntryEbook"/>
        <w:ind w:firstLine="0"/>
      </w:pPr>
      <w:hyperlink w:anchor="reflection_26" w:history="1">
        <w:r>
          <w:rPr>
            <w:rStyle w:val="Hyperlink"/>
            <w:rFonts w:ascii="Georgia" w:hAnsi="Georgia"/>
            <w:sz w:val="22"/>
          </w:rPr>
          <w:t>Love of Others Inside the Church – Part 2</w:t>
        </w:r>
      </w:hyperlink>
    </w:p>
    <w:p>
      <w:pPr>
        <w:pStyle w:val="TOCEntryEbook"/>
        <w:ind w:firstLine="0"/>
      </w:pPr>
      <w:hyperlink w:anchor="reflection_27" w:history="1">
        <w:r>
          <w:rPr>
            <w:rStyle w:val="Hyperlink"/>
            <w:rFonts w:ascii="Georgia" w:hAnsi="Georgia"/>
            <w:sz w:val="22"/>
          </w:rPr>
          <w:t>Love – of Spouse</w:t>
        </w:r>
      </w:hyperlink>
    </w:p>
    <w:p>
      <w:pPr>
        <w:pStyle w:val="TOCEntryEbook"/>
        <w:ind w:firstLine="0"/>
      </w:pPr>
      <w:hyperlink w:anchor="reflection_28" w:history="1">
        <w:r>
          <w:rPr>
            <w:rStyle w:val="Hyperlink"/>
            <w:rFonts w:ascii="Georgia" w:hAnsi="Georgia"/>
            <w:sz w:val="22"/>
          </w:rPr>
          <w:t>Walking it Like we Talk it</w:t>
        </w:r>
      </w:hyperlink>
    </w:p>
    <w:p>
      <w:pPr>
        <w:pStyle w:val="TOCEntryEbook"/>
        <w:ind w:firstLine="0"/>
      </w:pPr>
      <w:hyperlink w:anchor="reflection_29" w:history="1">
        <w:r>
          <w:rPr>
            <w:rStyle w:val="Hyperlink"/>
            <w:rFonts w:ascii="Georgia" w:hAnsi="Georgia"/>
            <w:sz w:val="22"/>
          </w:rPr>
          <w:t>Lent: The Reason for the Cross</w:t>
        </w:r>
      </w:hyperlink>
    </w:p>
    <w:p>
      <w:pPr>
        <w:pStyle w:val="TOCEntryEbook"/>
        <w:ind w:firstLine="0"/>
      </w:pPr>
      <w:hyperlink w:anchor="reflection_30" w:history="1">
        <w:r>
          <w:rPr>
            <w:rStyle w:val="Hyperlink"/>
            <w:rFonts w:ascii="Georgia" w:hAnsi="Georgia"/>
            <w:sz w:val="22"/>
          </w:rPr>
          <w:t>Ash Wednesday</w:t>
        </w:r>
      </w:hyperlink>
    </w:p>
    <w:p>
      <w:pPr>
        <w:pStyle w:val="TOCEntryEbook"/>
        <w:ind w:firstLine="0"/>
      </w:pPr>
      <w:hyperlink w:anchor="about_author" w:history="1">
        <w:r>
          <w:rPr>
            <w:rStyle w:val="Hyperlink"/>
            <w:rFonts w:ascii="Georgia" w:hAnsi="Georgia"/>
            <w:sz w:val="22"/>
          </w:rPr>
          <w:t>About the Author</w:t>
        </w:r>
      </w:hyperlink>
    </w:p>
    <w:p>
      <w:bookmarkStart w:id="1" w:name="intro"/>
      <w:pPr>
        <w:pStyle w:val="Heading1"/>
      </w:pPr>
      <w:r>
        <w:rPr>
          <w:rFonts w:ascii="Georgia" w:hAnsi="Georgia" w:eastAsia="Georgia"/>
          <w:b/>
          <w:color w:val="226FA4"/>
          <w:sz w:val="34"/>
        </w:rPr>
        <w:t>Introduction</w:t>
      </w:r>
      <w:bookmarkEnd w:id="1"/>
    </w:p>
    <w:p>
      <w:pPr>
        <w:widowControl/>
      </w:pPr>
      <w:r>
        <w:rPr>
          <w:rFonts w:ascii="Georgia" w:hAnsi="Georgia" w:eastAsia="Georgia"/>
          <w:b w:val="0"/>
          <w:i w:val="0"/>
          <w:sz w:val="21"/>
          <w:u w:val="none"/>
        </w:rPr>
        <w:tab/>
      </w:r>
      <w:r>
        <w:rPr>
          <w:rFonts w:ascii="Georgia" w:hAnsi="Georgia" w:eastAsia="Georgia"/>
          <w:b w:val="0"/>
          <w:i w:val="0"/>
          <w:sz w:val="21"/>
          <w:u w:val="none"/>
        </w:rPr>
        <w:t>You have picked this book out of curiosity, probably wondering what I mean by “Hidden Treasure</w:t>
      </w:r>
      <w:r>
        <w:rPr>
          <w:rFonts w:ascii="Georgia" w:hAnsi="Georgia" w:eastAsia="Georgia"/>
          <w:b w:val="0"/>
          <w:i w:val="0"/>
          <w:sz w:val="21"/>
          <w:u w:val="none"/>
        </w:rPr>
        <w:t>.”</w:t>
      </w:r>
      <w:r>
        <w:rPr>
          <w:rFonts w:ascii="Georgia" w:hAnsi="Georgia" w:eastAsia="Georgia"/>
          <w:b w:val="0"/>
          <w:i w:val="0"/>
          <w:sz w:val="21"/>
          <w:u w:val="none"/>
        </w:rPr>
        <w:t xml:space="preserve"> Have you ever played the outdoor game called “Treasure Hunt”? Kids are divided into teams and sent out with the first of many numbered </w:t>
      </w:r>
      <w:r>
        <w:rPr>
          <w:rFonts w:ascii="Georgia" w:hAnsi="Georgia" w:eastAsia="Georgia"/>
          <w:b w:val="0"/>
          <w:i w:val="0"/>
          <w:sz w:val="21"/>
          <w:u w:val="none"/>
        </w:rPr>
        <w:t>clues,</w:t>
      </w:r>
      <w:r>
        <w:rPr>
          <w:rFonts w:ascii="Georgia" w:hAnsi="Georgia" w:eastAsia="Georgia"/>
          <w:b w:val="0"/>
          <w:i w:val="0"/>
          <w:sz w:val="21"/>
          <w:u w:val="none"/>
        </w:rPr>
        <w:t xml:space="preserve"> which are purposely cryptic so the searchers need to read them with discernment to find the second clue. Each clue leads to </w:t>
      </w:r>
      <w:r>
        <w:rPr>
          <w:rFonts w:ascii="Georgia" w:hAnsi="Georgia" w:eastAsia="Georgia"/>
          <w:b w:val="0"/>
          <w:i w:val="0"/>
          <w:sz w:val="21"/>
          <w:u w:val="none"/>
        </w:rPr>
        <w:t>another,</w:t>
      </w:r>
      <w:r>
        <w:rPr>
          <w:rFonts w:ascii="Georgia" w:hAnsi="Georgia" w:eastAsia="Georgia"/>
          <w:b w:val="0"/>
          <w:i w:val="0"/>
          <w:sz w:val="21"/>
          <w:u w:val="none"/>
        </w:rPr>
        <w:t xml:space="preserve"> which leads to the next, and the next, until the final clue reveals where the treasure is hidden. The first team to find the treasure is the winner and gets to share the treasure.</w:t>
      </w:r>
    </w:p>
    <w:p>
      <w:pPr>
        <w:widowControl/>
      </w:pPr>
      <w:r>
        <w:rPr>
          <w:rFonts w:ascii="Georgia" w:hAnsi="Georgia" w:eastAsia="Georgia"/>
          <w:b w:val="0"/>
          <w:i w:val="0"/>
          <w:sz w:val="21"/>
          <w:u w:val="none"/>
        </w:rPr>
        <w:t xml:space="preserve">The Bible is like that treasure hunt. It is different from any other book ever written because it is alive. Once you know and follow the rules of the hunt, you could read the Bible over and over again every </w:t>
      </w:r>
      <w:r>
        <w:rPr>
          <w:rFonts w:ascii="Georgia" w:hAnsi="Georgia" w:eastAsia="Georgia"/>
          <w:b w:val="0"/>
          <w:i w:val="0"/>
          <w:sz w:val="21"/>
          <w:u w:val="none"/>
        </w:rPr>
        <w:t>day,</w:t>
      </w:r>
      <w:r>
        <w:rPr>
          <w:rFonts w:ascii="Georgia" w:hAnsi="Georgia" w:eastAsia="Georgia"/>
          <w:b w:val="0"/>
          <w:i w:val="0"/>
          <w:sz w:val="21"/>
          <w:u w:val="none"/>
        </w:rPr>
        <w:t xml:space="preserve"> and you will always see something you didn’t see before. This book is THE WORD OF GOD (</w:t>
      </w:r>
      <w:r>
        <w:rPr>
          <w:rFonts w:ascii="Georgia" w:hAnsi="Georgia" w:eastAsia="Georgia"/>
          <w:b w:val="0"/>
          <w:i w:val="0"/>
          <w:sz w:val="21"/>
          <w:u w:val="none"/>
        </w:rPr>
        <w:t>the Creator</w:t>
      </w:r>
      <w:r>
        <w:rPr>
          <w:rFonts w:ascii="Georgia" w:hAnsi="Georgia" w:eastAsia="Georgia"/>
          <w:b w:val="0"/>
          <w:i w:val="0"/>
          <w:sz w:val="21"/>
          <w:u w:val="none"/>
        </w:rPr>
        <w:t xml:space="preserve"> of the universe and everything in it). He loves us, and this is the way He speaks to us.</w:t>
      </w:r>
    </w:p>
    <w:p>
      <w:pPr>
        <w:widowControl/>
      </w:pPr>
      <w:r>
        <w:rPr>
          <w:rFonts w:ascii="Georgia" w:hAnsi="Georgia" w:eastAsia="Georgia"/>
          <w:b w:val="0"/>
          <w:i w:val="0"/>
          <w:sz w:val="21"/>
          <w:u w:val="none"/>
        </w:rPr>
        <w:tab/>
      </w:r>
      <w:r>
        <w:rPr>
          <w:rFonts w:ascii="Georgia" w:hAnsi="Georgia" w:eastAsia="Georgia"/>
          <w:b w:val="0"/>
          <w:i w:val="0"/>
          <w:sz w:val="21"/>
          <w:u w:val="none"/>
        </w:rPr>
        <w:t>Forty different men on three continents over a period of 1,500 years wrote it all down as the Holy Spirit of God told them what to write, right down to the very words. These manuscripts were miraculously preserved and comp</w:t>
      </w:r>
      <w:r>
        <w:rPr>
          <w:rFonts w:ascii="Georgia" w:hAnsi="Georgia" w:eastAsia="Georgia"/>
          <w:b w:val="0"/>
          <w:i w:val="0"/>
          <w:sz w:val="21"/>
          <w:u w:val="none"/>
        </w:rPr>
        <w:t>ile</w:t>
      </w:r>
      <w:r>
        <w:rPr>
          <w:rFonts w:ascii="Georgia" w:hAnsi="Georgia" w:eastAsia="Georgia"/>
          <w:b w:val="0"/>
          <w:i w:val="0"/>
          <w:sz w:val="21"/>
          <w:u w:val="none"/>
        </w:rPr>
        <w:t>d into one book to be translated into hundreds of languages to be read all over the world.</w:t>
      </w:r>
    </w:p>
    <w:p>
      <w:pPr>
        <w:widowControl/>
      </w:pPr>
      <w:r>
        <w:rPr>
          <w:rFonts w:ascii="Georgia" w:hAnsi="Georgia" w:eastAsia="Georgia"/>
          <w:b w:val="0"/>
          <w:i w:val="0"/>
          <w:sz w:val="21"/>
          <w:u w:val="none"/>
        </w:rPr>
        <w:tab/>
      </w:r>
      <w:r>
        <w:rPr>
          <w:rFonts w:ascii="Georgia" w:hAnsi="Georgia" w:eastAsia="Georgia"/>
          <w:b w:val="0"/>
          <w:i w:val="0"/>
          <w:sz w:val="21"/>
          <w:u w:val="none"/>
        </w:rPr>
        <w:t>If you try to read the Bible like a novel (once and you’re done)</w:t>
      </w:r>
      <w:r>
        <w:rPr>
          <w:rFonts w:ascii="Georgia" w:hAnsi="Georgia" w:eastAsia="Georgia"/>
          <w:b w:val="0"/>
          <w:i w:val="0"/>
          <w:sz w:val="21"/>
          <w:u w:val="none"/>
        </w:rPr>
        <w:t xml:space="preserve"> you will probably not even get through it because there will be much you don’t even understand and other parts that will seem very boring. But once you learn how to actually study the Bible, you will realize the necessity of all of it – every phrase and even every word is there for a reason.</w:t>
      </w:r>
    </w:p>
    <w:p>
      <w:pPr>
        <w:widowControl/>
      </w:pPr>
      <w:r>
        <w:rPr>
          <w:rFonts w:ascii="Georgia" w:hAnsi="Georgia" w:eastAsia="Georgia"/>
          <w:b w:val="0"/>
          <w:i w:val="0"/>
          <w:sz w:val="21"/>
          <w:u w:val="none"/>
        </w:rPr>
        <w:tab/>
      </w:r>
      <w:r>
        <w:rPr>
          <w:rFonts w:ascii="Georgia" w:hAnsi="Georgia" w:eastAsia="Georgia"/>
          <w:b w:val="0"/>
          <w:i w:val="0"/>
          <w:sz w:val="21"/>
          <w:u w:val="none"/>
        </w:rPr>
        <w:t>One of the greatest factors we often overlook is that God is in control of everything. He orchestrates events, sometimes over long periods of time, to bring about the fulfillment of His own prophecies and to implement His marvelous plan that was set in motion before time began. God does not cause evil. Evil is a result of a broken world with broken people plus a very real enemy who is a liar and a deceiver bent on ruining God’s plan for us. God has to allow it because He created us with a free will that He will not violate. When we are hurting, He hurts too, and He has promised to bring good out of every evil thing for His children. We usually don’t see this because we view each individual incident as a separate issue, whereas He sees them as pieces of a larger picture, threads in a tapestry that He sees in its finished state not bound by time.</w:t>
      </w:r>
    </w:p>
    <w:p>
      <w:pPr>
        <w:widowControl/>
      </w:pPr>
      <w:r>
        <w:rPr>
          <w:rFonts w:ascii="Georgia" w:hAnsi="Georgia" w:eastAsia="Georgia"/>
          <w:b w:val="0"/>
          <w:i w:val="0"/>
          <w:sz w:val="21"/>
          <w:u w:val="none"/>
        </w:rPr>
        <w:tab/>
      </w:r>
      <w:r>
        <w:rPr>
          <w:rFonts w:ascii="Georgia" w:hAnsi="Georgia" w:eastAsia="Georgia"/>
          <w:b w:val="0"/>
          <w:i w:val="0"/>
          <w:sz w:val="21"/>
          <w:u w:val="none"/>
        </w:rPr>
        <w:t>This plan is revealed in His book, which is all one story with ma</w:t>
      </w:r>
      <w:r>
        <w:rPr>
          <w:rFonts w:ascii="Georgia" w:hAnsi="Georgia" w:eastAsia="Georgia"/>
          <w:b w:val="0"/>
          <w:i w:val="0"/>
          <w:sz w:val="21"/>
          <w:u w:val="none"/>
        </w:rPr>
        <w:t>n</w:t>
      </w:r>
      <w:r>
        <w:rPr>
          <w:rFonts w:ascii="Georgia" w:hAnsi="Georgia" w:eastAsia="Georgia"/>
          <w:b w:val="0"/>
          <w:i w:val="0"/>
          <w:sz w:val="21"/>
          <w:u w:val="none"/>
        </w:rPr>
        <w:t xml:space="preserve">y pieces that must be found and assembled like a jigsaw puzzle. With our finite human minds, we are not capable of even scratching the surface of that, but with the power of the Holy Spirit that lives within every believer, we can. It’s that same Holy Spirit </w:t>
      </w:r>
      <w:r>
        <w:rPr>
          <w:rFonts w:ascii="Georgia" w:hAnsi="Georgia" w:eastAsia="Georgia"/>
          <w:b w:val="0"/>
          <w:i w:val="0"/>
          <w:sz w:val="21"/>
          <w:u w:val="none"/>
        </w:rPr>
        <w:t>t</w:t>
      </w:r>
      <w:r>
        <w:rPr>
          <w:rFonts w:ascii="Georgia" w:hAnsi="Georgia" w:eastAsia="Georgia"/>
          <w:b w:val="0"/>
          <w:i w:val="0"/>
          <w:sz w:val="21"/>
          <w:u w:val="none"/>
        </w:rPr>
        <w:t>hat wrote the book, so He can also tell us what it means if our spiritual eyes and ears are open.</w:t>
      </w:r>
    </w:p>
    <w:p>
      <w:pPr>
        <w:widowControl/>
      </w:pPr>
      <w:r>
        <w:rPr>
          <w:rFonts w:ascii="Georgia" w:hAnsi="Georgia" w:eastAsia="Georgia"/>
          <w:b w:val="0"/>
          <w:i w:val="0"/>
          <w:sz w:val="21"/>
          <w:u w:val="none"/>
        </w:rPr>
        <w:t>Jesus called the Pharisees of His day “blind guides” (Matthew 23:24 KJV). These were the leaders who were supposed to be teaching the people the Word of God, but the trouble was they didn’t understand it themselves. They were waiting for a Messiah to appear who would lead a rebellion against their Roman oppressors, so when their Messiah finally came</w:t>
      </w:r>
      <w:r>
        <w:rPr>
          <w:rFonts w:ascii="Georgia" w:hAnsi="Georgia" w:eastAsia="Georgia"/>
          <w:b w:val="0"/>
          <w:i w:val="0"/>
          <w:sz w:val="21"/>
          <w:u w:val="none"/>
        </w:rPr>
        <w:t>,</w:t>
      </w:r>
      <w:r>
        <w:rPr>
          <w:rFonts w:ascii="Georgia" w:hAnsi="Georgia" w:eastAsia="Georgia"/>
          <w:b w:val="0"/>
          <w:i w:val="0"/>
          <w:sz w:val="21"/>
          <w:u w:val="none"/>
        </w:rPr>
        <w:t xml:space="preserve"> </w:t>
      </w:r>
      <w:r>
        <w:rPr>
          <w:rFonts w:ascii="Georgia" w:hAnsi="Georgia" w:eastAsia="Georgia"/>
          <w:b w:val="0"/>
          <w:i w:val="0"/>
          <w:sz w:val="21"/>
          <w:u w:val="none"/>
        </w:rPr>
        <w:t>the</w:t>
      </w:r>
      <w:r>
        <w:rPr>
          <w:rFonts w:ascii="Georgia" w:hAnsi="Georgia" w:eastAsia="Georgia"/>
          <w:b w:val="0"/>
          <w:i w:val="0"/>
          <w:sz w:val="21"/>
          <w:u w:val="none"/>
        </w:rPr>
        <w:t>y were blind to it and didn’t recognize Him even when He stood right in front of them, so</w:t>
      </w:r>
      <w:r>
        <w:rPr>
          <w:rFonts w:ascii="Georgia" w:hAnsi="Georgia" w:eastAsia="Georgia"/>
          <w:b w:val="0"/>
          <w:i w:val="0"/>
          <w:sz w:val="21"/>
          <w:u w:val="none"/>
        </w:rPr>
        <w:t xml:space="preserve"> instead of rejoicing, they killed Him. They had no idea that this was God’s plan all along.</w:t>
      </w:r>
    </w:p>
    <w:p>
      <w:pPr>
        <w:widowControl/>
      </w:pPr>
      <w:r>
        <w:rPr>
          <w:rFonts w:ascii="Georgia" w:hAnsi="Georgia" w:eastAsia="Georgia"/>
          <w:b w:val="0"/>
          <w:i w:val="0"/>
          <w:sz w:val="21"/>
          <w:u w:val="none"/>
        </w:rPr>
        <w:tab/>
      </w:r>
      <w:r>
        <w:rPr>
          <w:rFonts w:ascii="Georgia" w:hAnsi="Georgia" w:eastAsia="Georgia"/>
          <w:b w:val="0"/>
          <w:i w:val="0"/>
          <w:sz w:val="21"/>
          <w:u w:val="none"/>
        </w:rPr>
        <w:t>Jesus also frequently used phrases such as “He who has ears to hear, let him hear” (Matthew 11:15, for example), and He spoke of having “eyes to see” and “ears to hear” (Mark 8:18). In both of these cases it becomes clear that He is not talking about physical eyes and ears, but rather about our spiritual eyes and ears that see and hear the hidden things by the power of the Holy Spirit who is a revealer of mysteries.</w:t>
      </w:r>
    </w:p>
    <w:p>
      <w:pPr>
        <w:widowControl/>
      </w:pPr>
      <w:r>
        <w:rPr>
          <w:rFonts w:ascii="Georgia" w:hAnsi="Georgia" w:eastAsia="Georgia"/>
          <w:b w:val="0"/>
          <w:i w:val="0"/>
          <w:sz w:val="21"/>
          <w:u w:val="none"/>
        </w:rPr>
        <w:tab/>
      </w:r>
      <w:r>
        <w:rPr>
          <w:rFonts w:ascii="Georgia" w:hAnsi="Georgia" w:eastAsia="Georgia"/>
          <w:b w:val="0"/>
          <w:i w:val="0"/>
          <w:sz w:val="21"/>
          <w:u w:val="none"/>
        </w:rPr>
        <w:t>I was baptized and grew up in a Lutheran church, married a Lutheran and went to church faithfully as we raised our children. At my confirmation at the age of fifteen, each of us was given a special Bible verse chosen just for us, to guide us through our life as a Christian. My verse was from II Timothy 2:15, which says, “Study to shew thyself approved unto God, a workman that needeth not to be ashamed, rightly dividing the Word of Truth.” (KJV) I wondered what it meant to “divide” the Word, so I asked God to show me, and began to study that Word. Over the years I developed a pretty good knowledge of what was written there and where to find certain passages when I needed them. Yet there was a restlessness in my soul – a feeling that there was something more that I wasn’t seeing. There was still so much of the Bible that I didn’t understand and even some things that appeared to be discrepancies; I had questions that even my pastors couldn’t answer, and I began to have doubts. This caused me a lot of anxiety. I had been taught that the Bible is a timeless and unchanging message and the only source of absolute truth by which all other “truth” can be measured. But what if it’s not? What if what I had believed all my life was not true? Then I asked myself, “What must God think of me, knowing I am doubting Him – why, He could just reach down with His giant thumb and squash me like a bug.” Then it hit me, how ironic this thought was. I still knew He was real and He was still there – He hadn’t given up on me!</w:t>
      </w:r>
    </w:p>
    <w:p>
      <w:pPr>
        <w:widowControl/>
      </w:pPr>
      <w:r>
        <w:rPr>
          <w:rFonts w:ascii="Georgia" w:hAnsi="Georgia" w:eastAsia="Georgia"/>
          <w:b w:val="0"/>
          <w:i w:val="0"/>
          <w:sz w:val="21"/>
          <w:u w:val="none"/>
        </w:rPr>
        <w:tab/>
      </w:r>
      <w:r>
        <w:rPr>
          <w:rFonts w:ascii="Georgia" w:hAnsi="Georgia" w:eastAsia="Georgia"/>
          <w:b w:val="0"/>
          <w:i w:val="0"/>
          <w:sz w:val="21"/>
          <w:u w:val="none"/>
        </w:rPr>
        <w:t>So, I decided to try a new approach; I would start over and read the Bible clear through with the eyes of a child, as though I had never read it before. I knew that what I already knew was a drop in the bucket compared to what I didn’t know. I didn’t know what grace was – if it had been taught in my church, I didn’t hear it; I didn’t understand the doctrine of the trinity; and I never saw how the life, death and resurrection of Jesus Christ fulfilled all the prophecies of the Messiah from the Old Testament – a truth that became to me the key that unlocked all the other mysteries and set me free. There were things I believed all my life that I had been taught, not only at home but in Sunday School. When I found that these “truths” didn’t match what the Bible actually said, I had to unlearn them before I could see and accept the way it really was. This problem wasn’t the fault of the church – I’m sure the teaching was there but I couldn’t see it because I was wearing the distorted glasses of preconceived ideas I had brought with me.</w:t>
      </w:r>
    </w:p>
    <w:p>
      <w:pPr>
        <w:widowControl/>
      </w:pPr>
      <w:r>
        <w:rPr>
          <w:rFonts w:ascii="Georgia" w:hAnsi="Georgia" w:eastAsia="Georgia"/>
          <w:b w:val="0"/>
          <w:i w:val="0"/>
          <w:sz w:val="21"/>
          <w:u w:val="none"/>
        </w:rPr>
        <w:tab/>
      </w:r>
      <w:r>
        <w:rPr>
          <w:rFonts w:ascii="Georgia" w:hAnsi="Georgia" w:eastAsia="Georgia"/>
          <w:b w:val="0"/>
          <w:i w:val="0"/>
          <w:sz w:val="21"/>
          <w:u w:val="none"/>
        </w:rPr>
        <w:t>When we moved to a house near Winnebago, Minnesota, and started attending a little church in the village of Huntley, my husband launched a new radio program on Sunday mornings out of KBEW A.M. in Blue Earth. It was a ten-minute message which was sponsored by the church and there were no restrictions on what we could say. We called it “A Sunday Morning Thought.” After a few years the most frequent speaker turned out to be me, and beginning in the year 2000, I gave a message every Sunday for ten years. The book you are holding is a compilation of some of those messages I gave over the radio. Some are about lessons I learned from my own life experiences, some are about events that happened during those years and some are about what the Holy Spirit has taught me over those ten years. During this time, I grew progressively in my knowledge of the Bible, and in my own faith, because I had to study.</w:t>
      </w:r>
    </w:p>
    <w:p>
      <w:pPr>
        <w:widowControl/>
      </w:pPr>
      <w:r>
        <w:rPr>
          <w:rFonts w:ascii="Georgia" w:hAnsi="Georgia" w:eastAsia="Georgia"/>
          <w:b w:val="0"/>
          <w:i w:val="0"/>
          <w:sz w:val="21"/>
          <w:u w:val="none"/>
        </w:rPr>
        <w:t>During part of this time, we were without a pastor so had several men who would come to fill our pulpit on Sundays. One of those men was Rick Boyd who was an announcer and teacher on KJLY, a Christian radio station in Blue Earth. He taught me to study the Bible “inductively” – learning new insights by asking the questions, WHAT? WHO? WHEN? WHERE? HOW? and especially WHY? It’s kind of like the process of “reading between the lines” – searching for facts not spelled out by using helps such as footnotes and cross-references in the Bible itself, a Bible dictionary and concordance, and tools such as maps, timelines, Biblical Archaeology and books on Jewish history, culture and customs. I will also often compare passages in several Bible translations. It’s helpful too of course if you know a little Hebrew and Greek, and you could get some insight from commentaries by other Bible scholars (with caution – be sure what they say agrees with what the Bible actually says.)</w:t>
      </w:r>
    </w:p>
    <w:p>
      <w:pPr>
        <w:widowControl/>
      </w:pPr>
      <w:r>
        <w:rPr>
          <w:rFonts w:ascii="Georgia" w:hAnsi="Georgia" w:eastAsia="Georgia"/>
          <w:b w:val="0"/>
          <w:i w:val="0"/>
          <w:sz w:val="21"/>
          <w:u w:val="none"/>
        </w:rPr>
        <w:tab/>
      </w:r>
      <w:r>
        <w:rPr>
          <w:rFonts w:ascii="Georgia" w:hAnsi="Georgia" w:eastAsia="Georgia"/>
          <w:b w:val="0"/>
          <w:i w:val="0"/>
          <w:sz w:val="21"/>
          <w:u w:val="none"/>
        </w:rPr>
        <w:t>There are key words that give an indication that there is treasure there. Some of them are: mystery, secret, hidden, deep, sealed, revelation, vision, dream and my favorite – sign. These words are the clues that lead to the pieces of the jigsaw puzzle. A sign is always pointing to something and you’ll have to do some digging to find out what. What does the sign actually say? Who is the sign for? What is it pointing to? And why? When you figure it out you will see the treasure. God made it that way on purpose so only those who really hunger and thirst will find it. These treasures must be dug out, and they are sometimes buried on top of one another so that when you find one treasure, it is a clue to the next one (or maybe more than one). We could study this book and keep digging until the day we die and we still won’t know all that’s hidden there. This dynamic is what Jesus was talking about when He said, “Ask and it will be given you – seek and you will find – knock and the door will be opened.” (Matthew 7:7-8 NIV)</w:t>
      </w:r>
    </w:p>
    <w:p>
      <w:pPr>
        <w:widowControl/>
      </w:pPr>
      <w:r>
        <w:rPr>
          <w:rFonts w:ascii="Georgia" w:hAnsi="Georgia" w:eastAsia="Georgia"/>
          <w:b w:val="0"/>
          <w:i w:val="0"/>
          <w:sz w:val="21"/>
          <w:u w:val="none"/>
        </w:rPr>
        <w:tab/>
      </w:r>
      <w:r>
        <w:rPr>
          <w:rFonts w:ascii="Georgia" w:hAnsi="Georgia" w:eastAsia="Georgia"/>
          <w:b w:val="0"/>
          <w:i w:val="0"/>
          <w:sz w:val="21"/>
          <w:u w:val="none"/>
        </w:rPr>
        <w:t>This new way of studying the Bible has opened up a whole new world for me. It makes me excited to get into the Word and see what new insight God is going to give me today. Years ago, I had an experience that is a good analogy of the process. My husband took me hunting for morel mushrooms in the woods along the Blue Earth River. He had found a few while I looked and looked and couldn’t see a one. I knew what they were supposed to look like, but they were so well camouflaged in all the dead leaves I couldn’t see any. When all of a sudden I saw one, then I started seeing them all over the place. They had been there all along right under my nose, but my eyes were blind to them. By the end of the day, we had a bushel full of large morels – a treasure indeed. This is the way it is to search the scriptures for treasures – you can’t see them, and then all of a sudden you do! Ask the Lord to open your eyes and He will. It will increase your faith a hundred-fold.</w:t>
      </w:r>
    </w:p>
    <w:p>
      <w:pPr>
        <w:widowControl/>
        <w:spacing w:before="200"/>
        <w:ind w:firstLine="0"/>
        <w:jc w:val="right"/>
      </w:pPr>
      <w:r>
        <w:rPr>
          <w:rFonts w:ascii="Georgia" w:hAnsi="Georgia" w:eastAsia="Georgia"/>
          <w:i/>
          <w:color w:val="183042"/>
          <w:sz w:val="21"/>
        </w:rPr>
        <w:t>Janice Perrin Johnson</w:t>
      </w:r>
    </w:p>
    <w:p>
      <w:pPr>
        <w:pStyle w:val="Epigraph"/>
      </w:pPr>
      <w:r>
        <w:rPr>
          <w:rFonts w:ascii="Georgia" w:hAnsi="Georgia" w:eastAsia="Georgia"/>
          <w:b w:val="0"/>
          <w:i w:val="0"/>
          <w:sz w:val="21"/>
          <w:u w:val="none"/>
        </w:rPr>
        <w:t xml:space="preserve">“Whatever is hidden is meant to be disclosed, and whatever is concealed is meant to be brought out into the open. If anyone has ears to hear, let him hear.” Mark 4:22-23 NIV (The words of Jesus) </w:t>
      </w:r>
    </w:p>
    <w:p>
      <w:bookmarkStart w:id="2" w:name="reflection_01"/>
      <w:pPr>
        <w:pStyle w:val="Heading1"/>
      </w:pPr>
      <w:r>
        <w:rPr>
          <w:rFonts w:ascii="Georgia" w:hAnsi="Georgia" w:eastAsia="Georgia"/>
          <w:b/>
          <w:color w:val="226FA4"/>
          <w:sz w:val="34"/>
        </w:rPr>
        <w:t>Belief vs Unbelief</w:t>
      </w:r>
      <w:bookmarkEnd w:id="2"/>
    </w:p>
    <w:p>
      <w:pPr>
        <w:widowControl/>
      </w:pPr>
      <w:r>
        <w:rPr>
          <w:rFonts w:ascii="Georgia" w:hAnsi="Georgia" w:eastAsia="Georgia"/>
          <w:b w:val="0"/>
          <w:i w:val="0"/>
          <w:sz w:val="21"/>
          <w:u w:val="none"/>
        </w:rPr>
        <w:t xml:space="preserve">My husband and I had an occasion to rejoice last week when we attended the funeral of his </w:t>
      </w:r>
      <w:r>
        <w:rPr>
          <w:rFonts w:ascii="Georgia" w:hAnsi="Georgia" w:eastAsia="Georgia"/>
          <w:b w:val="0"/>
          <w:i w:val="0"/>
          <w:sz w:val="21"/>
          <w:u w:val="none"/>
        </w:rPr>
        <w:t>aunt,</w:t>
      </w:r>
      <w:r>
        <w:rPr>
          <w:rFonts w:ascii="Georgia" w:hAnsi="Georgia" w:eastAsia="Georgia"/>
          <w:b w:val="0"/>
          <w:i w:val="0"/>
          <w:sz w:val="21"/>
          <w:u w:val="none"/>
        </w:rPr>
        <w:t xml:space="preserve"> Ruth. Although there were some tears because she will be missed, this was </w:t>
      </w:r>
      <w:r>
        <w:rPr>
          <w:rFonts w:ascii="Georgia" w:hAnsi="Georgia" w:eastAsia="Georgia"/>
          <w:b w:val="0"/>
          <w:i/>
          <w:sz w:val="21"/>
          <w:u w:val="none"/>
        </w:rPr>
        <w:t xml:space="preserve">not </w:t>
      </w:r>
      <w:r>
        <w:rPr>
          <w:rFonts w:ascii="Georgia" w:hAnsi="Georgia" w:eastAsia="Georgia"/>
          <w:b w:val="0"/>
          <w:i w:val="0"/>
          <w:sz w:val="21"/>
          <w:u w:val="none"/>
        </w:rPr>
        <w:t>a sad occasion. Ruth had a long and fruitful life, leaving many grandchildren and many wonderful memories. Her greatest legacy was her faith in God and in His Son as her personal Savior. She trusted Him to sustain her through many hard times, including the loss of most of her core family</w:t>
      </w:r>
      <w:r>
        <w:rPr>
          <w:rFonts w:ascii="Georgia" w:hAnsi="Georgia" w:eastAsia="Georgia"/>
          <w:b w:val="0"/>
          <w:i w:val="0"/>
          <w:sz w:val="21"/>
          <w:u w:val="none"/>
        </w:rPr>
        <w:t>—</w:t>
      </w:r>
      <w:r>
        <w:rPr>
          <w:rFonts w:ascii="Georgia" w:hAnsi="Georgia" w:eastAsia="Georgia"/>
          <w:b w:val="0"/>
          <w:i w:val="0"/>
          <w:sz w:val="21"/>
          <w:u w:val="none"/>
        </w:rPr>
        <w:t xml:space="preserve">her husband and all three of her children. We can only imagine the joy she was now experiencing in sweet reunion with those she loved, and best of all, at last to see her Savior face to face. How could we grieve over that? The Bible tells us in I Thessalonians 4:13, “We grieve </w:t>
      </w:r>
      <w:r>
        <w:rPr>
          <w:rFonts w:ascii="Georgia" w:hAnsi="Georgia" w:eastAsia="Georgia"/>
          <w:b w:val="0"/>
          <w:i/>
          <w:sz w:val="21"/>
          <w:u w:val="none"/>
        </w:rPr>
        <w:t xml:space="preserve">not </w:t>
      </w:r>
      <w:r>
        <w:rPr>
          <w:rFonts w:ascii="Georgia" w:hAnsi="Georgia" w:eastAsia="Georgia"/>
          <w:b w:val="0"/>
          <w:i w:val="0"/>
          <w:sz w:val="21"/>
          <w:u w:val="none"/>
        </w:rPr>
        <w:t>as those who have no hope</w:t>
      </w:r>
      <w:r>
        <w:rPr>
          <w:rFonts w:ascii="Georgia" w:hAnsi="Georgia" w:eastAsia="Georgia"/>
          <w:b w:val="0"/>
          <w:i w:val="0"/>
          <w:sz w:val="21"/>
          <w:u w:val="none"/>
        </w:rPr>
        <w:t>.” No—on</w:t>
      </w:r>
      <w:r>
        <w:rPr>
          <w:rFonts w:ascii="Georgia" w:hAnsi="Georgia" w:eastAsia="Georgia"/>
          <w:b w:val="0"/>
          <w:i w:val="0"/>
          <w:sz w:val="21"/>
          <w:u w:val="none"/>
        </w:rPr>
        <w:t xml:space="preserve"> the contrary</w:t>
      </w:r>
      <w:r>
        <w:rPr>
          <w:rFonts w:ascii="Georgia" w:hAnsi="Georgia" w:eastAsia="Georgia"/>
          <w:b w:val="0"/>
          <w:i w:val="0"/>
          <w:sz w:val="21"/>
          <w:u w:val="none"/>
        </w:rPr>
        <w:t>—</w:t>
      </w:r>
      <w:r>
        <w:rPr>
          <w:rFonts w:ascii="Georgia" w:hAnsi="Georgia" w:eastAsia="Georgia"/>
          <w:b w:val="0"/>
          <w:i w:val="0"/>
          <w:sz w:val="21"/>
          <w:u w:val="none"/>
        </w:rPr>
        <w:t>this was a time of celebration.</w:t>
      </w:r>
    </w:p>
    <w:p>
      <w:pPr>
        <w:widowControl/>
      </w:pPr>
      <w:r>
        <w:rPr>
          <w:rFonts w:ascii="Georgia" w:hAnsi="Georgia" w:eastAsia="Georgia"/>
          <w:b w:val="0"/>
          <w:i w:val="0"/>
          <w:sz w:val="21"/>
          <w:u w:val="none"/>
        </w:rPr>
        <w:t xml:space="preserve">But I often wonder how those who do not know Christ and have no hope of life after death manage to make it through and carry on when a loved one dies. And what is their purpose for </w:t>
      </w:r>
      <w:r>
        <w:rPr>
          <w:rFonts w:ascii="Georgia" w:hAnsi="Georgia" w:eastAsia="Georgia"/>
          <w:b w:val="0"/>
          <w:i/>
          <w:sz w:val="21"/>
          <w:u w:val="none"/>
        </w:rPr>
        <w:t xml:space="preserve">this </w:t>
      </w:r>
      <w:r>
        <w:rPr>
          <w:rFonts w:ascii="Georgia" w:hAnsi="Georgia" w:eastAsia="Georgia"/>
          <w:b w:val="0"/>
          <w:i w:val="0"/>
          <w:sz w:val="21"/>
          <w:u w:val="none"/>
        </w:rPr>
        <w:t>life if they think this is all there is? What does it all mean? Paul tells us in his 1</w:t>
      </w:r>
      <w:r>
        <w:rPr>
          <w:rFonts w:ascii="Georgia" w:hAnsi="Georgia" w:eastAsia="Georgia"/>
          <w:b w:val="0"/>
          <w:i w:val="0"/>
          <w:sz w:val="21"/>
          <w:u w:val="none"/>
          <w:vertAlign w:val="superscript"/>
        </w:rPr>
        <w:t>st</w:t>
      </w:r>
      <w:r>
        <w:rPr>
          <w:rFonts w:ascii="Georgia" w:hAnsi="Georgia" w:eastAsia="Georgia"/>
          <w:b w:val="0"/>
          <w:i w:val="0"/>
          <w:sz w:val="21"/>
          <w:u w:val="none"/>
        </w:rPr>
        <w:t xml:space="preserve"> letter to the Corinthians, “If only for </w:t>
      </w:r>
      <w:r>
        <w:rPr>
          <w:rFonts w:ascii="Georgia" w:hAnsi="Georgia" w:eastAsia="Georgia"/>
          <w:b w:val="0"/>
          <w:i/>
          <w:sz w:val="21"/>
          <w:u w:val="none"/>
        </w:rPr>
        <w:t xml:space="preserve">this </w:t>
      </w:r>
      <w:r>
        <w:rPr>
          <w:rFonts w:ascii="Georgia" w:hAnsi="Georgia" w:eastAsia="Georgia"/>
          <w:b w:val="0"/>
          <w:i w:val="0"/>
          <w:sz w:val="21"/>
          <w:u w:val="none"/>
        </w:rPr>
        <w:t xml:space="preserve">life we have hope in </w:t>
      </w:r>
      <w:r>
        <w:rPr>
          <w:rFonts w:ascii="Georgia" w:hAnsi="Georgia" w:eastAsia="Georgia"/>
          <w:b w:val="0"/>
          <w:i/>
          <w:sz w:val="21"/>
          <w:u w:val="none"/>
        </w:rPr>
        <w:t xml:space="preserve">Christ, we </w:t>
      </w:r>
      <w:r>
        <w:rPr>
          <w:rFonts w:ascii="Georgia" w:hAnsi="Georgia" w:eastAsia="Georgia"/>
          <w:b w:val="0"/>
          <w:i w:val="0"/>
          <w:sz w:val="21"/>
          <w:u w:val="none"/>
        </w:rPr>
        <w:t xml:space="preserve">are to be pitied more than all men.” (or – another translation says, “We are of all men most miserable.”) All the evidence of history testifies that there has been programmed into man a need for someone or something outside of himself which is greater than himself with which he can interact and give meaning to his life. Those who don’t know the true God will invent one; whether it be an actual graven image, the sun, the moon, the stars or any other of God’s creation – including humanity itself. Those who claim there is no God believe they are self-sufficient and have no need of one. They don’t realize they </w:t>
      </w:r>
      <w:r>
        <w:rPr>
          <w:rFonts w:ascii="Georgia" w:hAnsi="Georgia" w:eastAsia="Georgia"/>
          <w:b w:val="0"/>
          <w:i/>
          <w:sz w:val="21"/>
          <w:u w:val="none"/>
        </w:rPr>
        <w:t xml:space="preserve">do </w:t>
      </w:r>
      <w:r>
        <w:rPr>
          <w:rFonts w:ascii="Georgia" w:hAnsi="Georgia" w:eastAsia="Georgia"/>
          <w:b w:val="0"/>
          <w:i w:val="0"/>
          <w:sz w:val="21"/>
          <w:u w:val="none"/>
        </w:rPr>
        <w:t>have a god, it is the god of “self”. But God made us for companionship with Himself. When the knowledge of God is not there, man will try to fill that empty spot with other things. Nothing else will ever fill that God-shaped empty spot and you can’t fill it yourself. Trying to will only lead to despair.</w:t>
      </w:r>
    </w:p>
    <w:p>
      <w:pPr>
        <w:widowControl/>
      </w:pPr>
      <w:r>
        <w:rPr>
          <w:rFonts w:ascii="Georgia" w:hAnsi="Georgia" w:eastAsia="Georgia"/>
          <w:b w:val="0"/>
          <w:i w:val="0"/>
          <w:sz w:val="21"/>
          <w:u w:val="none"/>
        </w:rPr>
        <w:t>The popular movie, “Cast Away”, with Tom Hanks, is a wonderful study illustrating this principle. Hanks’s character, alone for 4 years on a remote island has only his memories to give him hope. He has no-</w:t>
      </w:r>
      <w:r>
        <w:rPr>
          <w:rFonts w:ascii="Georgia" w:hAnsi="Georgia" w:eastAsia="Georgia"/>
          <w:sz w:val="21"/>
        </w:rPr>
        <w:t xml:space="preserve"> </w:t>
      </w:r>
      <w:r>
        <w:rPr>
          <w:rFonts w:ascii="Georgia" w:hAnsi="Georgia" w:eastAsia="Georgia"/>
          <w:b w:val="0"/>
          <w:i w:val="0"/>
          <w:sz w:val="21"/>
          <w:u w:val="none"/>
        </w:rPr>
        <w:t xml:space="preserve">one to talk to, so he invents one by painting a face on a volleyball and naming it “Wilson”. He knows it’s only a volleyball, but he talks to it and keeps it where he can see it and </w:t>
      </w:r>
      <w:r>
        <w:rPr>
          <w:rFonts w:ascii="Georgia" w:hAnsi="Georgia" w:eastAsia="Georgia"/>
          <w:b w:val="0"/>
          <w:i/>
          <w:sz w:val="21"/>
          <w:u w:val="none"/>
        </w:rPr>
        <w:t xml:space="preserve">it </w:t>
      </w:r>
      <w:r>
        <w:rPr>
          <w:rFonts w:ascii="Georgia" w:hAnsi="Georgia" w:eastAsia="Georgia"/>
          <w:b w:val="0"/>
          <w:i w:val="0"/>
          <w:sz w:val="21"/>
          <w:u w:val="none"/>
        </w:rPr>
        <w:t>can “see” him at all times. When he finally leaves the island on a makeshift raft, “Wilson” is fastened to a pole to watch over the craft, and when a storm tears the ball loose and it drifts beyond reach, Hanks grieves just as one would over the death of an only friend. The loss of Wilson symbolizes the loss of all hope and reason for staying alive.</w:t>
      </w:r>
    </w:p>
    <w:p>
      <w:pPr>
        <w:widowControl/>
      </w:pPr>
      <w:r>
        <w:rPr>
          <w:rFonts w:ascii="Georgia" w:hAnsi="Georgia" w:eastAsia="Georgia"/>
          <w:b w:val="0"/>
          <w:i w:val="0"/>
          <w:sz w:val="21"/>
          <w:u w:val="none"/>
        </w:rPr>
        <w:t>When rescue comes and our hero returns to the civilization he left, he can’t adjust. He’s not the same person he was. He is famous now, but his wife has married another man and the “things” he once had no longer give him any pleasure. He finally reaches the conclusion that his only lot in life is just to carry on – to survive from day to day as he did on the island, because that’s all there is.</w:t>
      </w:r>
    </w:p>
    <w:p>
      <w:pPr>
        <w:widowControl/>
      </w:pPr>
      <w:r>
        <w:rPr>
          <w:rFonts w:ascii="Georgia" w:hAnsi="Georgia" w:eastAsia="Georgia"/>
          <w:b w:val="0"/>
          <w:i w:val="0"/>
          <w:sz w:val="21"/>
          <w:u w:val="none"/>
        </w:rPr>
        <w:t xml:space="preserve">The Old Testament book of Ecclesiastes paints a vivid picture of the deceitfulness of fame, riches and pleasure and the despair that eventually comes from serving self instead of God. Solomon was the son of David, whom God had called “a man after My own heart”. Solomon was on the right track too, at first – but he got derailed. Toward the end of his life he saw the futility of all these “things” of the world without God. I Kings 10 and 11 tell of the riches and accomplishments of King Solomon. It says, “King Solomon was greater in riches and wisdom than all the other kings of the earth.” He also had 700 wives of noble birth and 300 concubines, and we’re told “his wives led him astray.” Because he wanted to be politically correct and an equal opportunity husband, Solomon set up temples and worship areas making the false gods of his foreign wives equal with the true God of his father. – And what was the result? He said, “I have seen all the things that are done under the sun; </w:t>
      </w:r>
      <w:r>
        <w:rPr>
          <w:rFonts w:ascii="Georgia" w:hAnsi="Georgia" w:eastAsia="Georgia"/>
          <w:b w:val="0"/>
          <w:i/>
          <w:sz w:val="21"/>
          <w:u w:val="none"/>
        </w:rPr>
        <w:t xml:space="preserve">all </w:t>
      </w:r>
      <w:r>
        <w:rPr>
          <w:rFonts w:ascii="Georgia" w:hAnsi="Georgia" w:eastAsia="Georgia"/>
          <w:b w:val="0"/>
          <w:i w:val="0"/>
          <w:sz w:val="21"/>
          <w:u w:val="none"/>
        </w:rPr>
        <w:t xml:space="preserve">of them are </w:t>
      </w:r>
      <w:r>
        <w:rPr>
          <w:rFonts w:ascii="Georgia" w:hAnsi="Georgia" w:eastAsia="Georgia"/>
          <w:b w:val="0"/>
          <w:i/>
          <w:sz w:val="21"/>
          <w:u w:val="none"/>
        </w:rPr>
        <w:t xml:space="preserve">meaningless </w:t>
      </w:r>
      <w:r>
        <w:rPr>
          <w:rFonts w:ascii="Georgia" w:hAnsi="Georgia" w:eastAsia="Georgia"/>
          <w:b w:val="0"/>
          <w:i w:val="0"/>
          <w:sz w:val="21"/>
          <w:u w:val="none"/>
        </w:rPr>
        <w:t>– a chasing after wind.”</w:t>
      </w:r>
    </w:p>
    <w:p>
      <w:pPr>
        <w:widowControl/>
      </w:pPr>
      <w:r>
        <w:rPr>
          <w:rFonts w:ascii="Georgia" w:hAnsi="Georgia" w:eastAsia="Georgia"/>
          <w:b w:val="0"/>
          <w:i w:val="0"/>
          <w:sz w:val="21"/>
          <w:u w:val="none"/>
        </w:rPr>
        <w:t xml:space="preserve">In Ecclesiastes 2, Solomon tells of his search for meaning in life. He says: “I thought in my heart, ‘Come now, I will test you with pleasure to find out what is good: I tried cheering myself with wine --- I undertook great projects --- I also owned more herds and flocks than anyone in Jerusalem before me. I amassed silver and gold for myself, and the treasures of kings and provinces. I acquired men and women singers, and a harem as well – all the delights of the heart of man. I became greater by far than anyone in Jerusalem before me. I denied myself nothing my eyes desired; I refused my heart no pleasure. --- Yet when I surveyed all that my hands had done and what I had toiled to achieve, everything was meaningless, a chasing after wind; nothing was gained under the sun --- so I hated life, because the work that is done under the sun was grievous to me. – I hated all things I had toiled for, because I must </w:t>
      </w:r>
      <w:r>
        <w:rPr>
          <w:rFonts w:ascii="Georgia" w:hAnsi="Georgia" w:eastAsia="Georgia"/>
          <w:b w:val="0"/>
          <w:i/>
          <w:sz w:val="21"/>
          <w:u w:val="none"/>
        </w:rPr>
        <w:t xml:space="preserve">leave </w:t>
      </w:r>
      <w:r>
        <w:rPr>
          <w:rFonts w:ascii="Georgia" w:hAnsi="Georgia" w:eastAsia="Georgia"/>
          <w:b w:val="0"/>
          <w:i w:val="0"/>
          <w:sz w:val="21"/>
          <w:u w:val="none"/>
        </w:rPr>
        <w:t>them to the one who comes after me. And who knows whether he will be a wise man or a fool?”</w:t>
      </w:r>
    </w:p>
    <w:p>
      <w:pPr>
        <w:widowControl/>
      </w:pPr>
      <w:r>
        <w:rPr>
          <w:rFonts w:ascii="Georgia" w:hAnsi="Georgia" w:eastAsia="Georgia"/>
          <w:b w:val="0"/>
          <w:i w:val="0"/>
          <w:sz w:val="21"/>
          <w:u w:val="none"/>
        </w:rPr>
        <w:t xml:space="preserve">Now, is this a picture of despair or what?!! After all this soul-searching, what did Solomon conclude? He answers this way – “A man can do nothing better than to eat and drink and find satisfaction in his work. </w:t>
      </w:r>
      <w:r>
        <w:rPr>
          <w:rFonts w:ascii="Georgia" w:hAnsi="Georgia" w:eastAsia="Georgia"/>
          <w:b w:val="0"/>
          <w:i/>
          <w:sz w:val="21"/>
          <w:u w:val="none"/>
        </w:rPr>
        <w:t xml:space="preserve">This, </w:t>
      </w:r>
      <w:r>
        <w:rPr>
          <w:rFonts w:ascii="Georgia" w:hAnsi="Georgia" w:eastAsia="Georgia"/>
          <w:b w:val="0"/>
          <w:i w:val="0"/>
          <w:sz w:val="21"/>
          <w:u w:val="none"/>
        </w:rPr>
        <w:t xml:space="preserve">I see, is from the hand of God, </w:t>
      </w:r>
      <w:r>
        <w:rPr>
          <w:rFonts w:ascii="Georgia" w:hAnsi="Georgia" w:eastAsia="Georgia"/>
          <w:b w:val="0"/>
          <w:i/>
          <w:sz w:val="21"/>
          <w:u w:val="none"/>
        </w:rPr>
        <w:t xml:space="preserve">for without Him, </w:t>
      </w:r>
      <w:r>
        <w:rPr>
          <w:rFonts w:ascii="Georgia" w:hAnsi="Georgia" w:eastAsia="Georgia"/>
          <w:b w:val="0"/>
          <w:i w:val="0"/>
          <w:sz w:val="21"/>
          <w:u w:val="none"/>
        </w:rPr>
        <w:t xml:space="preserve">who can find enjoyment? To the man who pleases </w:t>
      </w:r>
      <w:r>
        <w:rPr>
          <w:rFonts w:ascii="Georgia" w:hAnsi="Georgia" w:eastAsia="Georgia"/>
          <w:b w:val="0"/>
          <w:i/>
          <w:sz w:val="21"/>
          <w:u w:val="none"/>
        </w:rPr>
        <w:t xml:space="preserve">Him, God gives </w:t>
      </w:r>
      <w:r>
        <w:rPr>
          <w:rFonts w:ascii="Georgia" w:hAnsi="Georgia" w:eastAsia="Georgia"/>
          <w:b w:val="0"/>
          <w:i w:val="0"/>
          <w:sz w:val="21"/>
          <w:u w:val="none"/>
        </w:rPr>
        <w:t xml:space="preserve">wisdom, knowledge and happiness --- Here is the conclusion of the matter: Fear </w:t>
      </w:r>
      <w:r>
        <w:rPr>
          <w:rFonts w:ascii="Georgia" w:hAnsi="Georgia" w:eastAsia="Georgia"/>
          <w:b w:val="0"/>
          <w:i/>
          <w:sz w:val="21"/>
          <w:u w:val="none"/>
        </w:rPr>
        <w:t xml:space="preserve">God </w:t>
      </w:r>
      <w:r>
        <w:rPr>
          <w:rFonts w:ascii="Georgia" w:hAnsi="Georgia" w:eastAsia="Georgia"/>
          <w:b w:val="0"/>
          <w:i w:val="0"/>
          <w:sz w:val="21"/>
          <w:u w:val="none"/>
        </w:rPr>
        <w:t xml:space="preserve">and keep His commandments, for </w:t>
      </w:r>
      <w:r>
        <w:rPr>
          <w:rFonts w:ascii="Georgia" w:hAnsi="Georgia" w:eastAsia="Georgia"/>
          <w:b w:val="0"/>
          <w:i/>
          <w:sz w:val="21"/>
          <w:u w:val="none"/>
        </w:rPr>
        <w:t xml:space="preserve">this </w:t>
      </w:r>
      <w:r>
        <w:rPr>
          <w:rFonts w:ascii="Georgia" w:hAnsi="Georgia" w:eastAsia="Georgia"/>
          <w:b w:val="0"/>
          <w:i w:val="0"/>
          <w:sz w:val="21"/>
          <w:u w:val="none"/>
        </w:rPr>
        <w:t>is the whole duty of man.”</w:t>
      </w:r>
    </w:p>
    <w:p>
      <w:pPr>
        <w:widowControl/>
      </w:pPr>
      <w:r>
        <w:rPr>
          <w:rFonts w:ascii="Georgia" w:hAnsi="Georgia" w:eastAsia="Georgia"/>
          <w:b w:val="0"/>
          <w:i w:val="0"/>
          <w:sz w:val="21"/>
          <w:u w:val="none"/>
        </w:rPr>
        <w:t>Jesus asked the question in Mark 8:36-37, “What does it profit a man if he gains the whole world and loses his own soul? Or what shall a man give in exchange for his soul?” In Matthew 7:13-14, He warns us to “enter through the narrow gate. For wide is the gate and broad is the road that leads to destruction, and many enter through it. But small is the gate and narrow the road that leads to life, and only a few find it.”</w:t>
      </w:r>
    </w:p>
    <w:p>
      <w:pPr>
        <w:widowControl/>
      </w:pPr>
      <w:r>
        <w:rPr>
          <w:rFonts w:ascii="Georgia" w:hAnsi="Georgia" w:eastAsia="Georgia"/>
          <w:b w:val="0"/>
          <w:i w:val="0"/>
          <w:sz w:val="21"/>
          <w:u w:val="none"/>
        </w:rPr>
        <w:t xml:space="preserve">An unbeliever once asked his Christian co-worker, “Do you think you’re better than me?” “No,” the Christian replied, “but I know I’m better </w:t>
      </w:r>
      <w:r>
        <w:rPr>
          <w:rFonts w:ascii="Georgia" w:hAnsi="Georgia" w:eastAsia="Georgia"/>
          <w:b w:val="0"/>
          <w:i/>
          <w:sz w:val="21"/>
          <w:u w:val="none"/>
        </w:rPr>
        <w:t xml:space="preserve">off, </w:t>
      </w:r>
      <w:r>
        <w:rPr>
          <w:rFonts w:ascii="Georgia" w:hAnsi="Georgia" w:eastAsia="Georgia"/>
          <w:b w:val="0"/>
          <w:i w:val="0"/>
          <w:sz w:val="21"/>
          <w:u w:val="none"/>
        </w:rPr>
        <w:t xml:space="preserve">because if you’re right (that there is no God and no life after death), when I die, I’ll never know the difference. Until then my life has meaning and purpose because of what I believe and whom I serve. But if </w:t>
      </w:r>
      <w:r>
        <w:rPr>
          <w:rFonts w:ascii="Georgia" w:hAnsi="Georgia" w:eastAsia="Georgia"/>
          <w:b w:val="0"/>
          <w:i/>
          <w:sz w:val="21"/>
          <w:u w:val="none"/>
        </w:rPr>
        <w:t xml:space="preserve">I’m </w:t>
      </w:r>
      <w:r>
        <w:rPr>
          <w:rFonts w:ascii="Georgia" w:hAnsi="Georgia" w:eastAsia="Georgia"/>
          <w:b w:val="0"/>
          <w:i w:val="0"/>
          <w:sz w:val="21"/>
          <w:u w:val="none"/>
        </w:rPr>
        <w:t xml:space="preserve">right and </w:t>
      </w:r>
      <w:r>
        <w:rPr>
          <w:rFonts w:ascii="Georgia" w:hAnsi="Georgia" w:eastAsia="Georgia"/>
          <w:b w:val="0"/>
          <w:i/>
          <w:sz w:val="21"/>
          <w:u w:val="none"/>
        </w:rPr>
        <w:t xml:space="preserve">you’re </w:t>
      </w:r>
      <w:r>
        <w:rPr>
          <w:rFonts w:ascii="Georgia" w:hAnsi="Georgia" w:eastAsia="Georgia"/>
          <w:b w:val="0"/>
          <w:i w:val="0"/>
          <w:sz w:val="21"/>
          <w:u w:val="none"/>
        </w:rPr>
        <w:t xml:space="preserve">wrong – when </w:t>
      </w:r>
      <w:r>
        <w:rPr>
          <w:rFonts w:ascii="Georgia" w:hAnsi="Georgia" w:eastAsia="Georgia"/>
          <w:b w:val="0"/>
          <w:i/>
          <w:sz w:val="21"/>
          <w:u w:val="none"/>
        </w:rPr>
        <w:t xml:space="preserve">you </w:t>
      </w:r>
      <w:r>
        <w:rPr>
          <w:rFonts w:ascii="Georgia" w:hAnsi="Georgia" w:eastAsia="Georgia"/>
          <w:b w:val="0"/>
          <w:i w:val="0"/>
          <w:sz w:val="21"/>
          <w:u w:val="none"/>
        </w:rPr>
        <w:t>die – then what?!!”</w:t>
      </w:r>
    </w:p>
    <w:p>
      <w:bookmarkStart w:id="3" w:name="reflection_02"/>
      <w:pPr>
        <w:pStyle w:val="Heading1"/>
      </w:pPr>
      <w:r>
        <w:rPr>
          <w:rFonts w:ascii="Georgia" w:hAnsi="Georgia" w:eastAsia="Georgia"/>
          <w:b/>
          <w:color w:val="226FA4"/>
          <w:sz w:val="34"/>
        </w:rPr>
        <w:t>Parable of the Sower</w:t>
      </w:r>
      <w:bookmarkEnd w:id="3"/>
    </w:p>
    <w:p>
      <w:pPr>
        <w:widowControl/>
      </w:pPr>
      <w:r>
        <w:rPr>
          <w:rFonts w:ascii="Georgia" w:hAnsi="Georgia" w:eastAsia="Georgia"/>
          <w:b w:val="0"/>
          <w:i w:val="0"/>
          <w:sz w:val="21"/>
          <w:u w:val="none"/>
        </w:rPr>
        <w:t>How many Bibles do you have in your home? I got to thinking about this the other day when I went to look something up in several different translations, so I started counting. Unless I missed some, we have fourteen Bibles in seven different translations. These have accumulated over the years and some we don’t use anymore. Some are coming apart at the spine – yet I hesitate to throw them. They have markings and notes that tell where I was in my spiritual walk at the time I used them, and when I look back at them, I am amazed at how much I know now that I didn’t know then.</w:t>
      </w:r>
    </w:p>
    <w:p>
      <w:pPr>
        <w:widowControl/>
      </w:pPr>
      <w:r>
        <w:rPr>
          <w:rFonts w:ascii="Georgia" w:hAnsi="Georgia" w:eastAsia="Georgia"/>
          <w:b w:val="0"/>
          <w:i w:val="0"/>
          <w:sz w:val="21"/>
          <w:u w:val="none"/>
        </w:rPr>
        <w:t xml:space="preserve">I would venture to guess that the majority of our country’s population (unbelievers included) have at least one Bible in their home, even if they never open it. All U.S. libraries have at least one copy, and most motels have one in every room. This one book is the “user’s manual” written by the maker of men. It is the only source of absolute truth by which all other “truth” can be measured, and there is </w:t>
      </w:r>
      <w:r>
        <w:rPr>
          <w:rFonts w:ascii="Georgia" w:hAnsi="Georgia" w:eastAsia="Georgia"/>
          <w:b w:val="0"/>
          <w:i/>
          <w:sz w:val="21"/>
          <w:u w:val="none"/>
        </w:rPr>
        <w:t>no-one</w:t>
      </w:r>
      <w:r>
        <w:rPr>
          <w:rFonts w:ascii="Georgia" w:hAnsi="Georgia" w:eastAsia="Georgia"/>
          <w:b w:val="0"/>
          <w:i w:val="0"/>
          <w:sz w:val="21"/>
          <w:u w:val="none"/>
        </w:rPr>
        <w:t xml:space="preserve"> in our whole country who does not have access to it if he wants to. We don’t have to hide them in fear that they’ll be confiscated and we’ll be arrested. We don’t have to take one Bible apart to distribute a few pages each among those of a whole community. Yet it is those who must </w:t>
      </w:r>
      <w:r>
        <w:rPr>
          <w:rFonts w:ascii="Georgia" w:hAnsi="Georgia" w:eastAsia="Georgia"/>
          <w:b w:val="0"/>
          <w:i/>
          <w:sz w:val="21"/>
          <w:u w:val="none"/>
        </w:rPr>
        <w:t xml:space="preserve">do </w:t>
      </w:r>
      <w:r>
        <w:rPr>
          <w:rFonts w:ascii="Georgia" w:hAnsi="Georgia" w:eastAsia="Georgia"/>
          <w:b w:val="0"/>
          <w:i w:val="0"/>
          <w:sz w:val="21"/>
          <w:u w:val="none"/>
        </w:rPr>
        <w:t xml:space="preserve">so who have the strongest faith. There are thousands in this world who would give </w:t>
      </w:r>
      <w:r>
        <w:rPr>
          <w:rFonts w:ascii="Georgia" w:hAnsi="Georgia" w:eastAsia="Georgia"/>
          <w:b w:val="0"/>
          <w:i/>
          <w:sz w:val="21"/>
          <w:u w:val="none"/>
        </w:rPr>
        <w:t xml:space="preserve">anything </w:t>
      </w:r>
      <w:r>
        <w:rPr>
          <w:rFonts w:ascii="Georgia" w:hAnsi="Georgia" w:eastAsia="Georgia"/>
          <w:b w:val="0"/>
          <w:i w:val="0"/>
          <w:sz w:val="21"/>
          <w:u w:val="none"/>
        </w:rPr>
        <w:t xml:space="preserve">to have a Bible of their own – yet here, where it is everywhere, our country is slipping faster and faster down that slippery slope to moral and cultural suicide. What is </w:t>
      </w:r>
      <w:r>
        <w:rPr>
          <w:rFonts w:ascii="Georgia" w:hAnsi="Georgia" w:eastAsia="Georgia"/>
          <w:b w:val="0"/>
          <w:i/>
          <w:sz w:val="21"/>
          <w:u w:val="none"/>
        </w:rPr>
        <w:t xml:space="preserve">wrong </w:t>
      </w:r>
      <w:r>
        <w:rPr>
          <w:rFonts w:ascii="Georgia" w:hAnsi="Georgia" w:eastAsia="Georgia"/>
          <w:b w:val="0"/>
          <w:i w:val="0"/>
          <w:sz w:val="21"/>
          <w:u w:val="none"/>
        </w:rPr>
        <w:t>with this picture?</w:t>
      </w:r>
    </w:p>
    <w:p>
      <w:pPr>
        <w:widowControl/>
      </w:pPr>
      <w:r>
        <w:rPr>
          <w:rFonts w:ascii="Georgia" w:hAnsi="Georgia" w:eastAsia="Georgia"/>
          <w:b w:val="0"/>
          <w:i w:val="0"/>
          <w:sz w:val="21"/>
          <w:u w:val="none"/>
        </w:rPr>
        <w:t>This past week Jack Hayford, on his radio program, has been teaching on Jesus’ parable of the sower. I learned something I hadn’t seen before, and I’d like to share it with you.</w:t>
      </w:r>
    </w:p>
    <w:p>
      <w:pPr>
        <w:widowControl/>
      </w:pPr>
      <w:r>
        <w:rPr>
          <w:rFonts w:ascii="Georgia" w:hAnsi="Georgia" w:eastAsia="Georgia"/>
          <w:b w:val="0"/>
          <w:i w:val="0"/>
          <w:sz w:val="21"/>
          <w:u w:val="none"/>
        </w:rPr>
        <w:t xml:space="preserve">The parable of the sower is recorded in three of the four gospels. It is the </w:t>
      </w:r>
      <w:r>
        <w:rPr>
          <w:rFonts w:ascii="Georgia" w:hAnsi="Georgia" w:eastAsia="Georgia"/>
          <w:b w:val="0"/>
          <w:i/>
          <w:sz w:val="21"/>
          <w:u w:val="none"/>
        </w:rPr>
        <w:t xml:space="preserve">first </w:t>
      </w:r>
      <w:r>
        <w:rPr>
          <w:rFonts w:ascii="Georgia" w:hAnsi="Georgia" w:eastAsia="Georgia"/>
          <w:b w:val="0"/>
          <w:i w:val="0"/>
          <w:sz w:val="21"/>
          <w:u w:val="none"/>
        </w:rPr>
        <w:t xml:space="preserve">parable Jesus told and the only one not preceded by the words, “The kingdom of God is like…” It’s one where Jesus explained to His disciples exactly what it meant – because even </w:t>
      </w:r>
      <w:r>
        <w:rPr>
          <w:rFonts w:ascii="Georgia" w:hAnsi="Georgia" w:eastAsia="Georgia"/>
          <w:b w:val="0"/>
          <w:i/>
          <w:sz w:val="21"/>
          <w:u w:val="none"/>
        </w:rPr>
        <w:t xml:space="preserve">they </w:t>
      </w:r>
      <w:r>
        <w:rPr>
          <w:rFonts w:ascii="Georgia" w:hAnsi="Georgia" w:eastAsia="Georgia"/>
          <w:b w:val="0"/>
          <w:i w:val="0"/>
          <w:sz w:val="21"/>
          <w:u w:val="none"/>
        </w:rPr>
        <w:t>didn’t understand it.</w:t>
      </w:r>
    </w:p>
    <w:p>
      <w:pPr>
        <w:widowControl/>
      </w:pPr>
      <w:r>
        <w:rPr>
          <w:rFonts w:ascii="Georgia" w:hAnsi="Georgia" w:eastAsia="Georgia"/>
          <w:b w:val="0"/>
          <w:i w:val="0"/>
          <w:sz w:val="21"/>
          <w:u w:val="none"/>
        </w:rPr>
        <w:t>As recorded in Mark 4, the story goes like this: “Listen! A farmer went out to sow his seed. As he was scattering the seed, some fell along the path, and the birds came and ate it up. Some fell on rocky places where it did not have much soil. It sprang up quickly, because the soil was shallow. But when the sun came up, the plants were scorched, and they withered because they had no root. Other seed fell among thorns, which grew up and choked the plants, so that they did not bear grain. Still other seed fell on good soil. It came up, grew, and produced a crop, multiplying thirty, sixty, or even a hundred times.”</w:t>
      </w:r>
    </w:p>
    <w:p>
      <w:pPr>
        <w:widowControl/>
      </w:pPr>
      <w:r>
        <w:rPr>
          <w:rFonts w:ascii="Georgia" w:hAnsi="Georgia" w:eastAsia="Georgia"/>
          <w:b w:val="0"/>
          <w:i/>
          <w:sz w:val="21"/>
          <w:u w:val="none"/>
        </w:rPr>
        <w:t>Then</w:t>
      </w:r>
      <w:r>
        <w:rPr>
          <w:rFonts w:ascii="Georgia" w:hAnsi="Georgia" w:eastAsia="Georgia"/>
          <w:b w:val="0"/>
          <w:i w:val="0"/>
          <w:sz w:val="21"/>
          <w:u w:val="none"/>
        </w:rPr>
        <w:t xml:space="preserve"> Jesus said, “He who has ears to hear, let him hear.” This phrase, “He who has ears to hear” was repeated many times by Jesus both in the gospels and in the book of Revelation. He is not talking about </w:t>
      </w:r>
      <w:r>
        <w:rPr>
          <w:rFonts w:ascii="Georgia" w:hAnsi="Georgia" w:eastAsia="Georgia"/>
          <w:b w:val="0"/>
          <w:i/>
          <w:sz w:val="21"/>
          <w:u w:val="none"/>
        </w:rPr>
        <w:t>physical</w:t>
      </w:r>
      <w:r>
        <w:rPr>
          <w:rFonts w:ascii="Georgia" w:hAnsi="Georgia" w:eastAsia="Georgia"/>
          <w:b w:val="0"/>
          <w:i w:val="0"/>
          <w:sz w:val="21"/>
          <w:u w:val="none"/>
        </w:rPr>
        <w:t xml:space="preserve"> ears here. He’s talking about hearing with “spiritual ears,” and</w:t>
      </w:r>
      <w:r>
        <w:rPr>
          <w:rFonts w:ascii="Georgia" w:hAnsi="Georgia" w:eastAsia="Georgia"/>
          <w:b w:val="0"/>
          <w:i w:val="0"/>
          <w:sz w:val="21"/>
          <w:u w:val="none"/>
        </w:rPr>
        <w:t xml:space="preserve"> you can be sure that every time He uses this phrase, there is a hidden treasure there for those able to hear it. The scribes and Pharisees couldn’t hear it, and even the disciples had to be </w:t>
      </w:r>
      <w:r>
        <w:rPr>
          <w:rFonts w:ascii="Georgia" w:hAnsi="Georgia" w:eastAsia="Georgia"/>
          <w:b w:val="0"/>
          <w:i/>
          <w:sz w:val="21"/>
          <w:u w:val="none"/>
        </w:rPr>
        <w:t xml:space="preserve">taught </w:t>
      </w:r>
      <w:r>
        <w:rPr>
          <w:rFonts w:ascii="Georgia" w:hAnsi="Georgia" w:eastAsia="Georgia"/>
          <w:b w:val="0"/>
          <w:i w:val="0"/>
          <w:sz w:val="21"/>
          <w:u w:val="none"/>
        </w:rPr>
        <w:t xml:space="preserve">how to hear. In Luke 8, He told them, “The knowledge of the </w:t>
      </w:r>
      <w:r>
        <w:rPr>
          <w:rFonts w:ascii="Georgia" w:hAnsi="Georgia" w:eastAsia="Georgia"/>
          <w:b w:val="0"/>
          <w:i/>
          <w:sz w:val="21"/>
          <w:u w:val="none"/>
        </w:rPr>
        <w:t>secrets</w:t>
      </w:r>
      <w:r>
        <w:rPr>
          <w:rFonts w:ascii="Georgia" w:hAnsi="Georgia" w:eastAsia="Georgia"/>
          <w:b w:val="0"/>
          <w:i w:val="0"/>
          <w:sz w:val="21"/>
          <w:u w:val="none"/>
        </w:rPr>
        <w:t xml:space="preserve"> of the kingdom of God has been given to you.”</w:t>
      </w:r>
      <w:r>
        <w:rPr>
          <w:rFonts w:ascii="Georgia" w:hAnsi="Georgia" w:eastAsia="Georgia"/>
          <w:b w:val="0"/>
          <w:i w:val="0"/>
          <w:sz w:val="21"/>
          <w:u w:val="none"/>
        </w:rPr>
        <w:t xml:space="preserve"> Then He explained to the disciples the meaning of the parable.</w:t>
      </w:r>
    </w:p>
    <w:p>
      <w:pPr>
        <w:widowControl/>
      </w:pPr>
      <w:r>
        <w:rPr>
          <w:rFonts w:ascii="Georgia" w:hAnsi="Georgia" w:eastAsia="Georgia"/>
          <w:b w:val="0"/>
          <w:i w:val="0"/>
          <w:sz w:val="21"/>
          <w:u w:val="none"/>
        </w:rPr>
        <w:t>“The farmer is God. The seed is the Word of God. Those along the path are the ones who hear, and then the devil comes and takes away the Word from their hearts so that they may not believe and be saved. Those on the rock are the ones who receive the Word with joy when they hear it, but they have no root. They believe for a while, but in time of testing they fall away. The seed that fell among the thorns stands for those who hear, but as they go their way they are choked by life’s worries, riches and pleasure. But the seed on good soil stands for those with a noble and good heart, who hear the Word, retain it, and by persevering, produce a crop.”</w:t>
      </w:r>
    </w:p>
    <w:p>
      <w:pPr>
        <w:widowControl/>
      </w:pPr>
      <w:r>
        <w:rPr>
          <w:rFonts w:ascii="Georgia" w:hAnsi="Georgia" w:eastAsia="Georgia"/>
          <w:b w:val="0"/>
          <w:i w:val="0"/>
          <w:sz w:val="21"/>
          <w:u w:val="none"/>
        </w:rPr>
        <w:t xml:space="preserve">In Mark’s account, Jesus asks the disciples, “Don’t you </w:t>
      </w:r>
      <w:r>
        <w:rPr>
          <w:rFonts w:ascii="Georgia" w:hAnsi="Georgia" w:eastAsia="Georgia"/>
          <w:b w:val="0"/>
          <w:i/>
          <w:sz w:val="21"/>
          <w:u w:val="none"/>
        </w:rPr>
        <w:t>understand</w:t>
      </w:r>
      <w:r>
        <w:rPr>
          <w:rFonts w:ascii="Georgia" w:hAnsi="Georgia" w:eastAsia="Georgia"/>
          <w:b w:val="0"/>
          <w:i w:val="0"/>
          <w:sz w:val="21"/>
          <w:u w:val="none"/>
        </w:rPr>
        <w:t xml:space="preserve"> this parable? How then will you understand </w:t>
      </w:r>
      <w:r>
        <w:rPr>
          <w:rFonts w:ascii="Georgia" w:hAnsi="Georgia" w:eastAsia="Georgia"/>
          <w:b w:val="0"/>
          <w:i/>
          <w:sz w:val="21"/>
          <w:u w:val="none"/>
        </w:rPr>
        <w:t>any</w:t>
      </w:r>
      <w:r>
        <w:rPr>
          <w:rFonts w:ascii="Georgia" w:hAnsi="Georgia" w:eastAsia="Georgia"/>
          <w:b w:val="0"/>
          <w:i w:val="0"/>
          <w:sz w:val="21"/>
          <w:u w:val="none"/>
        </w:rPr>
        <w:t xml:space="preserve"> parable?” And in both Matthew and Luke, He adds, “No-one lights a lamp and </w:t>
      </w:r>
      <w:r>
        <w:rPr>
          <w:rFonts w:ascii="Georgia" w:hAnsi="Georgia" w:eastAsia="Georgia"/>
          <w:b w:val="0"/>
          <w:i/>
          <w:sz w:val="21"/>
          <w:u w:val="none"/>
        </w:rPr>
        <w:t>hides</w:t>
      </w:r>
      <w:r>
        <w:rPr>
          <w:rFonts w:ascii="Georgia" w:hAnsi="Georgia" w:eastAsia="Georgia"/>
          <w:b w:val="0"/>
          <w:i w:val="0"/>
          <w:sz w:val="21"/>
          <w:u w:val="none"/>
        </w:rPr>
        <w:t xml:space="preserve"> it in a jar or puts it under a bed. Instead, he puts it on a stand, so that those who come in can see the light. For there is </w:t>
      </w:r>
      <w:r>
        <w:rPr>
          <w:rFonts w:ascii="Georgia" w:hAnsi="Georgia" w:eastAsia="Georgia"/>
          <w:b w:val="0"/>
          <w:i/>
          <w:sz w:val="21"/>
          <w:u w:val="none"/>
        </w:rPr>
        <w:t>nothing</w:t>
      </w:r>
      <w:r>
        <w:rPr>
          <w:rFonts w:ascii="Georgia" w:hAnsi="Georgia" w:eastAsia="Georgia"/>
          <w:b w:val="0"/>
          <w:i w:val="0"/>
          <w:sz w:val="21"/>
          <w:u w:val="none"/>
        </w:rPr>
        <w:t xml:space="preserve"> hidden that will not be disclosed, and nothing concealed that will not be known or brought out into the open. </w:t>
      </w:r>
      <w:r>
        <w:rPr>
          <w:rFonts w:ascii="Georgia" w:hAnsi="Georgia" w:eastAsia="Georgia"/>
          <w:b w:val="0"/>
          <w:i/>
          <w:sz w:val="21"/>
          <w:u w:val="none"/>
        </w:rPr>
        <w:t>Therefore,</w:t>
      </w:r>
      <w:r>
        <w:rPr>
          <w:rFonts w:ascii="Georgia" w:hAnsi="Georgia" w:eastAsia="Georgia"/>
          <w:b w:val="0"/>
          <w:i w:val="0"/>
          <w:sz w:val="21"/>
          <w:u w:val="none"/>
        </w:rPr>
        <w:t xml:space="preserve"> consider carefully </w:t>
      </w:r>
      <w:r>
        <w:rPr>
          <w:rFonts w:ascii="Georgia" w:hAnsi="Georgia" w:eastAsia="Georgia"/>
          <w:b w:val="0"/>
          <w:i/>
          <w:sz w:val="21"/>
          <w:u w:val="none"/>
        </w:rPr>
        <w:t>how you listen</w:t>
      </w:r>
      <w:r>
        <w:rPr>
          <w:rFonts w:ascii="Georgia" w:hAnsi="Georgia" w:eastAsia="Georgia"/>
          <w:b w:val="0"/>
          <w:i w:val="0"/>
          <w:sz w:val="21"/>
          <w:u w:val="none"/>
        </w:rPr>
        <w:t xml:space="preserve">. Whoever has will be given more – but whoever does </w:t>
      </w:r>
      <w:r>
        <w:rPr>
          <w:rFonts w:ascii="Georgia" w:hAnsi="Georgia" w:eastAsia="Georgia"/>
          <w:b w:val="0"/>
          <w:i/>
          <w:sz w:val="21"/>
          <w:u w:val="none"/>
        </w:rPr>
        <w:t>not</w:t>
      </w:r>
      <w:r>
        <w:rPr>
          <w:rFonts w:ascii="Georgia" w:hAnsi="Georgia" w:eastAsia="Georgia"/>
          <w:b w:val="0"/>
          <w:i w:val="0"/>
          <w:sz w:val="21"/>
          <w:u w:val="none"/>
        </w:rPr>
        <w:t xml:space="preserve"> have – even what he </w:t>
      </w:r>
      <w:r>
        <w:rPr>
          <w:rFonts w:ascii="Georgia" w:hAnsi="Georgia" w:eastAsia="Georgia"/>
          <w:b w:val="0"/>
          <w:i/>
          <w:sz w:val="21"/>
          <w:u w:val="none"/>
        </w:rPr>
        <w:t>thinks he has</w:t>
      </w:r>
      <w:r>
        <w:rPr>
          <w:rFonts w:ascii="Georgia" w:hAnsi="Georgia" w:eastAsia="Georgia"/>
          <w:b w:val="0"/>
          <w:i w:val="0"/>
          <w:sz w:val="21"/>
          <w:u w:val="none"/>
        </w:rPr>
        <w:t xml:space="preserve"> will be taken from him.”</w:t>
      </w:r>
    </w:p>
    <w:p>
      <w:pPr>
        <w:widowControl/>
      </w:pPr>
      <w:r>
        <w:rPr>
          <w:rFonts w:ascii="Georgia" w:hAnsi="Georgia" w:eastAsia="Georgia"/>
          <w:b w:val="0"/>
          <w:i w:val="0"/>
          <w:sz w:val="21"/>
          <w:u w:val="none"/>
        </w:rPr>
        <w:t xml:space="preserve">What is He saying here? And what does </w:t>
      </w:r>
      <w:r>
        <w:rPr>
          <w:rFonts w:ascii="Georgia" w:hAnsi="Georgia" w:eastAsia="Georgia"/>
          <w:b w:val="0"/>
          <w:i/>
          <w:sz w:val="21"/>
          <w:u w:val="none"/>
        </w:rPr>
        <w:t>this</w:t>
      </w:r>
      <w:r>
        <w:rPr>
          <w:rFonts w:ascii="Georgia" w:hAnsi="Georgia" w:eastAsia="Georgia"/>
          <w:b w:val="0"/>
          <w:i w:val="0"/>
          <w:sz w:val="21"/>
          <w:u w:val="none"/>
        </w:rPr>
        <w:t xml:space="preserve"> have to do with the parable? The truth that I hadn’t seen before is that this </w:t>
      </w:r>
      <w:r>
        <w:rPr>
          <w:rFonts w:ascii="Georgia" w:hAnsi="Georgia" w:eastAsia="Georgia"/>
          <w:b w:val="0"/>
          <w:i/>
          <w:sz w:val="21"/>
          <w:u w:val="none"/>
        </w:rPr>
        <w:t>one</w:t>
      </w:r>
      <w:r>
        <w:rPr>
          <w:rFonts w:ascii="Georgia" w:hAnsi="Georgia" w:eastAsia="Georgia"/>
          <w:b w:val="0"/>
          <w:i w:val="0"/>
          <w:sz w:val="21"/>
          <w:u w:val="none"/>
        </w:rPr>
        <w:t xml:space="preserve"> parable is the </w:t>
      </w:r>
      <w:r>
        <w:rPr>
          <w:rFonts w:ascii="Georgia" w:hAnsi="Georgia" w:eastAsia="Georgia"/>
          <w:b w:val="0"/>
          <w:i/>
          <w:sz w:val="21"/>
          <w:u w:val="none"/>
        </w:rPr>
        <w:t>key</w:t>
      </w:r>
      <w:r>
        <w:rPr>
          <w:rFonts w:ascii="Georgia" w:hAnsi="Georgia" w:eastAsia="Georgia"/>
          <w:b w:val="0"/>
          <w:i w:val="0"/>
          <w:sz w:val="21"/>
          <w:u w:val="none"/>
        </w:rPr>
        <w:t xml:space="preserve"> to understanding all the other parables. It doesn’t have to do with evangelism or preaching. It has to do with receptiveness of </w:t>
      </w:r>
      <w:r>
        <w:rPr>
          <w:rFonts w:ascii="Georgia" w:hAnsi="Georgia" w:eastAsia="Georgia"/>
          <w:b w:val="0"/>
          <w:i/>
          <w:sz w:val="21"/>
          <w:u w:val="none"/>
        </w:rPr>
        <w:t>hearts</w:t>
      </w:r>
      <w:r>
        <w:rPr>
          <w:rFonts w:ascii="Georgia" w:hAnsi="Georgia" w:eastAsia="Georgia"/>
          <w:b w:val="0"/>
          <w:i w:val="0"/>
          <w:sz w:val="21"/>
          <w:u w:val="none"/>
        </w:rPr>
        <w:t xml:space="preserve"> to the Word of God. In the time when Jesus </w:t>
      </w:r>
      <w:r>
        <w:rPr>
          <w:rFonts w:ascii="Georgia" w:hAnsi="Georgia" w:eastAsia="Georgia"/>
          <w:b w:val="0"/>
          <w:i/>
          <w:sz w:val="21"/>
          <w:u w:val="none"/>
        </w:rPr>
        <w:t>taught</w:t>
      </w:r>
      <w:r>
        <w:rPr>
          <w:rFonts w:ascii="Georgia" w:hAnsi="Georgia" w:eastAsia="Georgia"/>
          <w:b w:val="0"/>
          <w:i w:val="0"/>
          <w:sz w:val="21"/>
          <w:u w:val="none"/>
        </w:rPr>
        <w:t xml:space="preserve"> this truth, there </w:t>
      </w:r>
      <w:r>
        <w:rPr>
          <w:rFonts w:ascii="Georgia" w:hAnsi="Georgia" w:eastAsia="Georgia"/>
          <w:b w:val="0"/>
          <w:i/>
          <w:sz w:val="21"/>
          <w:u w:val="none"/>
        </w:rPr>
        <w:t xml:space="preserve">was </w:t>
      </w:r>
      <w:r>
        <w:rPr>
          <w:rFonts w:ascii="Georgia" w:hAnsi="Georgia" w:eastAsia="Georgia"/>
          <w:b w:val="0"/>
          <w:i w:val="0"/>
          <w:sz w:val="21"/>
          <w:u w:val="none"/>
        </w:rPr>
        <w:t>no written New Testament yet, and the only place the written Old Testament was read was in the synagogues.</w:t>
      </w:r>
    </w:p>
    <w:p>
      <w:pPr>
        <w:widowControl/>
      </w:pPr>
      <w:r>
        <w:rPr>
          <w:rFonts w:ascii="Georgia" w:hAnsi="Georgia" w:eastAsia="Georgia"/>
          <w:b w:val="0"/>
          <w:i w:val="0"/>
          <w:sz w:val="21"/>
          <w:u w:val="none"/>
        </w:rPr>
        <w:t xml:space="preserve">The “teachers of the law” who taught in the synagogues could teach what the Word </w:t>
      </w:r>
      <w:r>
        <w:rPr>
          <w:rFonts w:ascii="Georgia" w:hAnsi="Georgia" w:eastAsia="Georgia"/>
          <w:b w:val="0"/>
          <w:i/>
          <w:sz w:val="21"/>
          <w:u w:val="none"/>
        </w:rPr>
        <w:t>said</w:t>
      </w:r>
      <w:r>
        <w:rPr>
          <w:rFonts w:ascii="Georgia" w:hAnsi="Georgia" w:eastAsia="Georgia"/>
          <w:b w:val="0"/>
          <w:i w:val="0"/>
          <w:sz w:val="21"/>
          <w:u w:val="none"/>
        </w:rPr>
        <w:t xml:space="preserve">, but they were “blind guides,” and Jesus said when the blind lead the blind, they will </w:t>
      </w:r>
      <w:r>
        <w:rPr>
          <w:rFonts w:ascii="Georgia" w:hAnsi="Georgia" w:eastAsia="Georgia"/>
          <w:b w:val="0"/>
          <w:i/>
          <w:sz w:val="21"/>
          <w:u w:val="none"/>
        </w:rPr>
        <w:t xml:space="preserve">both </w:t>
      </w:r>
      <w:r>
        <w:rPr>
          <w:rFonts w:ascii="Georgia" w:hAnsi="Georgia" w:eastAsia="Georgia"/>
          <w:b w:val="0"/>
          <w:i w:val="0"/>
          <w:sz w:val="21"/>
          <w:u w:val="none"/>
        </w:rPr>
        <w:t>fall into the ditch. To most of the people, the Word of God was unfamiliar and full of mystery. When Jesus came preaching the kingdom of heaven and the way to eternal life, people from everywhere flocked to hear Him, but His words were like that seed, and only a few had hearts that could really hear and be receptive so that seed could take root and flourish.</w:t>
      </w:r>
    </w:p>
    <w:p>
      <w:pPr>
        <w:widowControl/>
      </w:pPr>
      <w:r>
        <w:rPr>
          <w:rFonts w:ascii="Georgia" w:hAnsi="Georgia" w:eastAsia="Georgia"/>
          <w:b w:val="0"/>
          <w:i w:val="0"/>
          <w:sz w:val="21"/>
          <w:u w:val="none"/>
        </w:rPr>
        <w:t xml:space="preserve">Today that miraculous seed is found in the pages of one book – a book readily available to anyone in our land. So </w:t>
      </w:r>
      <w:r>
        <w:rPr>
          <w:rFonts w:ascii="Georgia" w:hAnsi="Georgia" w:eastAsia="Georgia"/>
          <w:b w:val="0"/>
          <w:i/>
          <w:sz w:val="21"/>
          <w:u w:val="none"/>
        </w:rPr>
        <w:t xml:space="preserve">why </w:t>
      </w:r>
      <w:r>
        <w:rPr>
          <w:rFonts w:ascii="Georgia" w:hAnsi="Georgia" w:eastAsia="Georgia"/>
          <w:b w:val="0"/>
          <w:i w:val="0"/>
          <w:sz w:val="21"/>
          <w:u w:val="none"/>
        </w:rPr>
        <w:t xml:space="preserve">is it not producing an abundant crop? Because the soil in our land is so trodden down and shallow and full of thorns that our eyes and ears are shut. Those hearts along the path can’t see </w:t>
      </w:r>
      <w:r>
        <w:rPr>
          <w:rFonts w:ascii="Georgia" w:hAnsi="Georgia" w:eastAsia="Georgia"/>
          <w:b w:val="0"/>
          <w:i/>
          <w:sz w:val="21"/>
          <w:u w:val="none"/>
        </w:rPr>
        <w:t xml:space="preserve">at all </w:t>
      </w:r>
      <w:r>
        <w:rPr>
          <w:rFonts w:ascii="Georgia" w:hAnsi="Georgia" w:eastAsia="Georgia"/>
          <w:b w:val="0"/>
          <w:i w:val="0"/>
          <w:sz w:val="21"/>
          <w:u w:val="none"/>
        </w:rPr>
        <w:t>in the first place. They are so hard the seed can’t even make a dent. The evil one is so in control of those lives he gobbles up the seed as soon as it is sown and it has no effect at all. Most of these hearts in this condition got that way through no fault of their own. They have been beaten down by life circumstances and even other people. They are blind and don’t know it. These are those Jesus said are like “sheep without a shepherd”. – those of whom He mourned, “Jerusalem, Jerusalem – how I have longed to gather you in My arms as a hen gathers her chicks under her wings – but you would not.”</w:t>
      </w:r>
    </w:p>
    <w:p>
      <w:pPr>
        <w:widowControl/>
      </w:pPr>
      <w:r>
        <w:rPr>
          <w:rFonts w:ascii="Georgia" w:hAnsi="Georgia" w:eastAsia="Georgia"/>
          <w:b w:val="0"/>
          <w:i w:val="0"/>
          <w:sz w:val="21"/>
          <w:u w:val="none"/>
        </w:rPr>
        <w:t>Those who are rocky ground are those forever seeking for something but never finding it because they’re looking in the wrong place. They go from church to church to church seeking to maintain that emotional high, looking for miracles and spiritual experiences but never producing any fruit because they have no root. As soon as they come down from the mountain into the valley, they wither. They need constant watering to even stay alive.</w:t>
      </w:r>
    </w:p>
    <w:p>
      <w:pPr>
        <w:widowControl/>
      </w:pPr>
      <w:r>
        <w:rPr>
          <w:rFonts w:ascii="Georgia" w:hAnsi="Georgia" w:eastAsia="Georgia"/>
          <w:b w:val="0"/>
          <w:i w:val="0"/>
          <w:sz w:val="21"/>
          <w:u w:val="none"/>
        </w:rPr>
        <w:t>Those among thorns have their priorities out of whack. They want to sit on the fence and have the best of both worlds. They have roots but never grow or produce fruit.</w:t>
      </w:r>
    </w:p>
    <w:p>
      <w:pPr>
        <w:widowControl/>
      </w:pPr>
      <w:r>
        <w:rPr>
          <w:rFonts w:ascii="Georgia" w:hAnsi="Georgia" w:eastAsia="Georgia"/>
          <w:b w:val="0"/>
          <w:i w:val="0"/>
          <w:sz w:val="21"/>
          <w:u w:val="none"/>
        </w:rPr>
        <w:t>From Jack Hayford’s teaching, I took four things we need in order to “hear” with our spiritual ears:</w:t>
      </w:r>
    </w:p>
    <w:p>
      <w:pPr>
        <w:pStyle w:val="ListBullet"/>
        <w:spacing w:after="60"/>
        <w:ind w:left="504" w:hanging="259"/>
      </w:pPr>
      <w:r>
        <w:rPr>
          <w:rFonts w:ascii="Georgia" w:hAnsi="Georgia" w:eastAsia="Georgia"/>
          <w:b w:val="0"/>
          <w:i w:val="0"/>
          <w:sz w:val="21"/>
          <w:u w:val="none"/>
        </w:rPr>
        <w:t xml:space="preserve">A </w:t>
      </w:r>
      <w:r>
        <w:rPr>
          <w:rFonts w:ascii="Georgia" w:hAnsi="Georgia" w:eastAsia="Georgia"/>
          <w:b w:val="0"/>
          <w:i/>
          <w:sz w:val="21"/>
          <w:u w:val="none"/>
        </w:rPr>
        <w:t xml:space="preserve">reverence </w:t>
      </w:r>
      <w:r>
        <w:rPr>
          <w:rFonts w:ascii="Georgia" w:hAnsi="Georgia" w:eastAsia="Georgia"/>
          <w:b w:val="0"/>
          <w:i w:val="0"/>
          <w:sz w:val="21"/>
          <w:u w:val="none"/>
        </w:rPr>
        <w:t xml:space="preserve">for the Word – submission to it as </w:t>
      </w:r>
      <w:r>
        <w:rPr>
          <w:rFonts w:ascii="Georgia" w:hAnsi="Georgia" w:eastAsia="Georgia"/>
          <w:b w:val="0"/>
          <w:i/>
          <w:sz w:val="21"/>
          <w:u w:val="none"/>
        </w:rPr>
        <w:t>the true Word of God.</w:t>
      </w:r>
    </w:p>
    <w:p>
      <w:pPr>
        <w:pStyle w:val="ListBullet"/>
        <w:spacing w:after="60"/>
        <w:ind w:left="504" w:hanging="259"/>
      </w:pPr>
      <w:r>
        <w:rPr>
          <w:rFonts w:ascii="Georgia" w:hAnsi="Georgia" w:eastAsia="Georgia"/>
          <w:b w:val="0"/>
          <w:i w:val="0"/>
          <w:sz w:val="21"/>
          <w:u w:val="none"/>
        </w:rPr>
        <w:t xml:space="preserve">A </w:t>
      </w:r>
      <w:r>
        <w:rPr>
          <w:rFonts w:ascii="Georgia" w:hAnsi="Georgia" w:eastAsia="Georgia"/>
          <w:b w:val="0"/>
          <w:i/>
          <w:sz w:val="21"/>
          <w:u w:val="none"/>
        </w:rPr>
        <w:t xml:space="preserve">hunger </w:t>
      </w:r>
      <w:r>
        <w:rPr>
          <w:rFonts w:ascii="Georgia" w:hAnsi="Georgia" w:eastAsia="Georgia"/>
          <w:b w:val="0"/>
          <w:i w:val="0"/>
          <w:sz w:val="21"/>
          <w:u w:val="none"/>
        </w:rPr>
        <w:t>for more.</w:t>
      </w:r>
    </w:p>
    <w:p>
      <w:pPr>
        <w:pStyle w:val="ListBullet"/>
        <w:spacing w:after="60"/>
        <w:ind w:left="504" w:hanging="259"/>
      </w:pPr>
      <w:r>
        <w:rPr>
          <w:rFonts w:ascii="Georgia" w:hAnsi="Georgia" w:eastAsia="Georgia"/>
          <w:b w:val="0"/>
          <w:i w:val="0"/>
          <w:sz w:val="21"/>
          <w:u w:val="none"/>
        </w:rPr>
        <w:t xml:space="preserve">A </w:t>
      </w:r>
      <w:r>
        <w:rPr>
          <w:rFonts w:ascii="Georgia" w:hAnsi="Georgia" w:eastAsia="Georgia"/>
          <w:b w:val="0"/>
          <w:i/>
          <w:sz w:val="21"/>
          <w:u w:val="none"/>
        </w:rPr>
        <w:t>dependence</w:t>
      </w:r>
      <w:r>
        <w:rPr>
          <w:rFonts w:ascii="Georgia" w:hAnsi="Georgia" w:eastAsia="Georgia"/>
          <w:b w:val="0"/>
          <w:i w:val="0"/>
          <w:sz w:val="21"/>
          <w:u w:val="none"/>
        </w:rPr>
        <w:t xml:space="preserve"> on the Word as absolute truth.</w:t>
      </w:r>
    </w:p>
    <w:p>
      <w:pPr>
        <w:pStyle w:val="ListBullet"/>
        <w:spacing w:after="60"/>
        <w:ind w:left="504" w:hanging="259"/>
      </w:pPr>
      <w:r>
        <w:rPr>
          <w:rFonts w:ascii="Georgia" w:hAnsi="Georgia" w:eastAsia="Georgia"/>
          <w:b w:val="0"/>
          <w:i w:val="0"/>
          <w:sz w:val="21"/>
          <w:u w:val="none"/>
        </w:rPr>
        <w:t xml:space="preserve">A </w:t>
      </w:r>
      <w:r>
        <w:rPr>
          <w:rFonts w:ascii="Georgia" w:hAnsi="Georgia" w:eastAsia="Georgia"/>
          <w:b w:val="0"/>
          <w:i/>
          <w:sz w:val="21"/>
          <w:u w:val="none"/>
        </w:rPr>
        <w:t xml:space="preserve">yielding </w:t>
      </w:r>
      <w:r>
        <w:rPr>
          <w:rFonts w:ascii="Georgia" w:hAnsi="Georgia" w:eastAsia="Georgia"/>
          <w:b w:val="0"/>
          <w:i w:val="0"/>
          <w:sz w:val="21"/>
          <w:u w:val="none"/>
        </w:rPr>
        <w:t>to the teaching of the Holy Spirit.</w:t>
      </w:r>
    </w:p>
    <w:p>
      <w:pPr>
        <w:widowControl/>
      </w:pPr>
      <w:r>
        <w:rPr>
          <w:rFonts w:ascii="Georgia" w:hAnsi="Georgia" w:eastAsia="Georgia"/>
          <w:b w:val="0"/>
          <w:i w:val="0"/>
          <w:sz w:val="21"/>
          <w:u w:val="none"/>
        </w:rPr>
        <w:t xml:space="preserve">Only then will we grow and flourish and produce fruit. The Word of God is </w:t>
      </w:r>
      <w:r>
        <w:rPr>
          <w:rFonts w:ascii="Georgia" w:hAnsi="Georgia" w:eastAsia="Georgia"/>
          <w:b w:val="0"/>
          <w:i/>
          <w:sz w:val="21"/>
          <w:u w:val="none"/>
        </w:rPr>
        <w:t>living</w:t>
      </w:r>
      <w:r>
        <w:rPr>
          <w:rFonts w:ascii="Georgia" w:hAnsi="Georgia" w:eastAsia="Georgia"/>
          <w:b w:val="0"/>
          <w:i w:val="0"/>
          <w:sz w:val="21"/>
          <w:u w:val="none"/>
        </w:rPr>
        <w:t xml:space="preserve"> and </w:t>
      </w:r>
      <w:r>
        <w:rPr>
          <w:rFonts w:ascii="Georgia" w:hAnsi="Georgia" w:eastAsia="Georgia"/>
          <w:b w:val="0"/>
          <w:i/>
          <w:sz w:val="21"/>
          <w:u w:val="none"/>
        </w:rPr>
        <w:t xml:space="preserve">active </w:t>
      </w:r>
      <w:r>
        <w:rPr>
          <w:rFonts w:ascii="Georgia" w:hAnsi="Georgia" w:eastAsia="Georgia"/>
          <w:b w:val="0"/>
          <w:i w:val="0"/>
          <w:sz w:val="21"/>
          <w:u w:val="none"/>
        </w:rPr>
        <w:t xml:space="preserve">and sharper than a two-edged sword. God </w:t>
      </w:r>
      <w:r>
        <w:rPr>
          <w:rFonts w:ascii="Georgia" w:hAnsi="Georgia" w:eastAsia="Georgia"/>
          <w:b w:val="0"/>
          <w:i/>
          <w:sz w:val="21"/>
          <w:u w:val="none"/>
        </w:rPr>
        <w:t xml:space="preserve">will </w:t>
      </w:r>
      <w:r>
        <w:rPr>
          <w:rFonts w:ascii="Georgia" w:hAnsi="Georgia" w:eastAsia="Georgia"/>
          <w:b w:val="0"/>
          <w:i w:val="0"/>
          <w:sz w:val="21"/>
          <w:u w:val="none"/>
        </w:rPr>
        <w:t xml:space="preserve">speak to those who </w:t>
      </w:r>
      <w:r>
        <w:rPr>
          <w:rFonts w:ascii="Georgia" w:hAnsi="Georgia" w:eastAsia="Georgia"/>
          <w:b w:val="0"/>
          <w:i/>
          <w:sz w:val="21"/>
          <w:u w:val="none"/>
        </w:rPr>
        <w:t xml:space="preserve">want </w:t>
      </w:r>
      <w:r>
        <w:rPr>
          <w:rFonts w:ascii="Georgia" w:hAnsi="Georgia" w:eastAsia="Georgia"/>
          <w:b w:val="0"/>
          <w:i w:val="0"/>
          <w:sz w:val="21"/>
          <w:u w:val="none"/>
        </w:rPr>
        <w:t xml:space="preserve">to hear. The Psalmist says, “The </w:t>
      </w:r>
      <w:r>
        <w:rPr>
          <w:rFonts w:ascii="Georgia" w:hAnsi="Georgia" w:eastAsia="Georgia"/>
          <w:b w:val="0"/>
          <w:i/>
          <w:sz w:val="21"/>
          <w:u w:val="none"/>
        </w:rPr>
        <w:t xml:space="preserve">unfolding </w:t>
      </w:r>
      <w:r>
        <w:rPr>
          <w:rFonts w:ascii="Georgia" w:hAnsi="Georgia" w:eastAsia="Georgia"/>
          <w:b w:val="0"/>
          <w:i w:val="0"/>
          <w:sz w:val="21"/>
          <w:u w:val="none"/>
        </w:rPr>
        <w:t xml:space="preserve">of Your Word gives </w:t>
      </w:r>
      <w:r>
        <w:rPr>
          <w:rFonts w:ascii="Georgia" w:hAnsi="Georgia" w:eastAsia="Georgia"/>
          <w:b w:val="0"/>
          <w:i/>
          <w:sz w:val="21"/>
          <w:u w:val="none"/>
        </w:rPr>
        <w:t xml:space="preserve">light </w:t>
      </w:r>
      <w:r>
        <w:rPr>
          <w:rFonts w:ascii="Georgia" w:hAnsi="Georgia" w:eastAsia="Georgia"/>
          <w:b w:val="0"/>
          <w:i w:val="0"/>
          <w:sz w:val="21"/>
          <w:u w:val="none"/>
        </w:rPr>
        <w:t xml:space="preserve">– it gives understanding to the simple.” Proverbs 4:18 tells us, “The path of the righteous is like the first gleam of dawn, shining ever brighter till the full light of day.” Get into the Word today and search for the treasures it holds. If we do not, the day may soon come when our freedom of worship is taken away and we will </w:t>
      </w:r>
      <w:r>
        <w:rPr>
          <w:rFonts w:ascii="Georgia" w:hAnsi="Georgia" w:eastAsia="Georgia"/>
          <w:b w:val="0"/>
          <w:i/>
          <w:sz w:val="21"/>
          <w:u w:val="none"/>
        </w:rPr>
        <w:t xml:space="preserve">long </w:t>
      </w:r>
      <w:r>
        <w:rPr>
          <w:rFonts w:ascii="Georgia" w:hAnsi="Georgia" w:eastAsia="Georgia"/>
          <w:b w:val="0"/>
          <w:i w:val="0"/>
          <w:sz w:val="21"/>
          <w:u w:val="none"/>
        </w:rPr>
        <w:t>for a Word from the Lord, but it will not be found.</w:t>
      </w:r>
    </w:p>
    <w:p>
      <w:bookmarkStart w:id="4" w:name="reflection_03"/>
      <w:pPr>
        <w:pStyle w:val="Heading1"/>
      </w:pPr>
      <w:r>
        <w:rPr>
          <w:rFonts w:ascii="Georgia" w:hAnsi="Georgia" w:eastAsia="Georgia"/>
          <w:b/>
          <w:color w:val="226FA4"/>
          <w:sz w:val="34"/>
        </w:rPr>
        <w:t>Feast of Unleavened Bread</w:t>
      </w:r>
      <w:bookmarkEnd w:id="4"/>
    </w:p>
    <w:p>
      <w:pPr>
        <w:widowControl/>
      </w:pPr>
      <w:r>
        <w:rPr>
          <w:rFonts w:ascii="Georgia" w:hAnsi="Georgia" w:eastAsia="Georgia"/>
          <w:b w:val="0"/>
          <w:i w:val="0"/>
          <w:sz w:val="21"/>
          <w:u w:val="none"/>
        </w:rPr>
        <w:t>If you heard our stories before Easter you heard how Jesus’ suffering and death was the fulfillment of the Passover sacrifice – He was indeed the “Lamb of God who takes away the sin of the world.” Then we saw how the crossing of the Red Sea, with the accompanying destruction of the entire Egyptian army, was a foreshadow of Christ’s victory over death and the birth of a brand-new life of freedom, as our Savior rose from the dead on the very same day of the year.</w:t>
      </w:r>
    </w:p>
    <w:p>
      <w:pPr>
        <w:widowControl/>
      </w:pPr>
      <w:r>
        <w:rPr>
          <w:rFonts w:ascii="Georgia" w:hAnsi="Georgia" w:eastAsia="Georgia"/>
          <w:b w:val="0"/>
          <w:i w:val="0"/>
          <w:sz w:val="21"/>
          <w:u w:val="none"/>
        </w:rPr>
        <w:t>Today we will look at one more parallel in this analogy – the annual Feast of Unleavened Bread which begins on the fifteenth of the Jewish month of Nisan right after the Passover meal, and lasts for seven days. In Deuteronomy 16:3, God tells the children of Israel, “Do not eat the Passover</w:t>
      </w:r>
      <w:r>
        <w:rPr>
          <w:rFonts w:ascii="Georgia" w:hAnsi="Georgia" w:eastAsia="Georgia"/>
          <w:b w:val="0"/>
          <w:i w:val="0"/>
          <w:sz w:val="21"/>
          <w:u w:val="none"/>
        </w:rPr>
        <w:t xml:space="preserve"> with bread made with yeast, but for seven days eat unleavened bread, the ‘bread of affliction’, because you left Egypt in haste – so that all the days of your life you may remember the time of your departure from Egypt.”</w:t>
      </w:r>
    </w:p>
    <w:p>
      <w:pPr>
        <w:widowControl/>
      </w:pPr>
      <w:r>
        <w:rPr>
          <w:rFonts w:ascii="Georgia" w:hAnsi="Georgia" w:eastAsia="Georgia"/>
          <w:b w:val="0"/>
          <w:i w:val="0"/>
          <w:sz w:val="21"/>
          <w:u w:val="none"/>
        </w:rPr>
        <w:t xml:space="preserve">That fateful night when all the first-born of Egypt died, God’s people were spared because of the blood of the lambs on the doorposts. As the plague “passed over” their houses, they ate the Passover meal in haste with their sandals on their feet and their staffs in their hands. They were to be ready to “move out” on a moment’s notice. There was no </w:t>
      </w:r>
      <w:r>
        <w:rPr>
          <w:rFonts w:ascii="Georgia" w:hAnsi="Georgia" w:eastAsia="Georgia"/>
          <w:b w:val="0"/>
          <w:i/>
          <w:sz w:val="21"/>
          <w:u w:val="none"/>
        </w:rPr>
        <w:t xml:space="preserve">time </w:t>
      </w:r>
      <w:r>
        <w:rPr>
          <w:rFonts w:ascii="Georgia" w:hAnsi="Georgia" w:eastAsia="Georgia"/>
          <w:b w:val="0"/>
          <w:i w:val="0"/>
          <w:sz w:val="21"/>
          <w:u w:val="none"/>
        </w:rPr>
        <w:t>to prepare leavened bread that took time to rise, so they made it without leavening. Not only did they eat unleavened bread</w:t>
      </w:r>
      <w:r>
        <w:rPr>
          <w:rFonts w:ascii="Georgia" w:hAnsi="Georgia" w:eastAsia="Georgia"/>
          <w:b w:val="0"/>
          <w:i w:val="0"/>
          <w:sz w:val="21"/>
          <w:u w:val="none"/>
        </w:rPr>
        <w:t xml:space="preserve"> at the Passover meal, but we’re told they bundled up their dough for the next day’s bread in their kneading troughs and took it along leaving all leaven behind. Now God told the people through Moses that His Passover was to be observed as a </w:t>
      </w:r>
      <w:r>
        <w:rPr>
          <w:rFonts w:ascii="Georgia" w:hAnsi="Georgia" w:eastAsia="Georgia"/>
          <w:b w:val="0"/>
          <w:i/>
          <w:sz w:val="21"/>
          <w:u w:val="none"/>
        </w:rPr>
        <w:t xml:space="preserve">perpetual memorial </w:t>
      </w:r>
      <w:r>
        <w:rPr>
          <w:rFonts w:ascii="Georgia" w:hAnsi="Georgia" w:eastAsia="Georgia"/>
          <w:b w:val="0"/>
          <w:i w:val="0"/>
          <w:sz w:val="21"/>
          <w:u w:val="none"/>
        </w:rPr>
        <w:t>of their deliverance every year, beginning the 14</w:t>
      </w:r>
      <w:r>
        <w:rPr>
          <w:rFonts w:ascii="Georgia" w:hAnsi="Georgia" w:eastAsia="Georgia"/>
          <w:b w:val="0"/>
          <w:i w:val="0"/>
          <w:sz w:val="21"/>
          <w:u w:val="none"/>
          <w:vertAlign w:val="superscript"/>
        </w:rPr>
        <w:t>th</w:t>
      </w:r>
      <w:r>
        <w:rPr>
          <w:rFonts w:ascii="Georgia" w:hAnsi="Georgia" w:eastAsia="Georgia"/>
          <w:b w:val="0"/>
          <w:i w:val="0"/>
          <w:sz w:val="21"/>
          <w:u w:val="none"/>
        </w:rPr>
        <w:t xml:space="preserve"> of Nisan when the lambs are to be slain and the meal eaten after sundown at the beginning of the 15</w:t>
      </w:r>
      <w:r>
        <w:rPr>
          <w:rFonts w:ascii="Georgia" w:hAnsi="Georgia" w:eastAsia="Georgia"/>
          <w:b w:val="0"/>
          <w:i w:val="0"/>
          <w:sz w:val="21"/>
          <w:u w:val="none"/>
          <w:vertAlign w:val="superscript"/>
        </w:rPr>
        <w:t>th</w:t>
      </w:r>
      <w:r>
        <w:rPr>
          <w:rFonts w:ascii="Georgia" w:hAnsi="Georgia" w:eastAsia="Georgia"/>
          <w:b w:val="0"/>
          <w:i w:val="0"/>
          <w:sz w:val="21"/>
          <w:u w:val="none"/>
        </w:rPr>
        <w:t xml:space="preserve"> of Nisan which is to be the first day of the Feast of Unleavened Bread.</w:t>
      </w:r>
    </w:p>
    <w:p>
      <w:pPr>
        <w:widowControl/>
      </w:pPr>
      <w:r>
        <w:rPr>
          <w:rFonts w:ascii="Georgia" w:hAnsi="Georgia" w:eastAsia="Georgia"/>
          <w:b w:val="0"/>
          <w:i w:val="0"/>
          <w:sz w:val="21"/>
          <w:u w:val="none"/>
        </w:rPr>
        <w:t xml:space="preserve">Paul tells us in First Corinthians 11 that </w:t>
      </w:r>
      <w:r>
        <w:rPr>
          <w:rFonts w:ascii="Georgia" w:hAnsi="Georgia" w:eastAsia="Georgia"/>
          <w:b w:val="0"/>
          <w:i/>
          <w:sz w:val="21"/>
          <w:u w:val="none"/>
        </w:rPr>
        <w:t xml:space="preserve">Jesus </w:t>
      </w:r>
      <w:r>
        <w:rPr>
          <w:rFonts w:ascii="Georgia" w:hAnsi="Georgia" w:eastAsia="Georgia"/>
          <w:b w:val="0"/>
          <w:i w:val="0"/>
          <w:sz w:val="21"/>
          <w:u w:val="none"/>
        </w:rPr>
        <w:t xml:space="preserve">took this unleavened bread in His hands on the night before His death. When He had given thanks, He broke it and said, “This is My body, given for you – </w:t>
      </w:r>
      <w:r>
        <w:rPr>
          <w:rFonts w:ascii="Georgia" w:hAnsi="Georgia" w:eastAsia="Georgia"/>
          <w:b w:val="0"/>
          <w:i/>
          <w:sz w:val="21"/>
          <w:u w:val="none"/>
        </w:rPr>
        <w:t xml:space="preserve">do this </w:t>
      </w:r>
      <w:r>
        <w:rPr>
          <w:rFonts w:ascii="Georgia" w:hAnsi="Georgia" w:eastAsia="Georgia"/>
          <w:b w:val="0"/>
          <w:i w:val="0"/>
          <w:sz w:val="21"/>
          <w:u w:val="none"/>
        </w:rPr>
        <w:t xml:space="preserve">in remembrance of Me.” He told His disciples, and also </w:t>
      </w:r>
      <w:r>
        <w:rPr>
          <w:rFonts w:ascii="Georgia" w:hAnsi="Georgia" w:eastAsia="Georgia"/>
          <w:b w:val="0"/>
          <w:i/>
          <w:sz w:val="21"/>
          <w:u w:val="none"/>
        </w:rPr>
        <w:t xml:space="preserve">us, </w:t>
      </w:r>
      <w:r>
        <w:rPr>
          <w:rFonts w:ascii="Georgia" w:hAnsi="Georgia" w:eastAsia="Georgia"/>
          <w:b w:val="0"/>
          <w:i w:val="0"/>
          <w:sz w:val="21"/>
          <w:u w:val="none"/>
        </w:rPr>
        <w:t>“Whenever you eat this bread and drink this cup, you proclaim the Lord’s death until He comes.” Now, what does that mean – “to proclaim the Lord’s death”?</w:t>
      </w:r>
    </w:p>
    <w:p>
      <w:pPr>
        <w:widowControl/>
      </w:pPr>
      <w:r>
        <w:rPr>
          <w:rFonts w:ascii="Georgia" w:hAnsi="Georgia" w:eastAsia="Georgia"/>
          <w:b w:val="0"/>
          <w:i w:val="0"/>
          <w:sz w:val="21"/>
          <w:u w:val="none"/>
        </w:rPr>
        <w:t xml:space="preserve">When we celebrate the Lord’s Supper in our churches once a month (or however often your church does it) there is a good reason why we are to be sure those who partake are not eating and drinking “unworthily”. When Paul cautions us in this regard, he is not saying we can’t have communion if we have sinned. If that were the case, </w:t>
      </w:r>
      <w:r>
        <w:rPr>
          <w:rFonts w:ascii="Georgia" w:hAnsi="Georgia" w:eastAsia="Georgia"/>
          <w:b w:val="0"/>
          <w:i/>
          <w:sz w:val="21"/>
          <w:u w:val="none"/>
        </w:rPr>
        <w:t xml:space="preserve">none </w:t>
      </w:r>
      <w:r>
        <w:rPr>
          <w:rFonts w:ascii="Georgia" w:hAnsi="Georgia" w:eastAsia="Georgia"/>
          <w:b w:val="0"/>
          <w:i w:val="0"/>
          <w:sz w:val="21"/>
          <w:u w:val="none"/>
        </w:rPr>
        <w:t xml:space="preserve">of us could have it. He was saying we are </w:t>
      </w:r>
      <w:r>
        <w:rPr>
          <w:rFonts w:ascii="Georgia" w:hAnsi="Georgia" w:eastAsia="Georgia"/>
          <w:b w:val="0"/>
          <w:i/>
          <w:sz w:val="21"/>
          <w:u w:val="none"/>
        </w:rPr>
        <w:t xml:space="preserve">not </w:t>
      </w:r>
      <w:r>
        <w:rPr>
          <w:rFonts w:ascii="Georgia" w:hAnsi="Georgia" w:eastAsia="Georgia"/>
          <w:b w:val="0"/>
          <w:i w:val="0"/>
          <w:sz w:val="21"/>
          <w:u w:val="none"/>
        </w:rPr>
        <w:t>to take this bread and this cup out of habit just because it’s what we do at our church</w:t>
      </w:r>
      <w:r>
        <w:rPr>
          <w:rFonts w:ascii="Georgia" w:hAnsi="Georgia" w:eastAsia="Georgia"/>
          <w:b w:val="0"/>
          <w:i w:val="0"/>
          <w:sz w:val="21"/>
          <w:u w:val="none"/>
        </w:rPr>
        <w:t xml:space="preserve">. We must have an understanding of what these elements represent and </w:t>
      </w:r>
      <w:r>
        <w:rPr>
          <w:rFonts w:ascii="Georgia" w:hAnsi="Georgia" w:eastAsia="Georgia"/>
          <w:b w:val="0"/>
          <w:i/>
          <w:sz w:val="21"/>
          <w:u w:val="none"/>
        </w:rPr>
        <w:t xml:space="preserve">why. </w:t>
      </w:r>
      <w:r>
        <w:rPr>
          <w:rFonts w:ascii="Georgia" w:hAnsi="Georgia" w:eastAsia="Georgia"/>
          <w:b w:val="0"/>
          <w:i w:val="0"/>
          <w:sz w:val="21"/>
          <w:u w:val="none"/>
        </w:rPr>
        <w:t xml:space="preserve">Jesus said the bread is His body, broken for you, and the cup is His </w:t>
      </w:r>
      <w:r>
        <w:rPr>
          <w:rFonts w:ascii="Georgia" w:hAnsi="Georgia" w:eastAsia="Georgia"/>
          <w:b w:val="0"/>
          <w:i/>
          <w:sz w:val="21"/>
          <w:u w:val="none"/>
        </w:rPr>
        <w:t xml:space="preserve">blood, </w:t>
      </w:r>
      <w:r>
        <w:rPr>
          <w:rFonts w:ascii="Georgia" w:hAnsi="Georgia" w:eastAsia="Georgia"/>
          <w:b w:val="0"/>
          <w:i w:val="0"/>
          <w:sz w:val="21"/>
          <w:u w:val="none"/>
        </w:rPr>
        <w:t xml:space="preserve">given for you, and when you partake of this communion, you are in essence proclaiming to all around you what Jesus has </w:t>
      </w:r>
      <w:r>
        <w:rPr>
          <w:rFonts w:ascii="Georgia" w:hAnsi="Georgia" w:eastAsia="Georgia"/>
          <w:b w:val="0"/>
          <w:i/>
          <w:sz w:val="21"/>
          <w:u w:val="none"/>
        </w:rPr>
        <w:t xml:space="preserve">done </w:t>
      </w:r>
      <w:r>
        <w:rPr>
          <w:rFonts w:ascii="Georgia" w:hAnsi="Georgia" w:eastAsia="Georgia"/>
          <w:b w:val="0"/>
          <w:i w:val="0"/>
          <w:sz w:val="21"/>
          <w:u w:val="none"/>
        </w:rPr>
        <w:t xml:space="preserve">by dying for you to pay the price you owed. You are to </w:t>
      </w:r>
      <w:r>
        <w:rPr>
          <w:rFonts w:ascii="Georgia" w:hAnsi="Georgia" w:eastAsia="Georgia"/>
          <w:b w:val="0"/>
          <w:i/>
          <w:sz w:val="21"/>
          <w:u w:val="none"/>
        </w:rPr>
        <w:t xml:space="preserve">identify </w:t>
      </w:r>
      <w:r>
        <w:rPr>
          <w:rFonts w:ascii="Georgia" w:hAnsi="Georgia" w:eastAsia="Georgia"/>
          <w:b w:val="0"/>
          <w:i w:val="0"/>
          <w:sz w:val="21"/>
          <w:u w:val="none"/>
        </w:rPr>
        <w:t xml:space="preserve">with His death and symbolically take your crucified Savior </w:t>
      </w:r>
      <w:r>
        <w:rPr>
          <w:rFonts w:ascii="Georgia" w:hAnsi="Georgia" w:eastAsia="Georgia"/>
          <w:b w:val="0"/>
          <w:i/>
          <w:sz w:val="21"/>
          <w:u w:val="none"/>
        </w:rPr>
        <w:t xml:space="preserve">into </w:t>
      </w:r>
      <w:r>
        <w:rPr>
          <w:rFonts w:ascii="Georgia" w:hAnsi="Georgia" w:eastAsia="Georgia"/>
          <w:b w:val="0"/>
          <w:i w:val="0"/>
          <w:sz w:val="21"/>
          <w:u w:val="none"/>
        </w:rPr>
        <w:t xml:space="preserve">yourself so that He becomes a </w:t>
      </w:r>
      <w:r>
        <w:rPr>
          <w:rFonts w:ascii="Georgia" w:hAnsi="Georgia" w:eastAsia="Georgia"/>
          <w:b w:val="0"/>
          <w:i/>
          <w:sz w:val="21"/>
          <w:u w:val="none"/>
        </w:rPr>
        <w:t xml:space="preserve">part </w:t>
      </w:r>
      <w:r>
        <w:rPr>
          <w:rFonts w:ascii="Georgia" w:hAnsi="Georgia" w:eastAsia="Georgia"/>
          <w:b w:val="0"/>
          <w:i w:val="0"/>
          <w:sz w:val="21"/>
          <w:u w:val="none"/>
        </w:rPr>
        <w:t xml:space="preserve">of you. It reminds us that He is indeed living </w:t>
      </w:r>
      <w:r>
        <w:rPr>
          <w:rFonts w:ascii="Georgia" w:hAnsi="Georgia" w:eastAsia="Georgia"/>
          <w:b w:val="0"/>
          <w:i/>
          <w:sz w:val="21"/>
          <w:u w:val="none"/>
        </w:rPr>
        <w:t xml:space="preserve">in </w:t>
      </w:r>
      <w:r>
        <w:rPr>
          <w:rFonts w:ascii="Georgia" w:hAnsi="Georgia" w:eastAsia="Georgia"/>
          <w:b w:val="0"/>
          <w:i w:val="0"/>
          <w:sz w:val="21"/>
          <w:u w:val="none"/>
        </w:rPr>
        <w:t xml:space="preserve">us now if we have opened the door of our hearts to His Holy Spirit </w:t>
      </w:r>
      <w:r>
        <w:rPr>
          <w:rFonts w:ascii="Georgia" w:hAnsi="Georgia" w:eastAsia="Georgia"/>
          <w:b w:val="0"/>
          <w:i/>
          <w:sz w:val="21"/>
          <w:u w:val="none"/>
        </w:rPr>
        <w:t xml:space="preserve">– and we are worthy of that only because of the body He gave and the blood He shed – for no other </w:t>
      </w:r>
      <w:r>
        <w:rPr>
          <w:rFonts w:ascii="Georgia" w:hAnsi="Georgia" w:eastAsia="Georgia"/>
          <w:b w:val="0"/>
          <w:i w:val="0"/>
          <w:sz w:val="21"/>
          <w:u w:val="none"/>
        </w:rPr>
        <w:t>reason!</w:t>
      </w:r>
    </w:p>
    <w:p>
      <w:pPr>
        <w:widowControl/>
      </w:pPr>
      <w:r>
        <w:rPr>
          <w:rFonts w:ascii="Georgia" w:hAnsi="Georgia" w:eastAsia="Georgia"/>
          <w:b w:val="0"/>
          <w:i w:val="0"/>
          <w:sz w:val="21"/>
          <w:u w:val="none"/>
        </w:rPr>
        <w:t>Jesus’ body was holy – perfect – pure – and absolutely without sin – and so must be the bread which represents His body. To the children of Israel, leaven represented the bondage to the sin of Egypt. Their bread was leavened with yeast just as ours is, only they couldn’t just go to the supermarket and buy a package of yeast. Their leavening was the same as what our pioneers called “starter”. Each time a batch of leavened bread was baked, a small amount of the dough was saved out and kept in a warm place where it would continue to ferment. They would “feed” it a little honey and a little water if needed to keep it alive until it was added to the dough for the next batch of bread. The leaven would rapidly permeate the whole lump of dough, souring it, fermenting it and swelling it to many times its original size without increasing its weight. You see, yeast is alive, and unless it is killed it continues to grow. My mother always made the bread for our family and she always “punched the dough down” twice before making it into loaves and letting it rise a third time before baking. One day after setting her bowl of dough to rise, she was called away for most of the day. When she returned, her dough had crawled out of its bowl and completely covered the table.</w:t>
      </w:r>
    </w:p>
    <w:p>
      <w:pPr>
        <w:widowControl/>
      </w:pPr>
      <w:r>
        <w:rPr>
          <w:rFonts w:ascii="Georgia" w:hAnsi="Georgia" w:eastAsia="Georgia"/>
          <w:b w:val="0"/>
          <w:i w:val="0"/>
          <w:sz w:val="21"/>
          <w:u w:val="none"/>
        </w:rPr>
        <w:t>Do you see why God used leavening as an example to represent sin? It starts out as just a few spores carried on the wind which happen to land on just the right medium to allow it to multiply, and once that process begins, the only way to stop it is to kill it.</w:t>
      </w:r>
    </w:p>
    <w:p>
      <w:pPr>
        <w:widowControl/>
      </w:pPr>
      <w:r>
        <w:rPr>
          <w:rFonts w:ascii="Georgia" w:hAnsi="Georgia" w:eastAsia="Georgia"/>
          <w:b w:val="0"/>
          <w:i w:val="0"/>
          <w:sz w:val="21"/>
          <w:u w:val="none"/>
        </w:rPr>
        <w:t xml:space="preserve">Sin starts out little too and works just like leaven in our lives. James 1:14-15 says, “Each one is tempted when by his own evil desires, he is dragged away and enticed. Then after desire has conceived, it gives birth to sin; and sin, when it is full-grown, gives birth to death.” It’s so easy for us to think the “little” sins don’t matter and it’s no big deal – but </w:t>
      </w:r>
      <w:r>
        <w:rPr>
          <w:rFonts w:ascii="Georgia" w:hAnsi="Georgia" w:eastAsia="Georgia"/>
          <w:b w:val="0"/>
          <w:i/>
          <w:sz w:val="21"/>
          <w:u w:val="none"/>
        </w:rPr>
        <w:t xml:space="preserve">any </w:t>
      </w:r>
      <w:r>
        <w:rPr>
          <w:rFonts w:ascii="Georgia" w:hAnsi="Georgia" w:eastAsia="Georgia"/>
          <w:b w:val="0"/>
          <w:i w:val="0"/>
          <w:sz w:val="21"/>
          <w:u w:val="none"/>
        </w:rPr>
        <w:t xml:space="preserve">sin, no matter how small, grows if it is not dealt with and will keep on growing until it can infect everything and everyone around it. Usually by the time we realize that is happening, permanent damage is already done. Paul said in I Corinthians 5, “Don’t you know that a little yeast works through the whole batch of dough? Get </w:t>
      </w:r>
      <w:r>
        <w:rPr>
          <w:rFonts w:ascii="Georgia" w:hAnsi="Georgia" w:eastAsia="Georgia"/>
          <w:b w:val="0"/>
          <w:i/>
          <w:sz w:val="21"/>
          <w:u w:val="none"/>
        </w:rPr>
        <w:t xml:space="preserve">rid </w:t>
      </w:r>
      <w:r>
        <w:rPr>
          <w:rFonts w:ascii="Georgia" w:hAnsi="Georgia" w:eastAsia="Georgia"/>
          <w:b w:val="0"/>
          <w:i w:val="0"/>
          <w:sz w:val="21"/>
          <w:u w:val="none"/>
        </w:rPr>
        <w:t xml:space="preserve">of that old yeast that you may be a </w:t>
      </w:r>
      <w:r>
        <w:rPr>
          <w:rFonts w:ascii="Georgia" w:hAnsi="Georgia" w:eastAsia="Georgia"/>
          <w:b w:val="0"/>
          <w:i/>
          <w:sz w:val="21"/>
          <w:u w:val="none"/>
        </w:rPr>
        <w:t xml:space="preserve">new </w:t>
      </w:r>
      <w:r>
        <w:rPr>
          <w:rFonts w:ascii="Georgia" w:hAnsi="Georgia" w:eastAsia="Georgia"/>
          <w:b w:val="0"/>
          <w:i w:val="0"/>
          <w:sz w:val="21"/>
          <w:u w:val="none"/>
        </w:rPr>
        <w:t xml:space="preserve">batch without yeast – as you really </w:t>
      </w:r>
      <w:r>
        <w:rPr>
          <w:rFonts w:ascii="Georgia" w:hAnsi="Georgia" w:eastAsia="Georgia"/>
          <w:b w:val="0"/>
          <w:i/>
          <w:sz w:val="21"/>
          <w:u w:val="none"/>
        </w:rPr>
        <w:t xml:space="preserve">are. </w:t>
      </w:r>
      <w:r>
        <w:rPr>
          <w:rFonts w:ascii="Georgia" w:hAnsi="Georgia" w:eastAsia="Georgia"/>
          <w:b w:val="0"/>
          <w:i w:val="0"/>
          <w:sz w:val="21"/>
          <w:u w:val="none"/>
        </w:rPr>
        <w:t xml:space="preserve">For Christ, our Passover Lamb, has been sacrificed. Therefore, let us keep the Festival – </w:t>
      </w:r>
      <w:r>
        <w:rPr>
          <w:rFonts w:ascii="Georgia" w:hAnsi="Georgia" w:eastAsia="Georgia"/>
          <w:b w:val="0"/>
          <w:i/>
          <w:sz w:val="21"/>
          <w:u w:val="none"/>
        </w:rPr>
        <w:t xml:space="preserve">not </w:t>
      </w:r>
      <w:r>
        <w:rPr>
          <w:rFonts w:ascii="Georgia" w:hAnsi="Georgia" w:eastAsia="Georgia"/>
          <w:b w:val="0"/>
          <w:i w:val="0"/>
          <w:sz w:val="21"/>
          <w:u w:val="none"/>
        </w:rPr>
        <w:t xml:space="preserve">with old yeast – the yeast of malice and wickedness – but with bread </w:t>
      </w:r>
      <w:r>
        <w:rPr>
          <w:rFonts w:ascii="Georgia" w:hAnsi="Georgia" w:eastAsia="Georgia"/>
          <w:b w:val="0"/>
          <w:i/>
          <w:sz w:val="21"/>
          <w:u w:val="none"/>
        </w:rPr>
        <w:t xml:space="preserve">without </w:t>
      </w:r>
      <w:r>
        <w:rPr>
          <w:rFonts w:ascii="Georgia" w:hAnsi="Georgia" w:eastAsia="Georgia"/>
          <w:b w:val="0"/>
          <w:i w:val="0"/>
          <w:sz w:val="21"/>
          <w:u w:val="none"/>
        </w:rPr>
        <w:t xml:space="preserve">yeast – the bread of sincerity and truth.” He is telling us here that we are to “come out of Egypt” and to remove all traces of Egypt from our midst. God has no tolerance for sin in our lives, and Egypt was the personification of bondage to sin. To be free from that bondage, all traces of Egypt and what she stood for were to be left behind, including this fermenting leaven. Any Jew then who had leaven in his possession during the memorial feast was to be banished from the company – it was a sin that </w:t>
      </w:r>
      <w:r>
        <w:rPr>
          <w:rFonts w:ascii="Georgia" w:hAnsi="Georgia" w:eastAsia="Georgia"/>
          <w:b w:val="0"/>
          <w:i/>
          <w:sz w:val="21"/>
          <w:u w:val="none"/>
        </w:rPr>
        <w:t xml:space="preserve">serious! </w:t>
      </w:r>
      <w:r>
        <w:rPr>
          <w:rFonts w:ascii="Georgia" w:hAnsi="Georgia" w:eastAsia="Georgia"/>
          <w:b w:val="0"/>
          <w:i w:val="0"/>
          <w:sz w:val="21"/>
          <w:u w:val="none"/>
        </w:rPr>
        <w:t xml:space="preserve">The old leaven of Egypt was a symbol of corruption and death, but God’s people were to be a “new lump,” and </w:t>
      </w:r>
      <w:r>
        <w:rPr>
          <w:rFonts w:ascii="Georgia" w:hAnsi="Georgia" w:eastAsia="Georgia"/>
          <w:b w:val="0"/>
          <w:i/>
          <w:sz w:val="21"/>
          <w:u w:val="none"/>
        </w:rPr>
        <w:t xml:space="preserve">none </w:t>
      </w:r>
      <w:r>
        <w:rPr>
          <w:rFonts w:ascii="Georgia" w:hAnsi="Georgia" w:eastAsia="Georgia"/>
          <w:b w:val="0"/>
          <w:i w:val="0"/>
          <w:sz w:val="21"/>
          <w:u w:val="none"/>
        </w:rPr>
        <w:t>of Egypt’s leaven was to pervade it.</w:t>
      </w:r>
    </w:p>
    <w:p>
      <w:pPr>
        <w:widowControl/>
      </w:pPr>
      <w:r>
        <w:rPr>
          <w:rFonts w:ascii="Georgia" w:hAnsi="Georgia" w:eastAsia="Georgia"/>
          <w:b w:val="0"/>
          <w:i w:val="0"/>
          <w:sz w:val="21"/>
          <w:u w:val="none"/>
        </w:rPr>
        <w:t xml:space="preserve">Jesus called this unleavened bread His body. Just as unleavened bread is pure and undefiled, so Jesus was pure and without sin. He also now calls </w:t>
      </w:r>
      <w:r>
        <w:rPr>
          <w:rFonts w:ascii="Georgia" w:hAnsi="Georgia" w:eastAsia="Georgia"/>
          <w:b w:val="0"/>
          <w:i/>
          <w:sz w:val="21"/>
          <w:u w:val="none"/>
        </w:rPr>
        <w:t xml:space="preserve">us </w:t>
      </w:r>
      <w:r>
        <w:rPr>
          <w:rFonts w:ascii="Georgia" w:hAnsi="Georgia" w:eastAsia="Georgia"/>
          <w:b w:val="0"/>
          <w:i w:val="0"/>
          <w:sz w:val="21"/>
          <w:u w:val="none"/>
        </w:rPr>
        <w:t xml:space="preserve">as His church, His </w:t>
      </w:r>
      <w:r>
        <w:rPr>
          <w:rFonts w:ascii="Georgia" w:hAnsi="Georgia" w:eastAsia="Georgia"/>
          <w:b w:val="0"/>
          <w:i/>
          <w:sz w:val="21"/>
          <w:u w:val="none"/>
        </w:rPr>
        <w:t xml:space="preserve">body. We </w:t>
      </w:r>
      <w:r>
        <w:rPr>
          <w:rFonts w:ascii="Georgia" w:hAnsi="Georgia" w:eastAsia="Georgia"/>
          <w:b w:val="0"/>
          <w:i w:val="0"/>
          <w:sz w:val="21"/>
          <w:u w:val="none"/>
        </w:rPr>
        <w:t xml:space="preserve">are to be as that unleavened bread – without corruption or any trace of sin. We are now </w:t>
      </w:r>
      <w:r>
        <w:rPr>
          <w:rFonts w:ascii="Georgia" w:hAnsi="Georgia" w:eastAsia="Georgia"/>
          <w:b w:val="0"/>
          <w:i/>
          <w:sz w:val="21"/>
          <w:u w:val="none"/>
        </w:rPr>
        <w:t xml:space="preserve">living </w:t>
      </w:r>
      <w:r>
        <w:rPr>
          <w:rFonts w:ascii="Georgia" w:hAnsi="Georgia" w:eastAsia="Georgia"/>
          <w:b w:val="0"/>
          <w:i w:val="0"/>
          <w:sz w:val="21"/>
          <w:u w:val="none"/>
        </w:rPr>
        <w:t xml:space="preserve">the Feast of Unleavened Bread where purity and separation from the leaven of sin is required. Paul tells us in Romans 6: “We know that our </w:t>
      </w:r>
      <w:r>
        <w:rPr>
          <w:rFonts w:ascii="Georgia" w:hAnsi="Georgia" w:eastAsia="Georgia"/>
          <w:b w:val="0"/>
          <w:i/>
          <w:sz w:val="21"/>
          <w:u w:val="none"/>
        </w:rPr>
        <w:t xml:space="preserve">old </w:t>
      </w:r>
      <w:r>
        <w:rPr>
          <w:rFonts w:ascii="Georgia" w:hAnsi="Georgia" w:eastAsia="Georgia"/>
          <w:b w:val="0"/>
          <w:i w:val="0"/>
          <w:sz w:val="21"/>
          <w:u w:val="none"/>
        </w:rPr>
        <w:t xml:space="preserve">self was crucified </w:t>
      </w:r>
      <w:r>
        <w:rPr>
          <w:rFonts w:ascii="Georgia" w:hAnsi="Georgia" w:eastAsia="Georgia"/>
          <w:b w:val="0"/>
          <w:i/>
          <w:sz w:val="21"/>
          <w:u w:val="none"/>
        </w:rPr>
        <w:t xml:space="preserve">with </w:t>
      </w:r>
      <w:r>
        <w:rPr>
          <w:rFonts w:ascii="Georgia" w:hAnsi="Georgia" w:eastAsia="Georgia"/>
          <w:b w:val="0"/>
          <w:i w:val="0"/>
          <w:sz w:val="21"/>
          <w:u w:val="none"/>
        </w:rPr>
        <w:t xml:space="preserve">Him so that the body of </w:t>
      </w:r>
      <w:r>
        <w:rPr>
          <w:rFonts w:ascii="Georgia" w:hAnsi="Georgia" w:eastAsia="Georgia"/>
          <w:b w:val="0"/>
          <w:i/>
          <w:sz w:val="21"/>
          <w:u w:val="none"/>
        </w:rPr>
        <w:t xml:space="preserve">sin </w:t>
      </w:r>
      <w:r>
        <w:rPr>
          <w:rFonts w:ascii="Georgia" w:hAnsi="Georgia" w:eastAsia="Georgia"/>
          <w:b w:val="0"/>
          <w:i w:val="0"/>
          <w:sz w:val="21"/>
          <w:u w:val="none"/>
        </w:rPr>
        <w:t xml:space="preserve">might be done away with, that we should </w:t>
      </w:r>
      <w:r>
        <w:rPr>
          <w:rFonts w:ascii="Georgia" w:hAnsi="Georgia" w:eastAsia="Georgia"/>
          <w:b w:val="0"/>
          <w:i/>
          <w:sz w:val="21"/>
          <w:u w:val="none"/>
        </w:rPr>
        <w:t xml:space="preserve">no longer be slaves </w:t>
      </w:r>
      <w:r>
        <w:rPr>
          <w:rFonts w:ascii="Georgia" w:hAnsi="Georgia" w:eastAsia="Georgia"/>
          <w:b w:val="0"/>
          <w:i w:val="0"/>
          <w:sz w:val="21"/>
          <w:u w:val="none"/>
        </w:rPr>
        <w:t xml:space="preserve">to sin, … The death He died, He died to sin once for all; but the life He </w:t>
      </w:r>
      <w:r>
        <w:rPr>
          <w:rFonts w:ascii="Georgia" w:hAnsi="Georgia" w:eastAsia="Georgia"/>
          <w:b w:val="0"/>
          <w:i/>
          <w:sz w:val="21"/>
          <w:u w:val="none"/>
        </w:rPr>
        <w:t xml:space="preserve">lives, </w:t>
      </w:r>
      <w:r>
        <w:rPr>
          <w:rFonts w:ascii="Georgia" w:hAnsi="Georgia" w:eastAsia="Georgia"/>
          <w:b w:val="0"/>
          <w:i w:val="0"/>
          <w:sz w:val="21"/>
          <w:u w:val="none"/>
        </w:rPr>
        <w:t xml:space="preserve">He lives to </w:t>
      </w:r>
      <w:r>
        <w:rPr>
          <w:rFonts w:ascii="Georgia" w:hAnsi="Georgia" w:eastAsia="Georgia"/>
          <w:b w:val="0"/>
          <w:i/>
          <w:sz w:val="21"/>
          <w:u w:val="none"/>
        </w:rPr>
        <w:t xml:space="preserve">God. </w:t>
      </w:r>
      <w:r>
        <w:rPr>
          <w:rFonts w:ascii="Georgia" w:hAnsi="Georgia" w:eastAsia="Georgia"/>
          <w:b w:val="0"/>
          <w:i w:val="0"/>
          <w:sz w:val="21"/>
          <w:u w:val="none"/>
        </w:rPr>
        <w:t xml:space="preserve">In the same way, count yourselves dead to sin but alive to God in Jesus Christ. Therefore, </w:t>
      </w:r>
      <w:r>
        <w:rPr>
          <w:rFonts w:ascii="Georgia" w:hAnsi="Georgia" w:eastAsia="Georgia"/>
          <w:b w:val="0"/>
          <w:i/>
          <w:sz w:val="21"/>
          <w:u w:val="none"/>
        </w:rPr>
        <w:t xml:space="preserve">do not let </w:t>
      </w:r>
      <w:r>
        <w:rPr>
          <w:rFonts w:ascii="Georgia" w:hAnsi="Georgia" w:eastAsia="Georgia"/>
          <w:b w:val="0"/>
          <w:i w:val="0"/>
          <w:sz w:val="21"/>
          <w:u w:val="none"/>
        </w:rPr>
        <w:t xml:space="preserve">sin reign in your mortal body so that you obey its evil desires. </w:t>
      </w:r>
      <w:r>
        <w:rPr>
          <w:rFonts w:ascii="Georgia" w:hAnsi="Georgia" w:eastAsia="Georgia"/>
          <w:b w:val="0"/>
          <w:i/>
          <w:sz w:val="21"/>
          <w:u w:val="none"/>
        </w:rPr>
        <w:t xml:space="preserve">Do not </w:t>
      </w:r>
      <w:r>
        <w:rPr>
          <w:rFonts w:ascii="Georgia" w:hAnsi="Georgia" w:eastAsia="Georgia"/>
          <w:b w:val="0"/>
          <w:i w:val="0"/>
          <w:sz w:val="21"/>
          <w:u w:val="none"/>
        </w:rPr>
        <w:t xml:space="preserve">offer the parts of your body to sin, but rather offer yourselves to God as those who have been brought from death to life. … For sin shall </w:t>
      </w:r>
      <w:r>
        <w:rPr>
          <w:rFonts w:ascii="Georgia" w:hAnsi="Georgia" w:eastAsia="Georgia"/>
          <w:b w:val="0"/>
          <w:i/>
          <w:sz w:val="21"/>
          <w:u w:val="none"/>
        </w:rPr>
        <w:t xml:space="preserve">not </w:t>
      </w:r>
      <w:r>
        <w:rPr>
          <w:rFonts w:ascii="Georgia" w:hAnsi="Georgia" w:eastAsia="Georgia"/>
          <w:b w:val="0"/>
          <w:i w:val="0"/>
          <w:sz w:val="21"/>
          <w:u w:val="none"/>
        </w:rPr>
        <w:t xml:space="preserve">be your master, because you are not </w:t>
      </w:r>
      <w:r>
        <w:rPr>
          <w:rFonts w:ascii="Georgia" w:hAnsi="Georgia" w:eastAsia="Georgia"/>
          <w:b w:val="0"/>
          <w:i/>
          <w:sz w:val="21"/>
          <w:u w:val="none"/>
        </w:rPr>
        <w:t xml:space="preserve">under the law, </w:t>
      </w:r>
      <w:r>
        <w:rPr>
          <w:rFonts w:ascii="Georgia" w:hAnsi="Georgia" w:eastAsia="Georgia"/>
          <w:b w:val="0"/>
          <w:i w:val="0"/>
          <w:sz w:val="21"/>
          <w:u w:val="none"/>
        </w:rPr>
        <w:t xml:space="preserve">but under grace.” So, let us not take lightly Jesus’ precious gift of His body, given for us that we now may be made </w:t>
      </w:r>
      <w:r>
        <w:rPr>
          <w:rFonts w:ascii="Georgia" w:hAnsi="Georgia" w:eastAsia="Georgia"/>
          <w:b w:val="0"/>
          <w:i/>
          <w:sz w:val="21"/>
          <w:u w:val="none"/>
        </w:rPr>
        <w:t xml:space="preserve">members </w:t>
      </w:r>
      <w:r>
        <w:rPr>
          <w:rFonts w:ascii="Georgia" w:hAnsi="Georgia" w:eastAsia="Georgia"/>
          <w:b w:val="0"/>
          <w:i w:val="0"/>
          <w:sz w:val="21"/>
          <w:u w:val="none"/>
        </w:rPr>
        <w:t xml:space="preserve">of this same body – </w:t>
      </w:r>
      <w:r>
        <w:rPr>
          <w:rFonts w:ascii="Georgia" w:hAnsi="Georgia" w:eastAsia="Georgia"/>
          <w:b w:val="0"/>
          <w:i/>
          <w:sz w:val="21"/>
          <w:u w:val="none"/>
        </w:rPr>
        <w:t xml:space="preserve">pure, </w:t>
      </w:r>
      <w:r>
        <w:rPr>
          <w:rFonts w:ascii="Georgia" w:hAnsi="Georgia" w:eastAsia="Georgia"/>
          <w:b w:val="0"/>
          <w:i w:val="0"/>
          <w:sz w:val="21"/>
          <w:u w:val="none"/>
        </w:rPr>
        <w:t xml:space="preserve">and </w:t>
      </w:r>
      <w:r>
        <w:rPr>
          <w:rFonts w:ascii="Georgia" w:hAnsi="Georgia" w:eastAsia="Georgia"/>
          <w:b w:val="0"/>
          <w:i/>
          <w:sz w:val="21"/>
          <w:u w:val="none"/>
        </w:rPr>
        <w:t>free!</w:t>
      </w:r>
    </w:p>
    <w:p>
      <w:bookmarkStart w:id="5" w:name="reflection_04"/>
      <w:pPr>
        <w:pStyle w:val="Heading1"/>
      </w:pPr>
      <w:r>
        <w:rPr>
          <w:rFonts w:ascii="Georgia" w:hAnsi="Georgia" w:eastAsia="Georgia"/>
          <w:b/>
          <w:color w:val="226FA4"/>
          <w:sz w:val="34"/>
        </w:rPr>
        <w:t>Changes – God’s Love</w:t>
      </w:r>
      <w:bookmarkEnd w:id="5"/>
    </w:p>
    <w:p>
      <w:pPr>
        <w:widowControl/>
      </w:pPr>
      <w:r>
        <w:rPr>
          <w:rFonts w:ascii="Georgia" w:hAnsi="Georgia" w:eastAsia="Georgia"/>
          <w:b w:val="0"/>
          <w:i w:val="0"/>
          <w:sz w:val="21"/>
          <w:u w:val="none"/>
        </w:rPr>
        <w:t>This past week I’ve been “un-decorating” my house and putting all the Christmas things away. It always seems to take longer to take these things down than it does to put them up, and then everything looks so bare again for a while – but this is a part of life – things just don’t stay the same.</w:t>
      </w:r>
    </w:p>
    <w:p>
      <w:pPr>
        <w:widowControl/>
      </w:pPr>
      <w:r>
        <w:rPr>
          <w:rFonts w:ascii="Georgia" w:hAnsi="Georgia" w:eastAsia="Georgia"/>
          <w:b w:val="0"/>
          <w:i w:val="0"/>
          <w:sz w:val="21"/>
          <w:u w:val="none"/>
        </w:rPr>
        <w:t xml:space="preserve">“Variety is the spice of life”, they say, and I guess that’s true for me too or I wouldn’t live in Minnesota. Each season has its own beauty, just as each day does. Some changes are very good and they are welcome. I wouldn’t like it at all if there were no nights to separate the days – to refresh me and enable me to start each new day as a fresh beginning. The weeks, the months, the seasons, the years – all have this built-in dynamic that gives us incentive to try again. And then there are those changes we call “progress”. There are some days I wonder how I ever managed in the “olden days” with no TV- or if we had one, it had only two channels in black and white, and we had to actually get up out of our chair to change the channel! Every day I use many things, for every purpose, made out of plastic – and paper towels are indispensable. Yet when I was a child plastic and paper towels didn’t even exist! These kinds of changes I </w:t>
      </w:r>
      <w:r>
        <w:rPr>
          <w:rFonts w:ascii="Georgia" w:hAnsi="Georgia" w:eastAsia="Georgia"/>
          <w:b w:val="0"/>
          <w:i/>
          <w:sz w:val="21"/>
          <w:u w:val="none"/>
        </w:rPr>
        <w:t>like</w:t>
      </w:r>
      <w:r>
        <w:rPr>
          <w:rFonts w:ascii="Georgia" w:hAnsi="Georgia" w:eastAsia="Georgia"/>
          <w:b w:val="0"/>
          <w:i w:val="0"/>
          <w:sz w:val="21"/>
          <w:u w:val="none"/>
        </w:rPr>
        <w:t>.</w:t>
      </w:r>
    </w:p>
    <w:p>
      <w:pPr>
        <w:widowControl/>
      </w:pPr>
      <w:r>
        <w:rPr>
          <w:rFonts w:ascii="Georgia" w:hAnsi="Georgia" w:eastAsia="Georgia"/>
          <w:b w:val="0"/>
          <w:i w:val="0"/>
          <w:sz w:val="21"/>
          <w:u w:val="none"/>
        </w:rPr>
        <w:t xml:space="preserve">But there are other changes </w:t>
      </w:r>
      <w:r>
        <w:rPr>
          <w:rFonts w:ascii="Georgia" w:hAnsi="Georgia" w:eastAsia="Georgia"/>
          <w:b w:val="0"/>
          <w:i/>
          <w:sz w:val="21"/>
          <w:u w:val="none"/>
        </w:rPr>
        <w:t>not</w:t>
      </w:r>
      <w:r>
        <w:rPr>
          <w:rFonts w:ascii="Georgia" w:hAnsi="Georgia" w:eastAsia="Georgia"/>
          <w:b w:val="0"/>
          <w:i w:val="0"/>
          <w:sz w:val="21"/>
          <w:u w:val="none"/>
        </w:rPr>
        <w:t xml:space="preserve"> so welcome. I am a creature of routine. When I get up in the morning and when I go to bed at night I have regimens that I go through in the same order every day. If this routine is rearranged for any reason I start feeling anxious and I don’t like it. I’m no good at “multi-tasking” and I don’t like interruptions when I’m in the middle of something. My husband travels a lot as a crop insurance adjuster</w:t>
      </w:r>
      <w:r>
        <w:rPr>
          <w:rFonts w:ascii="Georgia" w:hAnsi="Georgia" w:eastAsia="Georgia"/>
          <w:b w:val="0"/>
          <w:i w:val="0"/>
          <w:sz w:val="21"/>
          <w:u w:val="none"/>
        </w:rPr>
        <w:t xml:space="preserve">, and sometimes he’s gone for weeks at a time. When he leaves it takes me about two days to readjust my way of doing things, and I feel depressed. Then when he comes home again I have the same problem in reverse. I just don’t adapt well to these kinds of changes. Now I realize this is not good, and it probably comes from a need to feel “in control” of my life. I have to keep reminding myself that </w:t>
      </w:r>
      <w:r>
        <w:rPr>
          <w:rFonts w:ascii="Georgia" w:hAnsi="Georgia" w:eastAsia="Georgia"/>
          <w:b w:val="0"/>
          <w:i/>
          <w:sz w:val="21"/>
          <w:u w:val="none"/>
        </w:rPr>
        <w:t>God</w:t>
      </w:r>
      <w:r>
        <w:rPr>
          <w:rFonts w:ascii="Georgia" w:hAnsi="Georgia" w:eastAsia="Georgia"/>
          <w:b w:val="0"/>
          <w:i w:val="0"/>
          <w:sz w:val="21"/>
          <w:u w:val="none"/>
        </w:rPr>
        <w:t xml:space="preserve"> is in control, and it’s not about me. If I didn’t believe He loves me, and that Romans 8:28 is true, I would probably be a basket case. But I know that He knows even how many hairs I have on my head, because Jesus said so. And I must believe that God will bring some good out of even the very worst of circumstances, if I just trust Him to do so. He usually has to allow some very painful things into our lives before we learn this. He is disciplining us as His children because He loves us, and it’s often very hard for us to see that when we are in the middle of a trial. Sometimes He will allow us to see His reason in retrospect, but other times He never does tell us why. These are the times the song “Trust His Heart,” by Babbie Mason and Eddie Carswell, talks about – “When you can’t trace His hand – trust His heart.”</w:t>
      </w:r>
    </w:p>
    <w:p>
      <w:pPr>
        <w:widowControl/>
      </w:pPr>
      <w:r>
        <w:rPr>
          <w:rFonts w:ascii="Georgia" w:hAnsi="Georgia" w:eastAsia="Georgia"/>
          <w:b w:val="0"/>
          <w:i w:val="0"/>
          <w:sz w:val="21"/>
          <w:u w:val="none"/>
        </w:rPr>
        <w:t xml:space="preserve">When I read the newspaper or watch the news on TV, I know how very blessed I am. Yes, my husband and I have lived through some very hard trials and deep valleys over the years and God has carried us through. But we have never lost our entire family and all we have to a tsunami or a flood or a mud slide. How can those people carry on when their entire lives are turned upside down and all they ever lived for is just </w:t>
      </w:r>
      <w:r>
        <w:rPr>
          <w:rFonts w:ascii="Georgia" w:hAnsi="Georgia" w:eastAsia="Georgia"/>
          <w:b w:val="0"/>
          <w:i/>
          <w:sz w:val="21"/>
          <w:u w:val="none"/>
        </w:rPr>
        <w:t>gone</w:t>
      </w:r>
      <w:r>
        <w:rPr>
          <w:rFonts w:ascii="Georgia" w:hAnsi="Georgia" w:eastAsia="Georgia"/>
          <w:b w:val="0"/>
          <w:i w:val="0"/>
          <w:sz w:val="21"/>
          <w:u w:val="none"/>
        </w:rPr>
        <w:t>? Most of all, how can they endure without a God they can trust and lean on?</w:t>
      </w:r>
    </w:p>
    <w:p>
      <w:pPr>
        <w:widowControl/>
      </w:pPr>
      <w:r>
        <w:rPr>
          <w:rFonts w:ascii="Georgia" w:hAnsi="Georgia" w:eastAsia="Georgia"/>
          <w:b w:val="0"/>
          <w:i w:val="0"/>
          <w:sz w:val="21"/>
          <w:u w:val="none"/>
        </w:rPr>
        <w:t xml:space="preserve">We wonder why God allows these terrible disasters which seem to be no respecter of persons. And whether these terrible things happen to 220,000 all at one time or to one person at a time, for each person it is just as terrible. Jesus said God sends the rain on the just and on the unjust. Good happens to both, and so does evil. It just doesn’t seem right to us, but we tend to forget that we live in a fallen world. The wages of sin is death, and whether it is a sudden or a gradual dying, we must all face it someday. Genesis tells us this same curse that came upon mankind when he chose to disobey God has also come upon the earth itself. When God made this earth, Genesis 1:31 says, “God saw </w:t>
      </w:r>
      <w:r>
        <w:rPr>
          <w:rFonts w:ascii="Georgia" w:hAnsi="Georgia" w:eastAsia="Georgia"/>
          <w:b w:val="0"/>
          <w:i/>
          <w:sz w:val="21"/>
          <w:u w:val="none"/>
        </w:rPr>
        <w:t>all</w:t>
      </w:r>
      <w:r>
        <w:rPr>
          <w:rFonts w:ascii="Georgia" w:hAnsi="Georgia" w:eastAsia="Georgia"/>
          <w:b w:val="0"/>
          <w:i w:val="0"/>
          <w:sz w:val="21"/>
          <w:u w:val="none"/>
        </w:rPr>
        <w:t xml:space="preserve"> that He had made, and it was </w:t>
      </w:r>
      <w:r>
        <w:rPr>
          <w:rFonts w:ascii="Georgia" w:hAnsi="Georgia" w:eastAsia="Georgia"/>
          <w:b w:val="0"/>
          <w:i/>
          <w:sz w:val="21"/>
          <w:u w:val="none"/>
        </w:rPr>
        <w:t>very good</w:t>
      </w:r>
      <w:r>
        <w:rPr>
          <w:rFonts w:ascii="Georgia" w:hAnsi="Georgia" w:eastAsia="Georgia"/>
          <w:b w:val="0"/>
          <w:i w:val="0"/>
          <w:sz w:val="21"/>
          <w:u w:val="none"/>
        </w:rPr>
        <w:t xml:space="preserve">!” It could have stayed that way, but we botched it. God told Adam in Genesis 3:17, “Cursed is the ground because of </w:t>
      </w:r>
      <w:r>
        <w:rPr>
          <w:rFonts w:ascii="Georgia" w:hAnsi="Georgia" w:eastAsia="Georgia"/>
          <w:b w:val="0"/>
          <w:i/>
          <w:sz w:val="21"/>
          <w:u w:val="none"/>
        </w:rPr>
        <w:t>you</w:t>
      </w:r>
      <w:r>
        <w:rPr>
          <w:rFonts w:ascii="Georgia" w:hAnsi="Georgia" w:eastAsia="Georgia"/>
          <w:b w:val="0"/>
          <w:i w:val="0"/>
          <w:sz w:val="21"/>
          <w:u w:val="none"/>
        </w:rPr>
        <w:t xml:space="preserve">. Through painful toil you will eat of it all the days of your life and it </w:t>
      </w:r>
      <w:r>
        <w:rPr>
          <w:rFonts w:ascii="Georgia" w:hAnsi="Georgia" w:eastAsia="Georgia"/>
          <w:b w:val="0"/>
          <w:i/>
          <w:sz w:val="21"/>
          <w:u w:val="none"/>
        </w:rPr>
        <w:t>will</w:t>
      </w:r>
      <w:r>
        <w:rPr>
          <w:rFonts w:ascii="Georgia" w:hAnsi="Georgia" w:eastAsia="Georgia"/>
          <w:b w:val="0"/>
          <w:i w:val="0"/>
          <w:sz w:val="21"/>
          <w:u w:val="none"/>
        </w:rPr>
        <w:t xml:space="preserve"> produce thorns and thistles for you.” Isaiah 24:5-6 tells us, “The earth is defiled by its </w:t>
      </w:r>
      <w:r>
        <w:rPr>
          <w:rFonts w:ascii="Georgia" w:hAnsi="Georgia" w:eastAsia="Georgia"/>
          <w:b w:val="0"/>
          <w:i/>
          <w:sz w:val="21"/>
          <w:u w:val="none"/>
        </w:rPr>
        <w:t>people</w:t>
      </w:r>
      <w:r>
        <w:rPr>
          <w:rFonts w:ascii="Georgia" w:hAnsi="Georgia" w:eastAsia="Georgia"/>
          <w:b w:val="0"/>
          <w:i w:val="0"/>
          <w:sz w:val="21"/>
          <w:u w:val="none"/>
        </w:rPr>
        <w:t xml:space="preserve">; they have disobeyed God’s laws, violated His statutes and </w:t>
      </w:r>
      <w:r>
        <w:rPr>
          <w:rFonts w:ascii="Georgia" w:hAnsi="Georgia" w:eastAsia="Georgia"/>
          <w:b w:val="0"/>
          <w:i/>
          <w:sz w:val="21"/>
          <w:u w:val="none"/>
        </w:rPr>
        <w:t>broken</w:t>
      </w:r>
      <w:r>
        <w:rPr>
          <w:rFonts w:ascii="Georgia" w:hAnsi="Georgia" w:eastAsia="Georgia"/>
          <w:b w:val="0"/>
          <w:i w:val="0"/>
          <w:sz w:val="21"/>
          <w:u w:val="none"/>
        </w:rPr>
        <w:t xml:space="preserve"> the everlasting covenant. Therefore a </w:t>
      </w:r>
      <w:r>
        <w:rPr>
          <w:rFonts w:ascii="Georgia" w:hAnsi="Georgia" w:eastAsia="Georgia"/>
          <w:b w:val="0"/>
          <w:i/>
          <w:sz w:val="21"/>
          <w:u w:val="none"/>
        </w:rPr>
        <w:t>curse</w:t>
      </w:r>
      <w:r>
        <w:rPr>
          <w:rFonts w:ascii="Georgia" w:hAnsi="Georgia" w:eastAsia="Georgia"/>
          <w:b w:val="0"/>
          <w:i w:val="0"/>
          <w:sz w:val="21"/>
          <w:u w:val="none"/>
        </w:rPr>
        <w:t xml:space="preserve"> consumes the earth; its people </w:t>
      </w:r>
      <w:r>
        <w:rPr>
          <w:rFonts w:ascii="Georgia" w:hAnsi="Georgia" w:eastAsia="Georgia"/>
          <w:b w:val="0"/>
          <w:i/>
          <w:sz w:val="21"/>
          <w:u w:val="none"/>
        </w:rPr>
        <w:t>will</w:t>
      </w:r>
      <w:r>
        <w:rPr>
          <w:rFonts w:ascii="Georgia" w:hAnsi="Georgia" w:eastAsia="Georgia"/>
          <w:b w:val="0"/>
          <w:i w:val="0"/>
          <w:sz w:val="21"/>
          <w:u w:val="none"/>
        </w:rPr>
        <w:t xml:space="preserve"> bear their guilt.”</w:t>
      </w:r>
    </w:p>
    <w:p>
      <w:pPr>
        <w:widowControl/>
      </w:pPr>
      <w:r>
        <w:rPr>
          <w:rFonts w:ascii="Georgia" w:hAnsi="Georgia" w:eastAsia="Georgia"/>
          <w:b w:val="0"/>
          <w:i w:val="0"/>
          <w:sz w:val="21"/>
          <w:u w:val="none"/>
        </w:rPr>
        <w:t xml:space="preserve">Some scientists say the earth is like a living organism. It is constantly moving and changing, and pressure is constantly building up in its molten core that must find an outlet somewhere. Paul affirms this in Romans 8 where he says, “The </w:t>
      </w:r>
      <w:r>
        <w:rPr>
          <w:rFonts w:ascii="Georgia" w:hAnsi="Georgia" w:eastAsia="Georgia"/>
          <w:b w:val="0"/>
          <w:i/>
          <w:sz w:val="21"/>
          <w:u w:val="none"/>
        </w:rPr>
        <w:t>creation waits</w:t>
      </w:r>
      <w:r>
        <w:rPr>
          <w:rFonts w:ascii="Georgia" w:hAnsi="Georgia" w:eastAsia="Georgia"/>
          <w:b w:val="0"/>
          <w:i w:val="0"/>
          <w:sz w:val="21"/>
          <w:u w:val="none"/>
        </w:rPr>
        <w:t xml:space="preserve"> in eager expectation for the sons of God to be revealed… in hope that the creation </w:t>
      </w:r>
      <w:r>
        <w:rPr>
          <w:rFonts w:ascii="Georgia" w:hAnsi="Georgia" w:eastAsia="Georgia"/>
          <w:b w:val="0"/>
          <w:i/>
          <w:sz w:val="21"/>
          <w:u w:val="none"/>
        </w:rPr>
        <w:t>itself</w:t>
      </w:r>
      <w:r>
        <w:rPr>
          <w:rFonts w:ascii="Georgia" w:hAnsi="Georgia" w:eastAsia="Georgia"/>
          <w:b w:val="0"/>
          <w:i w:val="0"/>
          <w:sz w:val="21"/>
          <w:u w:val="none"/>
        </w:rPr>
        <w:t xml:space="preserve"> will be liberated from its bondage to decay and brought to the glorious freedom of the children of God. We know that the whole creation has been </w:t>
      </w:r>
      <w:r>
        <w:rPr>
          <w:rFonts w:ascii="Georgia" w:hAnsi="Georgia" w:eastAsia="Georgia"/>
          <w:b w:val="0"/>
          <w:i/>
          <w:sz w:val="21"/>
          <w:u w:val="none"/>
        </w:rPr>
        <w:t>groaning</w:t>
      </w:r>
      <w:r>
        <w:rPr>
          <w:rFonts w:ascii="Georgia" w:hAnsi="Georgia" w:eastAsia="Georgia"/>
          <w:b w:val="0"/>
          <w:i w:val="0"/>
          <w:sz w:val="21"/>
          <w:u w:val="none"/>
        </w:rPr>
        <w:t xml:space="preserve"> as in the pains of childbirth right up to the present time”. This agrees with what Jesus Himself said in Matthew 24. “You will hear of wars and rumors of wars, but see to it that you are not alarmed. Such things must happen, but the </w:t>
      </w:r>
      <w:r>
        <w:rPr>
          <w:rFonts w:ascii="Georgia" w:hAnsi="Georgia" w:eastAsia="Georgia"/>
          <w:b w:val="0"/>
          <w:i/>
          <w:sz w:val="21"/>
          <w:u w:val="none"/>
        </w:rPr>
        <w:t>end</w:t>
      </w:r>
      <w:r>
        <w:rPr>
          <w:rFonts w:ascii="Georgia" w:hAnsi="Georgia" w:eastAsia="Georgia"/>
          <w:b w:val="0"/>
          <w:i w:val="0"/>
          <w:sz w:val="21"/>
          <w:u w:val="none"/>
        </w:rPr>
        <w:t xml:space="preserve"> is still to come. Nation will rise against nation and kingdom against kingdom. There will be famines and earthquakes in various places, but all these are the </w:t>
      </w:r>
      <w:r>
        <w:rPr>
          <w:rFonts w:ascii="Georgia" w:hAnsi="Georgia" w:eastAsia="Georgia"/>
          <w:b w:val="0"/>
          <w:i/>
          <w:sz w:val="21"/>
          <w:u w:val="none"/>
        </w:rPr>
        <w:t>beginning</w:t>
      </w:r>
      <w:r>
        <w:rPr>
          <w:rFonts w:ascii="Georgia" w:hAnsi="Georgia" w:eastAsia="Georgia"/>
          <w:b w:val="0"/>
          <w:i w:val="0"/>
          <w:sz w:val="21"/>
          <w:u w:val="none"/>
        </w:rPr>
        <w:t xml:space="preserve"> of birth pains.”</w:t>
      </w:r>
    </w:p>
    <w:p>
      <w:pPr>
        <w:widowControl/>
      </w:pPr>
      <w:r>
        <w:rPr>
          <w:rFonts w:ascii="Georgia" w:hAnsi="Georgia" w:eastAsia="Georgia"/>
          <w:b w:val="0"/>
          <w:i w:val="0"/>
          <w:sz w:val="21"/>
          <w:u w:val="none"/>
        </w:rPr>
        <w:t xml:space="preserve">All of you women who are mothers know all about birth pains. They start out pretty mild as a rule, but then grow in both frequency and intensity until the child is finally brought forth. This is what our earth is </w:t>
      </w:r>
      <w:r>
        <w:rPr>
          <w:rFonts w:ascii="Georgia" w:hAnsi="Georgia" w:eastAsia="Georgia"/>
          <w:b w:val="0"/>
          <w:i/>
          <w:sz w:val="21"/>
          <w:u w:val="none"/>
        </w:rPr>
        <w:t>doing</w:t>
      </w:r>
      <w:r>
        <w:rPr>
          <w:rFonts w:ascii="Georgia" w:hAnsi="Georgia" w:eastAsia="Georgia"/>
          <w:b w:val="0"/>
          <w:i w:val="0"/>
          <w:sz w:val="21"/>
          <w:u w:val="none"/>
        </w:rPr>
        <w:t xml:space="preserve">. </w:t>
      </w:r>
      <w:r>
        <w:rPr>
          <w:rFonts w:ascii="Georgia" w:hAnsi="Georgia" w:eastAsia="Georgia"/>
          <w:b w:val="0"/>
          <w:i/>
          <w:sz w:val="21"/>
          <w:u w:val="none"/>
        </w:rPr>
        <w:t>These</w:t>
      </w:r>
      <w:r>
        <w:rPr>
          <w:rFonts w:ascii="Georgia" w:hAnsi="Georgia" w:eastAsia="Georgia"/>
          <w:b w:val="0"/>
          <w:i w:val="0"/>
          <w:sz w:val="21"/>
          <w:u w:val="none"/>
        </w:rPr>
        <w:t xml:space="preserve"> “birth pains” will also grow – they will become more frequent and more terrible and broaden in scope as the time of the end nears. But we are not to fear. Rather we should “look up in anticipation, for our redemption is near.” Even if the mountains should fall into the sea, we are told to trust Him – the only thing in the entire universe that does not change. Jesus Christ is the </w:t>
      </w:r>
      <w:r>
        <w:rPr>
          <w:rFonts w:ascii="Georgia" w:hAnsi="Georgia" w:eastAsia="Georgia"/>
          <w:b w:val="0"/>
          <w:i/>
          <w:sz w:val="21"/>
          <w:u w:val="none"/>
        </w:rPr>
        <w:t>same</w:t>
      </w:r>
      <w:r>
        <w:rPr>
          <w:rFonts w:ascii="Georgia" w:hAnsi="Georgia" w:eastAsia="Georgia"/>
          <w:b w:val="0"/>
          <w:i w:val="0"/>
          <w:sz w:val="21"/>
          <w:u w:val="none"/>
        </w:rPr>
        <w:t xml:space="preserve"> – yesterday, today and forever – He is </w:t>
      </w:r>
      <w:r>
        <w:rPr>
          <w:rFonts w:ascii="Georgia" w:hAnsi="Georgia" w:eastAsia="Georgia"/>
          <w:b w:val="0"/>
          <w:i/>
          <w:sz w:val="21"/>
          <w:u w:val="none"/>
        </w:rPr>
        <w:t>solid rock</w:t>
      </w:r>
      <w:r>
        <w:rPr>
          <w:rFonts w:ascii="Georgia" w:hAnsi="Georgia" w:eastAsia="Georgia"/>
          <w:b w:val="0"/>
          <w:i w:val="0"/>
          <w:sz w:val="21"/>
          <w:u w:val="none"/>
        </w:rPr>
        <w:t>! Maybe we will die tomorrow – no matter. For those who stand on that solid rock, death is only a door.</w:t>
      </w:r>
    </w:p>
    <w:p>
      <w:pPr>
        <w:widowControl/>
      </w:pPr>
      <w:r>
        <w:rPr>
          <w:rFonts w:ascii="Georgia" w:hAnsi="Georgia" w:eastAsia="Georgia"/>
          <w:b w:val="0"/>
          <w:i w:val="0"/>
          <w:sz w:val="21"/>
          <w:u w:val="none"/>
        </w:rPr>
        <w:t xml:space="preserve">“Yes – tough, ugly things do happen to those that God loves. That love does not insulate us from the consequences of living in a fallen world. Our circumstances are </w:t>
      </w:r>
      <w:r>
        <w:rPr>
          <w:rFonts w:ascii="Georgia" w:hAnsi="Georgia" w:eastAsia="Georgia"/>
          <w:b w:val="0"/>
          <w:i/>
          <w:sz w:val="21"/>
          <w:u w:val="none"/>
        </w:rPr>
        <w:t>not</w:t>
      </w:r>
      <w:r>
        <w:rPr>
          <w:rFonts w:ascii="Georgia" w:hAnsi="Georgia" w:eastAsia="Georgia"/>
          <w:b w:val="0"/>
          <w:i w:val="0"/>
          <w:sz w:val="21"/>
          <w:u w:val="none"/>
        </w:rPr>
        <w:t xml:space="preserve"> a barometer of God’s love for us.” Read all of Romans 8 for that assurance that there is </w:t>
      </w:r>
      <w:r>
        <w:rPr>
          <w:rFonts w:ascii="Georgia" w:hAnsi="Georgia" w:eastAsia="Georgia"/>
          <w:b w:val="0"/>
          <w:i/>
          <w:sz w:val="21"/>
          <w:u w:val="none"/>
        </w:rPr>
        <w:t>nothing</w:t>
      </w:r>
      <w:r>
        <w:rPr>
          <w:rFonts w:ascii="Georgia" w:hAnsi="Georgia" w:eastAsia="Georgia"/>
          <w:b w:val="0"/>
          <w:i w:val="0"/>
          <w:sz w:val="21"/>
          <w:u w:val="none"/>
        </w:rPr>
        <w:t xml:space="preserve"> that can separate us from that perfect Love. When we are in Christ and He is in us, we are already seated </w:t>
      </w:r>
      <w:r>
        <w:rPr>
          <w:rFonts w:ascii="Georgia" w:hAnsi="Georgia" w:eastAsia="Georgia"/>
          <w:b w:val="0"/>
          <w:i/>
          <w:sz w:val="21"/>
          <w:u w:val="none"/>
        </w:rPr>
        <w:t>with</w:t>
      </w:r>
      <w:r>
        <w:rPr>
          <w:rFonts w:ascii="Georgia" w:hAnsi="Georgia" w:eastAsia="Georgia"/>
          <w:b w:val="0"/>
          <w:i w:val="0"/>
          <w:sz w:val="21"/>
          <w:u w:val="none"/>
        </w:rPr>
        <w:t xml:space="preserve"> Him in the heavenly places. He is faithful and His love is boundless. There is no reason to fear!</w:t>
      </w:r>
    </w:p>
    <w:p>
      <w:bookmarkStart w:id="6" w:name="reflection_05"/>
      <w:pPr>
        <w:pStyle w:val="Heading1"/>
      </w:pPr>
      <w:r>
        <w:rPr>
          <w:rFonts w:ascii="Georgia" w:hAnsi="Georgia" w:eastAsia="Georgia"/>
          <w:b/>
          <w:color w:val="226FA4"/>
          <w:sz w:val="34"/>
        </w:rPr>
        <w:t>New Year – Resolutions</w:t>
      </w:r>
      <w:bookmarkEnd w:id="6"/>
    </w:p>
    <w:p>
      <w:pPr>
        <w:pStyle w:val="ChapterSubtitle"/>
      </w:pPr>
      <w:r>
        <w:rPr>
          <w:rFonts w:ascii="Georgia" w:hAnsi="Georgia" w:eastAsia="Georgia"/>
          <w:i/>
          <w:color w:val="183042"/>
          <w:sz w:val="23"/>
        </w:rPr>
        <w:t>Growing in Christ</w:t>
      </w:r>
    </w:p>
    <w:p>
      <w:pPr>
        <w:widowControl/>
      </w:pPr>
      <w:r>
        <w:rPr>
          <w:rFonts w:ascii="Georgia" w:hAnsi="Georgia" w:eastAsia="Georgia"/>
          <w:b w:val="0"/>
          <w:i w:val="0"/>
          <w:sz w:val="21"/>
          <w:u w:val="none"/>
        </w:rPr>
        <w:t xml:space="preserve">Here we are again on the brink of a new year. We </w:t>
      </w:r>
      <w:r>
        <w:rPr>
          <w:rFonts w:ascii="Georgia" w:hAnsi="Georgia" w:eastAsia="Georgia"/>
          <w:b w:val="0"/>
          <w:i/>
          <w:sz w:val="21"/>
          <w:u w:val="none"/>
        </w:rPr>
        <w:t>celebrate</w:t>
      </w:r>
      <w:r>
        <w:rPr>
          <w:rFonts w:ascii="Georgia" w:hAnsi="Georgia" w:eastAsia="Georgia"/>
          <w:b w:val="0"/>
          <w:i w:val="0"/>
          <w:sz w:val="21"/>
          <w:u w:val="none"/>
        </w:rPr>
        <w:t xml:space="preserve"> that moment when the clock ticks down to the last seconds before midnight New Year’s Eve, and we cross over that time line into a new year. That night is really no different from any other night – that minute before 12:00 no different from the minute after. What is it then about this moment in time that makes it special? Isn’t it because we see it as a new beginning – another chance to start over with a clean slate?</w:t>
      </w:r>
    </w:p>
    <w:p>
      <w:pPr>
        <w:widowControl/>
      </w:pPr>
      <w:r>
        <w:rPr>
          <w:rFonts w:ascii="Georgia" w:hAnsi="Georgia" w:eastAsia="Georgia"/>
          <w:b w:val="0"/>
          <w:i w:val="0"/>
          <w:sz w:val="21"/>
          <w:u w:val="none"/>
        </w:rPr>
        <w:t xml:space="preserve">Do you remember this time a year ago? Did you make some resolutions to change some things in your life for the good? How many of those things were actually done? We always have good intentions – we know it would be for our own good if we could lose some weight or stop smoking, get a handle on our temper, or manage our money better. Maybe we resolved to spend time in prayer every day or study the Word more. It can be really discouraging and hard on the self-esteem to discover that we aren’t able to keep these good intentions. It’s always so much easier to slip back into the </w:t>
      </w:r>
      <w:r>
        <w:rPr>
          <w:rFonts w:ascii="Georgia" w:hAnsi="Georgia" w:eastAsia="Georgia"/>
          <w:b w:val="0"/>
          <w:i/>
          <w:sz w:val="21"/>
          <w:u w:val="none"/>
        </w:rPr>
        <w:t>old</w:t>
      </w:r>
      <w:r>
        <w:rPr>
          <w:rFonts w:ascii="Georgia" w:hAnsi="Georgia" w:eastAsia="Georgia"/>
          <w:b w:val="0"/>
          <w:i w:val="0"/>
          <w:sz w:val="21"/>
          <w:u w:val="none"/>
        </w:rPr>
        <w:t xml:space="preserve"> behavior patterns.</w:t>
      </w:r>
    </w:p>
    <w:p>
      <w:pPr>
        <w:widowControl/>
      </w:pPr>
      <w:r>
        <w:rPr>
          <w:rFonts w:ascii="Georgia" w:hAnsi="Georgia" w:eastAsia="Georgia"/>
          <w:b w:val="0"/>
          <w:i w:val="0"/>
          <w:sz w:val="21"/>
          <w:u w:val="none"/>
        </w:rPr>
        <w:t xml:space="preserve">I thank God for the nights that separate the days. We can always tell ourselves when we go to bed at night, “Tomorrow’s another day – tomorrow will be better”, and after a night of restorative sleep, it seems like it </w:t>
      </w:r>
      <w:r>
        <w:rPr>
          <w:rFonts w:ascii="Georgia" w:hAnsi="Georgia" w:eastAsia="Georgia"/>
          <w:b w:val="0"/>
          <w:i/>
          <w:sz w:val="21"/>
          <w:u w:val="none"/>
        </w:rPr>
        <w:t>is</w:t>
      </w:r>
      <w:r>
        <w:rPr>
          <w:rFonts w:ascii="Georgia" w:hAnsi="Georgia" w:eastAsia="Georgia"/>
          <w:b w:val="0"/>
          <w:i w:val="0"/>
          <w:sz w:val="21"/>
          <w:u w:val="none"/>
        </w:rPr>
        <w:t xml:space="preserve"> better, because it’s a chance to start over fresh. The start of a new year does the same thing, only more so.</w:t>
      </w:r>
    </w:p>
    <w:p>
      <w:pPr>
        <w:widowControl/>
      </w:pPr>
      <w:r>
        <w:rPr>
          <w:rFonts w:ascii="Georgia" w:hAnsi="Georgia" w:eastAsia="Georgia"/>
          <w:b w:val="0"/>
          <w:i w:val="0"/>
          <w:sz w:val="21"/>
          <w:u w:val="none"/>
        </w:rPr>
        <w:t>Are there things in your past you regret – things you wish you could go back and undo? Of course there are. Everyone</w:t>
      </w:r>
      <w:r>
        <w:rPr>
          <w:rFonts w:ascii="Georgia" w:hAnsi="Georgia" w:eastAsia="Georgia"/>
          <w:b w:val="0"/>
          <w:i w:val="0"/>
          <w:sz w:val="21"/>
          <w:u w:val="none"/>
        </w:rPr>
        <w:t xml:space="preserve"> has these things, because we are </w:t>
      </w:r>
      <w:r>
        <w:rPr>
          <w:rFonts w:ascii="Georgia" w:hAnsi="Georgia" w:eastAsia="Georgia"/>
          <w:b w:val="0"/>
          <w:i/>
          <w:sz w:val="21"/>
          <w:u w:val="none"/>
        </w:rPr>
        <w:t>sinners</w:t>
      </w:r>
      <w:r>
        <w:rPr>
          <w:rFonts w:ascii="Georgia" w:hAnsi="Georgia" w:eastAsia="Georgia"/>
          <w:b w:val="0"/>
          <w:i w:val="0"/>
          <w:sz w:val="21"/>
          <w:u w:val="none"/>
        </w:rPr>
        <w:t>! We have all said and done things that have hurt ourselves and others, and that have broken the heart of our loving heavenly Father. Yet He still loved us enough “while we were yet sinners” to pay the penalty for our sin Himself so He can accept us just as we are. “He remembers that we are dust.”</w:t>
      </w:r>
    </w:p>
    <w:p>
      <w:pPr>
        <w:widowControl/>
      </w:pPr>
      <w:r>
        <w:rPr>
          <w:rFonts w:ascii="Georgia" w:hAnsi="Georgia" w:eastAsia="Georgia"/>
          <w:b w:val="0"/>
          <w:i w:val="0"/>
          <w:sz w:val="21"/>
          <w:u w:val="none"/>
        </w:rPr>
        <w:t xml:space="preserve">Even the most righteous of God’s servants struggled with their memories of the past. Jeremiah said in Lamentations 3, “I remember my affliction and my wandering – the bitterness and the gall – I </w:t>
      </w:r>
      <w:r>
        <w:rPr>
          <w:rFonts w:ascii="Georgia" w:hAnsi="Georgia" w:eastAsia="Georgia"/>
          <w:b w:val="0"/>
          <w:i/>
          <w:sz w:val="21"/>
          <w:u w:val="none"/>
        </w:rPr>
        <w:t>well</w:t>
      </w:r>
      <w:r>
        <w:rPr>
          <w:rFonts w:ascii="Georgia" w:hAnsi="Georgia" w:eastAsia="Georgia"/>
          <w:b w:val="0"/>
          <w:i w:val="0"/>
          <w:sz w:val="21"/>
          <w:u w:val="none"/>
        </w:rPr>
        <w:t xml:space="preserve"> remember them, and my soul is </w:t>
      </w:r>
      <w:r>
        <w:rPr>
          <w:rFonts w:ascii="Georgia" w:hAnsi="Georgia" w:eastAsia="Georgia"/>
          <w:b w:val="0"/>
          <w:i/>
          <w:sz w:val="21"/>
          <w:u w:val="none"/>
        </w:rPr>
        <w:t>downcast</w:t>
      </w:r>
      <w:r>
        <w:rPr>
          <w:rFonts w:ascii="Georgia" w:hAnsi="Georgia" w:eastAsia="Georgia"/>
          <w:b w:val="0"/>
          <w:i w:val="0"/>
          <w:sz w:val="21"/>
          <w:u w:val="none"/>
        </w:rPr>
        <w:t xml:space="preserve"> within me. Yet this I call to mind (and therefore I have hope) – Because of the Lord’s </w:t>
      </w:r>
      <w:r>
        <w:rPr>
          <w:rFonts w:ascii="Georgia" w:hAnsi="Georgia" w:eastAsia="Georgia"/>
          <w:b w:val="0"/>
          <w:i/>
          <w:sz w:val="21"/>
          <w:u w:val="none"/>
        </w:rPr>
        <w:t>great love</w:t>
      </w:r>
      <w:r>
        <w:rPr>
          <w:rFonts w:ascii="Georgia" w:hAnsi="Georgia" w:eastAsia="Georgia"/>
          <w:b w:val="0"/>
          <w:i w:val="0"/>
          <w:sz w:val="21"/>
          <w:u w:val="none"/>
        </w:rPr>
        <w:t xml:space="preserve"> we are </w:t>
      </w:r>
      <w:r>
        <w:rPr>
          <w:rFonts w:ascii="Georgia" w:hAnsi="Georgia" w:eastAsia="Georgia"/>
          <w:b w:val="0"/>
          <w:i/>
          <w:sz w:val="21"/>
          <w:u w:val="none"/>
        </w:rPr>
        <w:t>not consumed</w:t>
      </w:r>
      <w:r>
        <w:rPr>
          <w:rFonts w:ascii="Georgia" w:hAnsi="Georgia" w:eastAsia="Georgia"/>
          <w:b w:val="0"/>
          <w:i w:val="0"/>
          <w:sz w:val="21"/>
          <w:u w:val="none"/>
        </w:rPr>
        <w:t>, for His compassions never fail – they are new every morning.”</w:t>
      </w:r>
    </w:p>
    <w:p>
      <w:pPr>
        <w:widowControl/>
      </w:pPr>
      <w:r>
        <w:rPr>
          <w:rFonts w:ascii="Georgia" w:hAnsi="Georgia" w:eastAsia="Georgia"/>
          <w:b w:val="0"/>
          <w:i w:val="0"/>
          <w:sz w:val="21"/>
          <w:u w:val="none"/>
        </w:rPr>
        <w:t xml:space="preserve">St. Paul, the single person most responsible for bringing the gospel to the gentiles (and indirectly to you and to me) was also haunted from time to time by his past. Although what he did was out of ignorance, he persecuted, imprisoned and even killed followers of Jesus Christ until that same Jesus Christ confronted him face to face on the Damascus road. Although his life </w:t>
      </w:r>
      <w:r>
        <w:rPr>
          <w:rFonts w:ascii="Georgia" w:hAnsi="Georgia" w:eastAsia="Georgia"/>
          <w:b w:val="0"/>
          <w:i/>
          <w:sz w:val="21"/>
          <w:u w:val="none"/>
        </w:rPr>
        <w:t>and</w:t>
      </w:r>
      <w:r>
        <w:rPr>
          <w:rFonts w:ascii="Georgia" w:hAnsi="Georgia" w:eastAsia="Georgia"/>
          <w:b w:val="0"/>
          <w:i w:val="0"/>
          <w:sz w:val="21"/>
          <w:u w:val="none"/>
        </w:rPr>
        <w:t xml:space="preserve"> his life’s purpose were completely turned around, Paul still called himself the “chief” of sinners. He had to keep reminding himself that he was forgiven, he was a new creature in Christ and he had to fix his eyes on Jesus – looking </w:t>
      </w:r>
      <w:r>
        <w:rPr>
          <w:rFonts w:ascii="Georgia" w:hAnsi="Georgia" w:eastAsia="Georgia"/>
          <w:b w:val="0"/>
          <w:i/>
          <w:sz w:val="21"/>
          <w:u w:val="none"/>
        </w:rPr>
        <w:t>forward</w:t>
      </w:r>
      <w:r>
        <w:rPr>
          <w:rFonts w:ascii="Georgia" w:hAnsi="Georgia" w:eastAsia="Georgia"/>
          <w:b w:val="0"/>
          <w:i w:val="0"/>
          <w:sz w:val="21"/>
          <w:u w:val="none"/>
        </w:rPr>
        <w:t xml:space="preserve"> and not back. In Philippians 3, he said, “One thing I do – </w:t>
      </w:r>
      <w:r>
        <w:rPr>
          <w:rFonts w:ascii="Georgia" w:hAnsi="Georgia" w:eastAsia="Georgia"/>
          <w:b w:val="0"/>
          <w:i/>
          <w:sz w:val="21"/>
          <w:u w:val="none"/>
        </w:rPr>
        <w:t>Forgetting</w:t>
      </w:r>
      <w:r>
        <w:rPr>
          <w:rFonts w:ascii="Georgia" w:hAnsi="Georgia" w:eastAsia="Georgia"/>
          <w:b w:val="0"/>
          <w:i w:val="0"/>
          <w:sz w:val="21"/>
          <w:u w:val="none"/>
        </w:rPr>
        <w:t xml:space="preserve"> what is behind and straining toward what is ahead, I press on toward the goal to win the prize for which God has called me heavenward in Christ Jesus.”</w:t>
      </w:r>
    </w:p>
    <w:p>
      <w:pPr>
        <w:widowControl/>
      </w:pPr>
      <w:r>
        <w:rPr>
          <w:rFonts w:ascii="Georgia" w:hAnsi="Georgia" w:eastAsia="Georgia"/>
          <w:b w:val="0"/>
          <w:i w:val="0"/>
          <w:sz w:val="21"/>
          <w:u w:val="none"/>
        </w:rPr>
        <w:t xml:space="preserve">We must remember that in our flesh dwells no good thing – without </w:t>
      </w:r>
      <w:r>
        <w:rPr>
          <w:rFonts w:ascii="Georgia" w:hAnsi="Georgia" w:eastAsia="Georgia"/>
          <w:b w:val="0"/>
          <w:i/>
          <w:sz w:val="21"/>
          <w:u w:val="none"/>
        </w:rPr>
        <w:t>Jesus</w:t>
      </w:r>
      <w:r>
        <w:rPr>
          <w:rFonts w:ascii="Georgia" w:hAnsi="Georgia" w:eastAsia="Georgia"/>
          <w:b w:val="0"/>
          <w:i w:val="0"/>
          <w:sz w:val="21"/>
          <w:u w:val="none"/>
        </w:rPr>
        <w:t xml:space="preserve">, we can do </w:t>
      </w:r>
      <w:r>
        <w:rPr>
          <w:rFonts w:ascii="Georgia" w:hAnsi="Georgia" w:eastAsia="Georgia"/>
          <w:b w:val="0"/>
          <w:i/>
          <w:sz w:val="21"/>
          <w:u w:val="none"/>
        </w:rPr>
        <w:t>nothing</w:t>
      </w:r>
      <w:r>
        <w:rPr>
          <w:rFonts w:ascii="Georgia" w:hAnsi="Georgia" w:eastAsia="Georgia"/>
          <w:b w:val="0"/>
          <w:i w:val="0"/>
          <w:sz w:val="21"/>
          <w:u w:val="none"/>
        </w:rPr>
        <w:t xml:space="preserve">. Yet we try, over and over again to do right in our own strength – and over and over again we fall flat on our face. You see, if it were possible to live a life pleasing to God in our own strength, Jesus Christ would never have had to die. </w:t>
      </w:r>
      <w:r>
        <w:rPr>
          <w:rFonts w:ascii="Georgia" w:hAnsi="Georgia" w:eastAsia="Georgia"/>
          <w:b w:val="0"/>
          <w:i/>
          <w:sz w:val="21"/>
          <w:u w:val="none"/>
        </w:rPr>
        <w:t>He</w:t>
      </w:r>
      <w:r>
        <w:rPr>
          <w:rFonts w:ascii="Georgia" w:hAnsi="Georgia" w:eastAsia="Georgia"/>
          <w:b w:val="0"/>
          <w:i w:val="0"/>
          <w:sz w:val="21"/>
          <w:u w:val="none"/>
        </w:rPr>
        <w:t xml:space="preserve"> knew we couldn’t do it – when are </w:t>
      </w:r>
      <w:r>
        <w:rPr>
          <w:rFonts w:ascii="Georgia" w:hAnsi="Georgia" w:eastAsia="Georgia"/>
          <w:b w:val="0"/>
          <w:i/>
          <w:sz w:val="21"/>
          <w:u w:val="none"/>
        </w:rPr>
        <w:t>we</w:t>
      </w:r>
      <w:r>
        <w:rPr>
          <w:rFonts w:ascii="Georgia" w:hAnsi="Georgia" w:eastAsia="Georgia"/>
          <w:b w:val="0"/>
          <w:i w:val="0"/>
          <w:sz w:val="21"/>
          <w:u w:val="none"/>
        </w:rPr>
        <w:t xml:space="preserve"> going to learn that? Jesus said we </w:t>
      </w:r>
      <w:r>
        <w:rPr>
          <w:rFonts w:ascii="Georgia" w:hAnsi="Georgia" w:eastAsia="Georgia"/>
          <w:b w:val="0"/>
          <w:i/>
          <w:sz w:val="21"/>
          <w:u w:val="none"/>
        </w:rPr>
        <w:t>must</w:t>
      </w:r>
      <w:r>
        <w:rPr>
          <w:rFonts w:ascii="Georgia" w:hAnsi="Georgia" w:eastAsia="Georgia"/>
          <w:b w:val="0"/>
          <w:i w:val="0"/>
          <w:sz w:val="21"/>
          <w:u w:val="none"/>
        </w:rPr>
        <w:t xml:space="preserve"> be </w:t>
      </w:r>
      <w:r>
        <w:rPr>
          <w:rFonts w:ascii="Georgia" w:hAnsi="Georgia" w:eastAsia="Georgia"/>
          <w:b w:val="0"/>
          <w:i/>
          <w:sz w:val="21"/>
          <w:u w:val="none"/>
        </w:rPr>
        <w:t>born again</w:t>
      </w:r>
      <w:r>
        <w:rPr>
          <w:rFonts w:ascii="Georgia" w:hAnsi="Georgia" w:eastAsia="Georgia"/>
          <w:b w:val="0"/>
          <w:i w:val="0"/>
          <w:sz w:val="21"/>
          <w:u w:val="none"/>
        </w:rPr>
        <w:t xml:space="preserve"> – we must identify with His death, dying to sin and being raised again a brand new creature, filled with the power of the Holy Spirit. “I can do </w:t>
      </w:r>
      <w:r>
        <w:rPr>
          <w:rFonts w:ascii="Georgia" w:hAnsi="Georgia" w:eastAsia="Georgia"/>
          <w:b w:val="0"/>
          <w:i/>
          <w:sz w:val="21"/>
          <w:u w:val="none"/>
        </w:rPr>
        <w:t>all</w:t>
      </w:r>
      <w:r>
        <w:rPr>
          <w:rFonts w:ascii="Georgia" w:hAnsi="Georgia" w:eastAsia="Georgia"/>
          <w:b w:val="0"/>
          <w:i w:val="0"/>
          <w:sz w:val="21"/>
          <w:u w:val="none"/>
        </w:rPr>
        <w:t xml:space="preserve"> things </w:t>
      </w:r>
      <w:r>
        <w:rPr>
          <w:rFonts w:ascii="Georgia" w:hAnsi="Georgia" w:eastAsia="Georgia"/>
          <w:b w:val="0"/>
          <w:i/>
          <w:sz w:val="21"/>
          <w:u w:val="none"/>
        </w:rPr>
        <w:t>through Christ</w:t>
      </w:r>
      <w:r>
        <w:rPr>
          <w:rFonts w:ascii="Georgia" w:hAnsi="Georgia" w:eastAsia="Georgia"/>
          <w:b w:val="0"/>
          <w:i w:val="0"/>
          <w:sz w:val="21"/>
          <w:u w:val="none"/>
        </w:rPr>
        <w:t xml:space="preserve">, who strengthens me,” said Paul. In Romans 6:3-4, Paul asks, “Don’t you </w:t>
      </w:r>
      <w:r>
        <w:rPr>
          <w:rFonts w:ascii="Georgia" w:hAnsi="Georgia" w:eastAsia="Georgia"/>
          <w:b w:val="0"/>
          <w:i/>
          <w:sz w:val="21"/>
          <w:u w:val="none"/>
        </w:rPr>
        <w:t>know</w:t>
      </w:r>
      <w:r>
        <w:rPr>
          <w:rFonts w:ascii="Georgia" w:hAnsi="Georgia" w:eastAsia="Georgia"/>
          <w:b w:val="0"/>
          <w:i w:val="0"/>
          <w:sz w:val="21"/>
          <w:u w:val="none"/>
        </w:rPr>
        <w:t xml:space="preserve"> that all of us who were baptized into Christ Jesus were baptized into His </w:t>
      </w:r>
      <w:r>
        <w:rPr>
          <w:rFonts w:ascii="Georgia" w:hAnsi="Georgia" w:eastAsia="Georgia"/>
          <w:b w:val="0"/>
          <w:i/>
          <w:sz w:val="21"/>
          <w:u w:val="none"/>
        </w:rPr>
        <w:t>death</w:t>
      </w:r>
      <w:r>
        <w:rPr>
          <w:rFonts w:ascii="Georgia" w:hAnsi="Georgia" w:eastAsia="Georgia"/>
          <w:b w:val="0"/>
          <w:i w:val="0"/>
          <w:sz w:val="21"/>
          <w:u w:val="none"/>
        </w:rPr>
        <w:t xml:space="preserve">? We were therefore </w:t>
      </w:r>
      <w:r>
        <w:rPr>
          <w:rFonts w:ascii="Georgia" w:hAnsi="Georgia" w:eastAsia="Georgia"/>
          <w:b w:val="0"/>
          <w:i/>
          <w:sz w:val="21"/>
          <w:u w:val="none"/>
        </w:rPr>
        <w:t>buried</w:t>
      </w:r>
      <w:r>
        <w:rPr>
          <w:rFonts w:ascii="Georgia" w:hAnsi="Georgia" w:eastAsia="Georgia"/>
          <w:b w:val="0"/>
          <w:i w:val="0"/>
          <w:sz w:val="21"/>
          <w:u w:val="none"/>
        </w:rPr>
        <w:t xml:space="preserve"> with Him through baptism into death in order that, just as Christ was raised from the dead through the glory of the Father, we too may live a new life.” And in Ephesians 4 he says, “You were taught, with regard to your former way of life, to </w:t>
      </w:r>
      <w:r>
        <w:rPr>
          <w:rFonts w:ascii="Georgia" w:hAnsi="Georgia" w:eastAsia="Georgia"/>
          <w:b w:val="0"/>
          <w:i/>
          <w:sz w:val="21"/>
          <w:u w:val="none"/>
        </w:rPr>
        <w:t>put off your old self</w:t>
      </w:r>
      <w:r>
        <w:rPr>
          <w:rFonts w:ascii="Georgia" w:hAnsi="Georgia" w:eastAsia="Georgia"/>
          <w:b w:val="0"/>
          <w:i w:val="0"/>
          <w:sz w:val="21"/>
          <w:u w:val="none"/>
        </w:rPr>
        <w:t xml:space="preserve">, which is being corrupted by its deceitful desires – to be made </w:t>
      </w:r>
      <w:r>
        <w:rPr>
          <w:rFonts w:ascii="Georgia" w:hAnsi="Georgia" w:eastAsia="Georgia"/>
          <w:b w:val="0"/>
          <w:i/>
          <w:sz w:val="21"/>
          <w:u w:val="none"/>
        </w:rPr>
        <w:t>new</w:t>
      </w:r>
      <w:r>
        <w:rPr>
          <w:rFonts w:ascii="Georgia" w:hAnsi="Georgia" w:eastAsia="Georgia"/>
          <w:b w:val="0"/>
          <w:i w:val="0"/>
          <w:sz w:val="21"/>
          <w:u w:val="none"/>
        </w:rPr>
        <w:t xml:space="preserve"> in the attitude of your minds, and to </w:t>
      </w:r>
      <w:r>
        <w:rPr>
          <w:rFonts w:ascii="Georgia" w:hAnsi="Georgia" w:eastAsia="Georgia"/>
          <w:b w:val="0"/>
          <w:i/>
          <w:sz w:val="21"/>
          <w:u w:val="none"/>
        </w:rPr>
        <w:t>put on</w:t>
      </w:r>
      <w:r>
        <w:rPr>
          <w:rFonts w:ascii="Georgia" w:hAnsi="Georgia" w:eastAsia="Georgia"/>
          <w:b w:val="0"/>
          <w:i w:val="0"/>
          <w:sz w:val="21"/>
          <w:u w:val="none"/>
        </w:rPr>
        <w:t xml:space="preserve"> the </w:t>
      </w:r>
      <w:r>
        <w:rPr>
          <w:rFonts w:ascii="Georgia" w:hAnsi="Georgia" w:eastAsia="Georgia"/>
          <w:b w:val="0"/>
          <w:i/>
          <w:sz w:val="21"/>
          <w:u w:val="none"/>
        </w:rPr>
        <w:t>new</w:t>
      </w:r>
      <w:r>
        <w:rPr>
          <w:rFonts w:ascii="Georgia" w:hAnsi="Georgia" w:eastAsia="Georgia"/>
          <w:b w:val="0"/>
          <w:i w:val="0"/>
          <w:sz w:val="21"/>
          <w:u w:val="none"/>
        </w:rPr>
        <w:t xml:space="preserve"> self, created to be like </w:t>
      </w:r>
      <w:r>
        <w:rPr>
          <w:rFonts w:ascii="Georgia" w:hAnsi="Georgia" w:eastAsia="Georgia"/>
          <w:b w:val="0"/>
          <w:i/>
          <w:sz w:val="21"/>
          <w:u w:val="none"/>
        </w:rPr>
        <w:t>God</w:t>
      </w:r>
      <w:r>
        <w:rPr>
          <w:rFonts w:ascii="Georgia" w:hAnsi="Georgia" w:eastAsia="Georgia"/>
          <w:b w:val="0"/>
          <w:i w:val="0"/>
          <w:sz w:val="21"/>
          <w:u w:val="none"/>
        </w:rPr>
        <w:t xml:space="preserve"> in true righteousness and holiness.”</w:t>
      </w:r>
    </w:p>
    <w:p>
      <w:pPr>
        <w:widowControl/>
      </w:pPr>
      <w:r>
        <w:rPr>
          <w:rFonts w:ascii="Georgia" w:hAnsi="Georgia" w:eastAsia="Georgia"/>
          <w:b w:val="0"/>
          <w:i w:val="0"/>
          <w:sz w:val="21"/>
          <w:u w:val="none"/>
        </w:rPr>
        <w:t xml:space="preserve">It’s all a matter of yielding the mind and the will to the Lordship of Jesus Christ who works </w:t>
      </w:r>
      <w:r>
        <w:rPr>
          <w:rFonts w:ascii="Georgia" w:hAnsi="Georgia" w:eastAsia="Georgia"/>
          <w:b w:val="0"/>
          <w:i/>
          <w:sz w:val="21"/>
          <w:u w:val="none"/>
        </w:rPr>
        <w:t>in</w:t>
      </w:r>
      <w:r>
        <w:rPr>
          <w:rFonts w:ascii="Georgia" w:hAnsi="Georgia" w:eastAsia="Georgia"/>
          <w:b w:val="0"/>
          <w:i w:val="0"/>
          <w:sz w:val="21"/>
          <w:u w:val="none"/>
        </w:rPr>
        <w:t xml:space="preserve"> us both to </w:t>
      </w:r>
      <w:r>
        <w:rPr>
          <w:rFonts w:ascii="Georgia" w:hAnsi="Georgia" w:eastAsia="Georgia"/>
          <w:b w:val="0"/>
          <w:i/>
          <w:sz w:val="21"/>
          <w:u w:val="none"/>
        </w:rPr>
        <w:t>will</w:t>
      </w:r>
      <w:r>
        <w:rPr>
          <w:rFonts w:ascii="Georgia" w:hAnsi="Georgia" w:eastAsia="Georgia"/>
          <w:b w:val="0"/>
          <w:i w:val="0"/>
          <w:sz w:val="21"/>
          <w:u w:val="none"/>
        </w:rPr>
        <w:t xml:space="preserve"> and to </w:t>
      </w:r>
      <w:r>
        <w:rPr>
          <w:rFonts w:ascii="Georgia" w:hAnsi="Georgia" w:eastAsia="Georgia"/>
          <w:b w:val="0"/>
          <w:i/>
          <w:sz w:val="21"/>
          <w:u w:val="none"/>
        </w:rPr>
        <w:t>do</w:t>
      </w:r>
      <w:r>
        <w:rPr>
          <w:rFonts w:ascii="Georgia" w:hAnsi="Georgia" w:eastAsia="Georgia"/>
          <w:b w:val="0"/>
          <w:i w:val="0"/>
          <w:sz w:val="21"/>
          <w:u w:val="none"/>
        </w:rPr>
        <w:t xml:space="preserve"> of His good pleasure. “Do </w:t>
      </w:r>
      <w:r>
        <w:rPr>
          <w:rFonts w:ascii="Georgia" w:hAnsi="Georgia" w:eastAsia="Georgia"/>
          <w:b w:val="0"/>
          <w:i/>
          <w:sz w:val="21"/>
          <w:u w:val="none"/>
        </w:rPr>
        <w:t>not</w:t>
      </w:r>
      <w:r>
        <w:rPr>
          <w:rFonts w:ascii="Georgia" w:hAnsi="Georgia" w:eastAsia="Georgia"/>
          <w:b w:val="0"/>
          <w:i w:val="0"/>
          <w:sz w:val="21"/>
          <w:u w:val="none"/>
        </w:rPr>
        <w:t xml:space="preserve"> conform any longer to the pattern of this world,” says Paul, “but </w:t>
      </w:r>
      <w:r>
        <w:rPr>
          <w:rFonts w:ascii="Georgia" w:hAnsi="Georgia" w:eastAsia="Georgia"/>
          <w:b w:val="0"/>
          <w:i/>
          <w:sz w:val="21"/>
          <w:u w:val="none"/>
        </w:rPr>
        <w:t>be transformed</w:t>
      </w:r>
      <w:r>
        <w:rPr>
          <w:rFonts w:ascii="Georgia" w:hAnsi="Georgia" w:eastAsia="Georgia"/>
          <w:b w:val="0"/>
          <w:i w:val="0"/>
          <w:sz w:val="21"/>
          <w:u w:val="none"/>
        </w:rPr>
        <w:t xml:space="preserve"> by the renewing of your mind. </w:t>
      </w:r>
      <w:r>
        <w:rPr>
          <w:rFonts w:ascii="Georgia" w:hAnsi="Georgia" w:eastAsia="Georgia"/>
          <w:b w:val="0"/>
          <w:i/>
          <w:sz w:val="21"/>
          <w:u w:val="none"/>
        </w:rPr>
        <w:t>Then</w:t>
      </w:r>
      <w:r>
        <w:rPr>
          <w:rFonts w:ascii="Georgia" w:hAnsi="Georgia" w:eastAsia="Georgia"/>
          <w:b w:val="0"/>
          <w:i w:val="0"/>
          <w:sz w:val="21"/>
          <w:u w:val="none"/>
        </w:rPr>
        <w:t xml:space="preserve"> you will be able to test and approve what God’s will is – His good, pleasing and perfect will.” Notice he didn’t say “transform yourself,” but “be transformed.”</w:t>
      </w:r>
      <w:r>
        <w:rPr>
          <w:rFonts w:ascii="Georgia" w:hAnsi="Georgia" w:eastAsia="Georgia"/>
          <w:b w:val="0"/>
          <w:i w:val="0"/>
          <w:sz w:val="21"/>
          <w:u w:val="none"/>
        </w:rPr>
        <w:t xml:space="preserve"> </w:t>
      </w:r>
      <w:r>
        <w:rPr>
          <w:rFonts w:ascii="Georgia" w:hAnsi="Georgia" w:eastAsia="Georgia"/>
          <w:b w:val="0"/>
          <w:i/>
          <w:sz w:val="21"/>
          <w:u w:val="none"/>
        </w:rPr>
        <w:t>We</w:t>
      </w:r>
      <w:r>
        <w:rPr>
          <w:rFonts w:ascii="Georgia" w:hAnsi="Georgia" w:eastAsia="Georgia"/>
          <w:b w:val="0"/>
          <w:i w:val="0"/>
          <w:sz w:val="21"/>
          <w:u w:val="none"/>
        </w:rPr>
        <w:t xml:space="preserve"> don’t </w:t>
      </w:r>
      <w:r>
        <w:rPr>
          <w:rFonts w:ascii="Georgia" w:hAnsi="Georgia" w:eastAsia="Georgia"/>
          <w:b w:val="0"/>
          <w:i/>
          <w:sz w:val="21"/>
          <w:u w:val="none"/>
        </w:rPr>
        <w:t>do</w:t>
      </w:r>
      <w:r>
        <w:rPr>
          <w:rFonts w:ascii="Georgia" w:hAnsi="Georgia" w:eastAsia="Georgia"/>
          <w:b w:val="0"/>
          <w:i w:val="0"/>
          <w:sz w:val="21"/>
          <w:u w:val="none"/>
        </w:rPr>
        <w:t xml:space="preserve"> this transforming – the Holy Spirit who now lives in us does the transforming, and it is a </w:t>
      </w:r>
      <w:r>
        <w:rPr>
          <w:rFonts w:ascii="Georgia" w:hAnsi="Georgia" w:eastAsia="Georgia"/>
          <w:b w:val="0"/>
          <w:i/>
          <w:sz w:val="21"/>
          <w:u w:val="none"/>
        </w:rPr>
        <w:t>process</w:t>
      </w:r>
      <w:r>
        <w:rPr>
          <w:rFonts w:ascii="Georgia" w:hAnsi="Georgia" w:eastAsia="Georgia"/>
          <w:b w:val="0"/>
          <w:i w:val="0"/>
          <w:sz w:val="21"/>
          <w:u w:val="none"/>
        </w:rPr>
        <w:t>. We will never reach the goal of perfect obedience as long as we live in these imperfect bodies, but like Paul, we “press on” toward the goal with our eyes fixed on Jesus, “the author and finisher of our faith.”</w:t>
      </w:r>
      <w:r>
        <w:rPr>
          <w:rFonts w:ascii="Georgia" w:hAnsi="Georgia" w:eastAsia="Georgia"/>
          <w:b w:val="0"/>
          <w:i w:val="0"/>
          <w:sz w:val="21"/>
          <w:u w:val="none"/>
        </w:rPr>
        <w:t xml:space="preserve"> </w:t>
      </w:r>
      <w:r>
        <w:rPr>
          <w:rFonts w:ascii="Georgia" w:hAnsi="Georgia" w:eastAsia="Georgia"/>
          <w:b w:val="0"/>
          <w:i/>
          <w:sz w:val="21"/>
          <w:u w:val="none"/>
        </w:rPr>
        <w:t>He</w:t>
      </w:r>
      <w:r>
        <w:rPr>
          <w:rFonts w:ascii="Georgia" w:hAnsi="Georgia" w:eastAsia="Georgia"/>
          <w:b w:val="0"/>
          <w:i w:val="0"/>
          <w:sz w:val="21"/>
          <w:u w:val="none"/>
        </w:rPr>
        <w:t xml:space="preserve"> is the Way, the Truth and the Life, and He not only goes </w:t>
      </w:r>
      <w:r>
        <w:rPr>
          <w:rFonts w:ascii="Georgia" w:hAnsi="Georgia" w:eastAsia="Georgia"/>
          <w:b w:val="0"/>
          <w:i/>
          <w:sz w:val="21"/>
          <w:u w:val="none"/>
        </w:rPr>
        <w:t>ahead</w:t>
      </w:r>
      <w:r>
        <w:rPr>
          <w:rFonts w:ascii="Georgia" w:hAnsi="Georgia" w:eastAsia="Georgia"/>
          <w:b w:val="0"/>
          <w:i w:val="0"/>
          <w:sz w:val="21"/>
          <w:u w:val="none"/>
        </w:rPr>
        <w:t xml:space="preserve"> of us to show us the way, but He is the voice behind us saying, “This is the way – walk ye in it.” Isaiah 52:12 says, “The Lord will go </w:t>
      </w:r>
      <w:r>
        <w:rPr>
          <w:rFonts w:ascii="Georgia" w:hAnsi="Georgia" w:eastAsia="Georgia"/>
          <w:b w:val="0"/>
          <w:i/>
          <w:sz w:val="21"/>
          <w:u w:val="none"/>
        </w:rPr>
        <w:t>before</w:t>
      </w:r>
      <w:r>
        <w:rPr>
          <w:rFonts w:ascii="Georgia" w:hAnsi="Georgia" w:eastAsia="Georgia"/>
          <w:b w:val="0"/>
          <w:i w:val="0"/>
          <w:sz w:val="21"/>
          <w:u w:val="none"/>
        </w:rPr>
        <w:t xml:space="preserve"> you and the God of Israel will be your rear guard.”</w:t>
      </w:r>
    </w:p>
    <w:p>
      <w:pPr>
        <w:widowControl/>
      </w:pPr>
      <w:r>
        <w:rPr>
          <w:rFonts w:ascii="Georgia" w:hAnsi="Georgia" w:eastAsia="Georgia"/>
          <w:b w:val="0"/>
          <w:i w:val="0"/>
          <w:sz w:val="21"/>
          <w:u w:val="none"/>
        </w:rPr>
        <w:t xml:space="preserve">Yes, we will still fall from time to time, but as we grow in our Christian walk those times should become fewer and fewer. The important thing is to remember through the blood of Christ we can boldly approach the throne of God to receive </w:t>
      </w:r>
      <w:r>
        <w:rPr>
          <w:rFonts w:ascii="Georgia" w:hAnsi="Georgia" w:eastAsia="Georgia"/>
          <w:b w:val="0"/>
          <w:i/>
          <w:sz w:val="21"/>
          <w:u w:val="none"/>
        </w:rPr>
        <w:t>help</w:t>
      </w:r>
      <w:r>
        <w:rPr>
          <w:rFonts w:ascii="Georgia" w:hAnsi="Georgia" w:eastAsia="Georgia"/>
          <w:b w:val="0"/>
          <w:i w:val="0"/>
          <w:sz w:val="21"/>
          <w:u w:val="none"/>
        </w:rPr>
        <w:t xml:space="preserve"> in time of need. How He grieves when we run and hide from Him when we fall, rather than reach out to Him to set us back on our feet. Take His hand, let Him lift you up and continue your walk. In Luke 9:62, Jesus tells us, “No-one who puts his hand to the plow and looks </w:t>
      </w:r>
      <w:r>
        <w:rPr>
          <w:rFonts w:ascii="Georgia" w:hAnsi="Georgia" w:eastAsia="Georgia"/>
          <w:b w:val="0"/>
          <w:i/>
          <w:sz w:val="21"/>
          <w:u w:val="none"/>
        </w:rPr>
        <w:t>back</w:t>
      </w:r>
      <w:r>
        <w:rPr>
          <w:rFonts w:ascii="Georgia" w:hAnsi="Georgia" w:eastAsia="Georgia"/>
          <w:b w:val="0"/>
          <w:i w:val="0"/>
          <w:sz w:val="21"/>
          <w:u w:val="none"/>
        </w:rPr>
        <w:t xml:space="preserve"> is fit for service in the kingdom of God.” Those of you familiar with farming know what will happen if you’re pulling a plow and decide to look back and watch the soil turn over. It’s fascinating, but you will end up with a furrow that wanders all over the place. To plow a straight furrow you must set your eyes on a fixed point </w:t>
      </w:r>
      <w:r>
        <w:rPr>
          <w:rFonts w:ascii="Georgia" w:hAnsi="Georgia" w:eastAsia="Georgia"/>
          <w:b w:val="0"/>
          <w:i/>
          <w:sz w:val="21"/>
          <w:u w:val="none"/>
        </w:rPr>
        <w:t>ahead</w:t>
      </w:r>
      <w:r>
        <w:rPr>
          <w:rFonts w:ascii="Georgia" w:hAnsi="Georgia" w:eastAsia="Georgia"/>
          <w:b w:val="0"/>
          <w:i w:val="0"/>
          <w:sz w:val="21"/>
          <w:u w:val="none"/>
        </w:rPr>
        <w:t xml:space="preserve"> of you and aim straight for it. Jesus is saying that what is behind us is not what counts. Our past is done and gone – we can’t change it. But if we pay attention to </w:t>
      </w:r>
      <w:r>
        <w:rPr>
          <w:rFonts w:ascii="Georgia" w:hAnsi="Georgia" w:eastAsia="Georgia"/>
          <w:b w:val="0"/>
          <w:i/>
          <w:sz w:val="21"/>
          <w:u w:val="none"/>
        </w:rPr>
        <w:t>now</w:t>
      </w:r>
      <w:r>
        <w:rPr>
          <w:rFonts w:ascii="Georgia" w:hAnsi="Georgia" w:eastAsia="Georgia"/>
          <w:b w:val="0"/>
          <w:i w:val="0"/>
          <w:sz w:val="21"/>
          <w:u w:val="none"/>
        </w:rPr>
        <w:t xml:space="preserve">, doing what needs to be done now with our eyes on the goal, in </w:t>
      </w:r>
      <w:r>
        <w:rPr>
          <w:rFonts w:ascii="Georgia" w:hAnsi="Georgia" w:eastAsia="Georgia"/>
          <w:b w:val="0"/>
          <w:i/>
          <w:sz w:val="21"/>
          <w:u w:val="none"/>
        </w:rPr>
        <w:t>another</w:t>
      </w:r>
      <w:r>
        <w:rPr>
          <w:rFonts w:ascii="Georgia" w:hAnsi="Georgia" w:eastAsia="Georgia"/>
          <w:b w:val="0"/>
          <w:i w:val="0"/>
          <w:sz w:val="21"/>
          <w:u w:val="none"/>
        </w:rPr>
        <w:t xml:space="preserve"> year we won’t </w:t>
      </w:r>
      <w:r>
        <w:rPr>
          <w:rFonts w:ascii="Georgia" w:hAnsi="Georgia" w:eastAsia="Georgia"/>
          <w:b w:val="0"/>
          <w:i/>
          <w:sz w:val="21"/>
          <w:u w:val="none"/>
        </w:rPr>
        <w:t>have</w:t>
      </w:r>
      <w:r>
        <w:rPr>
          <w:rFonts w:ascii="Georgia" w:hAnsi="Georgia" w:eastAsia="Georgia"/>
          <w:b w:val="0"/>
          <w:i w:val="0"/>
          <w:sz w:val="21"/>
          <w:u w:val="none"/>
        </w:rPr>
        <w:t xml:space="preserve"> to look back on this one with regrets. Maybe you have some fallow ground that needs to be broken up and cultivated. Is the Holy Spirit nudging you to step out in faith in some area of your life, but you’re afraid? Let Him take the </w:t>
      </w:r>
      <w:r>
        <w:rPr>
          <w:rFonts w:ascii="Georgia" w:hAnsi="Georgia" w:eastAsia="Georgia"/>
          <w:b w:val="0"/>
          <w:i/>
          <w:sz w:val="21"/>
          <w:u w:val="none"/>
        </w:rPr>
        <w:t>reins</w:t>
      </w:r>
      <w:r>
        <w:rPr>
          <w:rFonts w:ascii="Georgia" w:hAnsi="Georgia" w:eastAsia="Georgia"/>
          <w:b w:val="0"/>
          <w:i w:val="0"/>
          <w:sz w:val="21"/>
          <w:u w:val="none"/>
        </w:rPr>
        <w:t xml:space="preserve"> then. All you’ll need to do is yield and trust, and reap the harvest. </w:t>
      </w:r>
      <w:r>
        <w:rPr>
          <w:rFonts w:ascii="Georgia" w:hAnsi="Georgia" w:eastAsia="Georgia"/>
          <w:b w:val="0"/>
          <w:i/>
          <w:sz w:val="21"/>
          <w:u w:val="none"/>
        </w:rPr>
        <w:t>He</w:t>
      </w:r>
      <w:r>
        <w:rPr>
          <w:rFonts w:ascii="Georgia" w:hAnsi="Georgia" w:eastAsia="Georgia"/>
          <w:b w:val="0"/>
          <w:i w:val="0"/>
          <w:sz w:val="21"/>
          <w:u w:val="none"/>
        </w:rPr>
        <w:t xml:space="preserve"> will produce the crop.</w:t>
      </w:r>
    </w:p>
    <w:p>
      <w:pPr>
        <w:widowControl/>
      </w:pPr>
      <w:r>
        <w:rPr>
          <w:rFonts w:ascii="Georgia" w:hAnsi="Georgia" w:eastAsia="Georgia"/>
          <w:b w:val="0"/>
          <w:i w:val="0"/>
          <w:sz w:val="21"/>
          <w:u w:val="none"/>
        </w:rPr>
        <w:t>Oswald Chambers says, “Our yesterdays hold broken and irreversible things for us. It’s true that we have lost opportunities that will never return, but God can transform your destructive anxiety into a constructive thoughtfulness for the future. Let the past rest in the sweet embrace of Christ.” Now give Him your present and your future as well!!</w:t>
      </w:r>
    </w:p>
    <w:p>
      <w:pPr>
        <w:widowControl/>
      </w:pPr>
      <w:r>
        <w:rPr>
          <w:rFonts w:ascii="Georgia" w:hAnsi="Georgia" w:eastAsia="Georgia"/>
          <w:b w:val="0"/>
          <w:i w:val="0"/>
          <w:sz w:val="21"/>
          <w:u w:val="none"/>
        </w:rPr>
        <w:t>I remember the chorus of my dad’s favorite song, “One Day at a Time,” by Marijohn Wilkin and Kris Kristofferson: “One day at a time, Sweet Jesus – that’s all I’m asking from you. Just give me the strength to do every day what I have to do – Yesterday’s gone, Sweet Jesus, and tomorrow may never be mine, Lord help me today – show me the way, One day at a time.”</w:t>
      </w:r>
    </w:p>
    <w:p>
      <w:bookmarkStart w:id="7" w:name="reflection_06"/>
      <w:pPr>
        <w:pStyle w:val="Heading1"/>
      </w:pPr>
      <w:r>
        <w:rPr>
          <w:rFonts w:ascii="Georgia" w:hAnsi="Georgia" w:eastAsia="Georgia"/>
          <w:b/>
          <w:color w:val="226FA4"/>
          <w:sz w:val="34"/>
        </w:rPr>
        <w:t>Resolutions</w:t>
      </w:r>
      <w:bookmarkEnd w:id="7"/>
    </w:p>
    <w:p>
      <w:pPr>
        <w:widowControl/>
      </w:pPr>
      <w:r>
        <w:rPr>
          <w:rFonts w:ascii="Georgia" w:hAnsi="Georgia" w:eastAsia="Georgia"/>
          <w:b w:val="0"/>
          <w:i w:val="0"/>
          <w:sz w:val="21"/>
          <w:u w:val="none"/>
        </w:rPr>
        <w:t xml:space="preserve">Have you made any New Year’s resolutions? Or are you reluctant to do so because you know every one you’ve made in past years has just been broken, leaving you with feelings of guilt and failure? I think most of us (if not all) know we have areas of our life that could use some improvement – but we are creatures of habit, and breaking bad habits takes determination and willpower. In order for us to conquer negative behaviors, we must replace them with positive ones, and that means breaking our routines and daring to step outside the box that has been our comfort zone. It takes weeks or sometimes months to establish a new habit, so that requires </w:t>
      </w:r>
      <w:r>
        <w:rPr>
          <w:rFonts w:ascii="Georgia" w:hAnsi="Georgia" w:eastAsia="Georgia"/>
          <w:b w:val="0"/>
          <w:i/>
          <w:sz w:val="21"/>
          <w:u w:val="none"/>
        </w:rPr>
        <w:t>patience</w:t>
      </w:r>
      <w:r>
        <w:rPr>
          <w:rFonts w:ascii="Georgia" w:hAnsi="Georgia" w:eastAsia="Georgia"/>
          <w:b w:val="0"/>
          <w:i w:val="0"/>
          <w:sz w:val="21"/>
          <w:u w:val="none"/>
        </w:rPr>
        <w:t xml:space="preserve"> as well – and we need to be patient with </w:t>
      </w:r>
      <w:r>
        <w:rPr>
          <w:rFonts w:ascii="Georgia" w:hAnsi="Georgia" w:eastAsia="Georgia"/>
          <w:b w:val="0"/>
          <w:i/>
          <w:sz w:val="21"/>
          <w:u w:val="none"/>
        </w:rPr>
        <w:t>ourselves</w:t>
      </w:r>
      <w:r>
        <w:rPr>
          <w:rFonts w:ascii="Georgia" w:hAnsi="Georgia" w:eastAsia="Georgia"/>
          <w:b w:val="0"/>
          <w:i w:val="0"/>
          <w:sz w:val="21"/>
          <w:u w:val="none"/>
        </w:rPr>
        <w:t xml:space="preserve"> when we have setbacks that are so discouraging we just want to give up. The enemy of our souls loves it when that happens, and he’ll whisper in our ear, “I knew you couldn’t do it – why do you even bother to try? You are pitiful! You never could get it right and you never will. What a poor excuse for a </w:t>
      </w:r>
      <w:r>
        <w:rPr>
          <w:rFonts w:ascii="Georgia" w:hAnsi="Georgia" w:eastAsia="Georgia"/>
          <w:b w:val="0"/>
          <w:i/>
          <w:sz w:val="21"/>
          <w:u w:val="none"/>
        </w:rPr>
        <w:t>Christian</w:t>
      </w:r>
      <w:r>
        <w:rPr>
          <w:rFonts w:ascii="Georgia" w:hAnsi="Georgia" w:eastAsia="Georgia"/>
          <w:b w:val="0"/>
          <w:i w:val="0"/>
          <w:sz w:val="21"/>
          <w:u w:val="none"/>
        </w:rPr>
        <w:t xml:space="preserve"> you are!” Satan is called “the </w:t>
      </w:r>
      <w:r>
        <w:rPr>
          <w:rFonts w:ascii="Georgia" w:hAnsi="Georgia" w:eastAsia="Georgia"/>
          <w:b w:val="0"/>
          <w:i/>
          <w:sz w:val="21"/>
          <w:u w:val="none"/>
        </w:rPr>
        <w:t>accuser</w:t>
      </w:r>
      <w:r>
        <w:rPr>
          <w:rFonts w:ascii="Georgia" w:hAnsi="Georgia" w:eastAsia="Georgia"/>
          <w:b w:val="0"/>
          <w:i w:val="0"/>
          <w:sz w:val="21"/>
          <w:u w:val="none"/>
        </w:rPr>
        <w:t xml:space="preserve"> of the brethren, who accuses them before God day and night.” But we are told we have an “advocate” (that is a defense attorney) who is eternally interceding for us before His Father. He alone has the right, the authority, to do that, because it is His blood that has washed us white as snow and covered us with His robe of righteousness. You see it’s true that </w:t>
      </w:r>
      <w:r>
        <w:rPr>
          <w:rFonts w:ascii="Georgia" w:hAnsi="Georgia" w:eastAsia="Georgia"/>
          <w:b w:val="0"/>
          <w:i/>
          <w:sz w:val="21"/>
          <w:u w:val="none"/>
        </w:rPr>
        <w:t>without</w:t>
      </w:r>
      <w:r>
        <w:rPr>
          <w:rFonts w:ascii="Georgia" w:hAnsi="Georgia" w:eastAsia="Georgia"/>
          <w:b w:val="0"/>
          <w:i w:val="0"/>
          <w:sz w:val="21"/>
          <w:u w:val="none"/>
        </w:rPr>
        <w:t xml:space="preserve"> </w:t>
      </w:r>
      <w:r>
        <w:rPr>
          <w:rFonts w:ascii="Georgia" w:hAnsi="Georgia" w:eastAsia="Georgia"/>
          <w:b w:val="0"/>
          <w:i/>
          <w:sz w:val="21"/>
          <w:u w:val="none"/>
        </w:rPr>
        <w:t>Him</w:t>
      </w:r>
      <w:r>
        <w:rPr>
          <w:rFonts w:ascii="Georgia" w:hAnsi="Georgia" w:eastAsia="Georgia"/>
          <w:b w:val="0"/>
          <w:i w:val="0"/>
          <w:sz w:val="21"/>
          <w:u w:val="none"/>
        </w:rPr>
        <w:t xml:space="preserve">, we can do nothing. When we try to give up a habit we know is not good for us and one we know God would not approve of, if we attempt to do this by sheer willpower in our own strength, we </w:t>
      </w:r>
      <w:r>
        <w:rPr>
          <w:rFonts w:ascii="Georgia" w:hAnsi="Georgia" w:eastAsia="Georgia"/>
          <w:b w:val="0"/>
          <w:i/>
          <w:sz w:val="21"/>
          <w:u w:val="none"/>
        </w:rPr>
        <w:t>are</w:t>
      </w:r>
      <w:r>
        <w:rPr>
          <w:rFonts w:ascii="Georgia" w:hAnsi="Georgia" w:eastAsia="Georgia"/>
          <w:b w:val="0"/>
          <w:i w:val="0"/>
          <w:sz w:val="21"/>
          <w:u w:val="none"/>
        </w:rPr>
        <w:t xml:space="preserve"> going to fail, and then those accusations against us become true. We become like that washed pig that goes back to wallowing in the mud or the dog that returns to his vomit. We think there’s no use in even trying so we might as well just do what comes naturally and accept the fact that we are a hopeless cause.</w:t>
      </w:r>
    </w:p>
    <w:p>
      <w:pPr>
        <w:widowControl/>
      </w:pPr>
      <w:r>
        <w:rPr>
          <w:rFonts w:ascii="Georgia" w:hAnsi="Georgia" w:eastAsia="Georgia"/>
          <w:b w:val="0"/>
          <w:i w:val="0"/>
          <w:sz w:val="21"/>
          <w:u w:val="none"/>
        </w:rPr>
        <w:t xml:space="preserve">But Paul assures us “There is now </w:t>
      </w:r>
      <w:r>
        <w:rPr>
          <w:rFonts w:ascii="Georgia" w:hAnsi="Georgia" w:eastAsia="Georgia"/>
          <w:b w:val="0"/>
          <w:i/>
          <w:sz w:val="21"/>
          <w:u w:val="none"/>
        </w:rPr>
        <w:t>no condemnation</w:t>
      </w:r>
      <w:r>
        <w:rPr>
          <w:rFonts w:ascii="Georgia" w:hAnsi="Georgia" w:eastAsia="Georgia"/>
          <w:b w:val="0"/>
          <w:i w:val="0"/>
          <w:sz w:val="21"/>
          <w:u w:val="none"/>
        </w:rPr>
        <w:t xml:space="preserve"> to those who are in Christ Jesus” and he also said, “I can do </w:t>
      </w:r>
      <w:r>
        <w:rPr>
          <w:rFonts w:ascii="Georgia" w:hAnsi="Georgia" w:eastAsia="Georgia"/>
          <w:b w:val="0"/>
          <w:i/>
          <w:sz w:val="21"/>
          <w:u w:val="none"/>
        </w:rPr>
        <w:t>all</w:t>
      </w:r>
      <w:r>
        <w:rPr>
          <w:rFonts w:ascii="Georgia" w:hAnsi="Georgia" w:eastAsia="Georgia"/>
          <w:b w:val="0"/>
          <w:i w:val="0"/>
          <w:sz w:val="21"/>
          <w:u w:val="none"/>
        </w:rPr>
        <w:t xml:space="preserve"> things through Christ who gives me strength.” The same is true for every one of us, dear friends. When we keep our eyes on Him and our heart’s desire is to live a life pleasing to Him, Paul says even when our </w:t>
      </w:r>
      <w:r>
        <w:rPr>
          <w:rFonts w:ascii="Georgia" w:hAnsi="Georgia" w:eastAsia="Georgia"/>
          <w:b w:val="0"/>
          <w:i/>
          <w:sz w:val="21"/>
          <w:u w:val="none"/>
        </w:rPr>
        <w:t>own hearts condemn</w:t>
      </w:r>
      <w:r>
        <w:rPr>
          <w:rFonts w:ascii="Georgia" w:hAnsi="Georgia" w:eastAsia="Georgia"/>
          <w:b w:val="0"/>
          <w:i w:val="0"/>
          <w:sz w:val="21"/>
          <w:u w:val="none"/>
        </w:rPr>
        <w:t xml:space="preserve"> us, God does not. He is greater than our hearts and knows us better than we know ourselves. He tells us He will </w:t>
      </w:r>
      <w:r>
        <w:rPr>
          <w:rFonts w:ascii="Georgia" w:hAnsi="Georgia" w:eastAsia="Georgia"/>
          <w:b w:val="0"/>
          <w:i/>
          <w:sz w:val="21"/>
          <w:u w:val="none"/>
        </w:rPr>
        <w:t>work</w:t>
      </w:r>
      <w:r>
        <w:rPr>
          <w:rFonts w:ascii="Georgia" w:hAnsi="Georgia" w:eastAsia="Georgia"/>
          <w:b w:val="0"/>
          <w:i w:val="0"/>
          <w:sz w:val="21"/>
          <w:u w:val="none"/>
        </w:rPr>
        <w:t xml:space="preserve"> in our hearts </w:t>
      </w:r>
      <w:r>
        <w:rPr>
          <w:rFonts w:ascii="Georgia" w:hAnsi="Georgia" w:eastAsia="Georgia"/>
          <w:b w:val="0"/>
          <w:i/>
          <w:sz w:val="21"/>
          <w:u w:val="none"/>
        </w:rPr>
        <w:t>both</w:t>
      </w:r>
      <w:r>
        <w:rPr>
          <w:rFonts w:ascii="Georgia" w:hAnsi="Georgia" w:eastAsia="Georgia"/>
          <w:b w:val="0"/>
          <w:i w:val="0"/>
          <w:sz w:val="21"/>
          <w:u w:val="none"/>
        </w:rPr>
        <w:t xml:space="preserve"> to </w:t>
      </w:r>
      <w:r>
        <w:rPr>
          <w:rFonts w:ascii="Georgia" w:hAnsi="Georgia" w:eastAsia="Georgia"/>
          <w:b w:val="0"/>
          <w:i/>
          <w:sz w:val="21"/>
          <w:u w:val="none"/>
        </w:rPr>
        <w:t>will</w:t>
      </w:r>
      <w:r>
        <w:rPr>
          <w:rFonts w:ascii="Georgia" w:hAnsi="Georgia" w:eastAsia="Georgia"/>
          <w:b w:val="0"/>
          <w:i w:val="0"/>
          <w:sz w:val="21"/>
          <w:u w:val="none"/>
        </w:rPr>
        <w:t xml:space="preserve"> and to do of His good pleasure. That’s part of His process of sanctification. He changes the way we </w:t>
      </w:r>
      <w:r>
        <w:rPr>
          <w:rFonts w:ascii="Georgia" w:hAnsi="Georgia" w:eastAsia="Georgia"/>
          <w:b w:val="0"/>
          <w:i/>
          <w:sz w:val="21"/>
          <w:u w:val="none"/>
        </w:rPr>
        <w:t>think</w:t>
      </w:r>
      <w:r>
        <w:rPr>
          <w:rFonts w:ascii="Georgia" w:hAnsi="Georgia" w:eastAsia="Georgia"/>
          <w:b w:val="0"/>
          <w:i w:val="0"/>
          <w:sz w:val="21"/>
          <w:u w:val="none"/>
        </w:rPr>
        <w:t xml:space="preserve"> and that in turn changes our will. When </w:t>
      </w:r>
      <w:r>
        <w:rPr>
          <w:rFonts w:ascii="Georgia" w:hAnsi="Georgia" w:eastAsia="Georgia"/>
          <w:b w:val="0"/>
          <w:i/>
          <w:sz w:val="21"/>
          <w:u w:val="none"/>
        </w:rPr>
        <w:t>our</w:t>
      </w:r>
      <w:r>
        <w:rPr>
          <w:rFonts w:ascii="Georgia" w:hAnsi="Georgia" w:eastAsia="Georgia"/>
          <w:b w:val="0"/>
          <w:i w:val="0"/>
          <w:sz w:val="21"/>
          <w:u w:val="none"/>
        </w:rPr>
        <w:t xml:space="preserve"> will is in agreement with what we know His will is, all His promises become activated on our behalf. Then not only is He our Savior – He is also our Rock, our Lamp, our Shepherd, our Road-map, our Counselor and our Peace. When we </w:t>
      </w:r>
      <w:r>
        <w:rPr>
          <w:rFonts w:ascii="Georgia" w:hAnsi="Georgia" w:eastAsia="Georgia"/>
          <w:b w:val="0"/>
          <w:i/>
          <w:sz w:val="21"/>
          <w:u w:val="none"/>
        </w:rPr>
        <w:t xml:space="preserve">know </w:t>
      </w:r>
      <w:r>
        <w:rPr>
          <w:rFonts w:ascii="Georgia" w:hAnsi="Georgia" w:eastAsia="Georgia"/>
          <w:b w:val="0"/>
          <w:i w:val="0"/>
          <w:sz w:val="21"/>
          <w:u w:val="none"/>
        </w:rPr>
        <w:t>this and stand on it, in time we find that living as we should becomes as easy as breathing. All we have to do is yield to His hand.</w:t>
      </w:r>
    </w:p>
    <w:p>
      <w:pPr>
        <w:widowControl/>
      </w:pPr>
      <w:r>
        <w:rPr>
          <w:rFonts w:ascii="Georgia" w:hAnsi="Georgia" w:eastAsia="Georgia"/>
          <w:b w:val="0"/>
          <w:i w:val="0"/>
          <w:sz w:val="21"/>
          <w:u w:val="none"/>
        </w:rPr>
        <w:t xml:space="preserve">Now I need to hear these words as much as anyone. Too often I take my eyes off of Jesus and my growth in Christ becomes a pattern of three steps forward and two back. For perfectionists it’s especially hard because they tend to be “all or nothing” people who think </w:t>
      </w:r>
      <w:r>
        <w:rPr>
          <w:rFonts w:ascii="Georgia" w:hAnsi="Georgia" w:eastAsia="Georgia"/>
          <w:b w:val="0"/>
          <w:i/>
          <w:sz w:val="21"/>
          <w:u w:val="none"/>
        </w:rPr>
        <w:t>any</w:t>
      </w:r>
      <w:r>
        <w:rPr>
          <w:rFonts w:ascii="Georgia" w:hAnsi="Georgia" w:eastAsia="Georgia"/>
          <w:b w:val="0"/>
          <w:i w:val="0"/>
          <w:sz w:val="21"/>
          <w:u w:val="none"/>
        </w:rPr>
        <w:t xml:space="preserve"> task worth doing at all is worth doing right, and when they fall off the horse it’s doubly hard to get back on.</w:t>
      </w:r>
    </w:p>
    <w:p>
      <w:pPr>
        <w:widowControl/>
      </w:pPr>
      <w:r>
        <w:rPr>
          <w:rFonts w:ascii="Georgia" w:hAnsi="Georgia" w:eastAsia="Georgia"/>
          <w:b w:val="0"/>
          <w:i w:val="0"/>
          <w:sz w:val="21"/>
          <w:u w:val="none"/>
        </w:rPr>
        <w:t xml:space="preserve">Paul said all of us have a perpetual battle going on within between the flesh and the spirit. As long as we live in these physical bodies that remain under the curse, we must fight this battle daily. God has given us armor and weapons for the spiritual warfare to fight this battle. These are resources available to </w:t>
      </w:r>
      <w:r>
        <w:rPr>
          <w:rFonts w:ascii="Georgia" w:hAnsi="Georgia" w:eastAsia="Georgia"/>
          <w:b w:val="0"/>
          <w:i/>
          <w:sz w:val="21"/>
          <w:u w:val="none"/>
        </w:rPr>
        <w:t>everyone</w:t>
      </w:r>
      <w:r>
        <w:rPr>
          <w:rFonts w:ascii="Georgia" w:hAnsi="Georgia" w:eastAsia="Georgia"/>
          <w:b w:val="0"/>
          <w:i w:val="0"/>
          <w:sz w:val="21"/>
          <w:u w:val="none"/>
        </w:rPr>
        <w:t>, so why don’t we avail ourselves of them? Because in order to make these resources ours and make use of them we must “take them up” and “put them on”. This involves a conscious choice – a commitment that must be continual. Every one involves a yielding</w:t>
      </w:r>
      <w:r>
        <w:rPr>
          <w:rFonts w:ascii="Georgia" w:hAnsi="Georgia" w:eastAsia="Georgia"/>
          <w:b w:val="0"/>
          <w:i w:val="0"/>
          <w:sz w:val="21"/>
          <w:u w:val="none"/>
        </w:rPr>
        <w:t xml:space="preserve"> of our will to </w:t>
      </w:r>
      <w:r>
        <w:rPr>
          <w:rFonts w:ascii="Georgia" w:hAnsi="Georgia" w:eastAsia="Georgia"/>
          <w:b w:val="0"/>
          <w:i/>
          <w:sz w:val="21"/>
          <w:u w:val="none"/>
        </w:rPr>
        <w:t>His</w:t>
      </w:r>
      <w:r>
        <w:rPr>
          <w:rFonts w:ascii="Georgia" w:hAnsi="Georgia" w:eastAsia="Georgia"/>
          <w:b w:val="0"/>
          <w:i w:val="0"/>
          <w:sz w:val="21"/>
          <w:u w:val="none"/>
        </w:rPr>
        <w:t xml:space="preserve"> will – and because of the independent creatures that we are; we don’t like to do that.</w:t>
      </w:r>
    </w:p>
    <w:p>
      <w:pPr>
        <w:widowControl/>
      </w:pPr>
      <w:r>
        <w:rPr>
          <w:rFonts w:ascii="Georgia" w:hAnsi="Georgia" w:eastAsia="Georgia"/>
          <w:b w:val="0"/>
          <w:i w:val="0"/>
          <w:sz w:val="21"/>
          <w:u w:val="none"/>
        </w:rPr>
        <w:t xml:space="preserve">No-one has to tell me what I </w:t>
      </w:r>
      <w:r>
        <w:rPr>
          <w:rFonts w:ascii="Georgia" w:hAnsi="Georgia" w:eastAsia="Georgia"/>
          <w:b w:val="0"/>
          <w:i/>
          <w:sz w:val="21"/>
          <w:u w:val="none"/>
        </w:rPr>
        <w:t>should</w:t>
      </w:r>
      <w:r>
        <w:rPr>
          <w:rFonts w:ascii="Georgia" w:hAnsi="Georgia" w:eastAsia="Georgia"/>
          <w:b w:val="0"/>
          <w:i w:val="0"/>
          <w:sz w:val="21"/>
          <w:u w:val="none"/>
        </w:rPr>
        <w:t xml:space="preserve"> or </w:t>
      </w:r>
      <w:r>
        <w:rPr>
          <w:rFonts w:ascii="Georgia" w:hAnsi="Georgia" w:eastAsia="Georgia"/>
          <w:b w:val="0"/>
          <w:i/>
          <w:sz w:val="21"/>
          <w:u w:val="none"/>
        </w:rPr>
        <w:t>shouldn’t</w:t>
      </w:r>
      <w:r>
        <w:rPr>
          <w:rFonts w:ascii="Georgia" w:hAnsi="Georgia" w:eastAsia="Georgia"/>
          <w:b w:val="0"/>
          <w:i w:val="0"/>
          <w:sz w:val="21"/>
          <w:u w:val="none"/>
        </w:rPr>
        <w:t xml:space="preserve"> do – I already know that. So what’s the problem? I don’t even like to tell </w:t>
      </w:r>
      <w:r>
        <w:rPr>
          <w:rFonts w:ascii="Georgia" w:hAnsi="Georgia" w:eastAsia="Georgia"/>
          <w:b w:val="0"/>
          <w:i/>
          <w:sz w:val="21"/>
          <w:u w:val="none"/>
        </w:rPr>
        <w:t>myself</w:t>
      </w:r>
      <w:r>
        <w:rPr>
          <w:rFonts w:ascii="Georgia" w:hAnsi="Georgia" w:eastAsia="Georgia"/>
          <w:b w:val="0"/>
          <w:i w:val="0"/>
          <w:sz w:val="21"/>
          <w:u w:val="none"/>
        </w:rPr>
        <w:t xml:space="preserve"> I need to change because I don’t </w:t>
      </w:r>
      <w:r>
        <w:rPr>
          <w:rFonts w:ascii="Georgia" w:hAnsi="Georgia" w:eastAsia="Georgia"/>
          <w:b w:val="0"/>
          <w:i/>
          <w:sz w:val="21"/>
          <w:u w:val="none"/>
        </w:rPr>
        <w:t>like</w:t>
      </w:r>
      <w:r>
        <w:rPr>
          <w:rFonts w:ascii="Georgia" w:hAnsi="Georgia" w:eastAsia="Georgia"/>
          <w:b w:val="0"/>
          <w:i w:val="0"/>
          <w:sz w:val="21"/>
          <w:u w:val="none"/>
        </w:rPr>
        <w:t xml:space="preserve"> change. What I like is my daily routines and my physical comfort. Yet there is an enemy stronghold on the territory God says is rightfully mine, and even though my captain has given me all the equipment I need to demolish the stronghold, it has stood for over 50 years. I’ve become accustomed to it being part of the landscape – so much so that most of the time I forget it’s even there. But every once in a while it causes me problems. There are things I want to do and places I want to go, but I can’t because this stronghold is smack dab in the middle of the road. It looks harmless enough – yet I know if I am to move ahead in my Christian walk this roadblock has got to come down. So why don’t I just go ahead and smash it to bits? I can if I want to, so why don’t I want to? Well my </w:t>
      </w:r>
      <w:r>
        <w:rPr>
          <w:rFonts w:ascii="Georgia" w:hAnsi="Georgia" w:eastAsia="Georgia"/>
          <w:b w:val="0"/>
          <w:i/>
          <w:sz w:val="21"/>
          <w:u w:val="none"/>
        </w:rPr>
        <w:t>spirit does</w:t>
      </w:r>
      <w:r>
        <w:rPr>
          <w:rFonts w:ascii="Georgia" w:hAnsi="Georgia" w:eastAsia="Georgia"/>
          <w:b w:val="0"/>
          <w:i w:val="0"/>
          <w:sz w:val="21"/>
          <w:u w:val="none"/>
        </w:rPr>
        <w:t xml:space="preserve"> want to – it’s my flesh that’s the problem – because it would require me to change my way of living, and that’s not only uncomfortable – it’s hard work – and I’m just too tired. The thing is, I know if I just accept the status quo, it’s not going to even keep a holding pattern – it’s going to get worse, and I’m not going to get any more energy by passively waiting for it. If I put it off long enough there will come a point where I won’t even try anymore, and then it </w:t>
      </w:r>
      <w:r>
        <w:rPr>
          <w:rFonts w:ascii="Georgia" w:hAnsi="Georgia" w:eastAsia="Georgia"/>
          <w:b w:val="0"/>
          <w:i/>
          <w:sz w:val="21"/>
          <w:u w:val="none"/>
        </w:rPr>
        <w:t>will</w:t>
      </w:r>
      <w:r>
        <w:rPr>
          <w:rFonts w:ascii="Georgia" w:hAnsi="Georgia" w:eastAsia="Georgia"/>
          <w:b w:val="0"/>
          <w:i w:val="0"/>
          <w:sz w:val="21"/>
          <w:u w:val="none"/>
        </w:rPr>
        <w:t xml:space="preserve"> kill me.</w:t>
      </w:r>
    </w:p>
    <w:p>
      <w:pPr>
        <w:widowControl/>
      </w:pPr>
      <w:r>
        <w:rPr>
          <w:rFonts w:ascii="Georgia" w:hAnsi="Georgia" w:eastAsia="Georgia"/>
          <w:b w:val="0"/>
          <w:i w:val="0"/>
          <w:sz w:val="21"/>
          <w:u w:val="none"/>
        </w:rPr>
        <w:t xml:space="preserve">This scenario is the way it works with any besetting sin. It begins slowly and seems harmless at first, so we allow it to build until it has control over our lives. The media tells us the United States is now experiencing an epidemic of obesity even among our children. Overeating is </w:t>
      </w:r>
      <w:r>
        <w:rPr>
          <w:rFonts w:ascii="Georgia" w:hAnsi="Georgia" w:eastAsia="Georgia"/>
          <w:b w:val="0"/>
          <w:i/>
          <w:sz w:val="21"/>
          <w:u w:val="none"/>
        </w:rPr>
        <w:t>encouraged</w:t>
      </w:r>
      <w:r>
        <w:rPr>
          <w:rFonts w:ascii="Georgia" w:hAnsi="Georgia" w:eastAsia="Georgia"/>
          <w:b w:val="0"/>
          <w:i w:val="0"/>
          <w:sz w:val="21"/>
          <w:u w:val="none"/>
        </w:rPr>
        <w:t xml:space="preserve"> in our society and we don’t even think of it as a </w:t>
      </w:r>
      <w:r>
        <w:rPr>
          <w:rFonts w:ascii="Georgia" w:hAnsi="Georgia" w:eastAsia="Georgia"/>
          <w:b w:val="0"/>
          <w:i/>
          <w:sz w:val="21"/>
          <w:u w:val="none"/>
        </w:rPr>
        <w:t>sin</w:t>
      </w:r>
      <w:r>
        <w:rPr>
          <w:rFonts w:ascii="Georgia" w:hAnsi="Georgia" w:eastAsia="Georgia"/>
          <w:b w:val="0"/>
          <w:i w:val="0"/>
          <w:sz w:val="21"/>
          <w:u w:val="none"/>
        </w:rPr>
        <w:t>. But just like any other good gift God has given, eating can be abused, and when we eat more than our body needs to function the way God intended, we have crossed that line between eating to live and living to eat. Because the consequence is not immediate, we don’t mentally associate the extra cookie with the image we see in the mirror. It’s no different than the denial of a person with lung cancer who still smokes, or the alcoholic who sees no connection between that one drink in his hand and the disintegration of his home and his marriage.</w:t>
      </w:r>
    </w:p>
    <w:p>
      <w:pPr>
        <w:widowControl/>
      </w:pPr>
      <w:r>
        <w:rPr>
          <w:rFonts w:ascii="Georgia" w:hAnsi="Georgia" w:eastAsia="Georgia"/>
          <w:b w:val="0"/>
          <w:i w:val="0"/>
          <w:sz w:val="21"/>
          <w:u w:val="none"/>
        </w:rPr>
        <w:t xml:space="preserve">We all have a tendency when judging our </w:t>
      </w:r>
      <w:r>
        <w:rPr>
          <w:rFonts w:ascii="Georgia" w:hAnsi="Georgia" w:eastAsia="Georgia"/>
          <w:b w:val="0"/>
          <w:i/>
          <w:sz w:val="21"/>
          <w:u w:val="none"/>
        </w:rPr>
        <w:t>own</w:t>
      </w:r>
      <w:r>
        <w:rPr>
          <w:rFonts w:ascii="Georgia" w:hAnsi="Georgia" w:eastAsia="Georgia"/>
          <w:b w:val="0"/>
          <w:i w:val="0"/>
          <w:sz w:val="21"/>
          <w:u w:val="none"/>
        </w:rPr>
        <w:t xml:space="preserve"> character to compare ourselves to other people, and then we judge those other people because we see them caught in destructive habits and behaviors that </w:t>
      </w:r>
      <w:r>
        <w:rPr>
          <w:rFonts w:ascii="Georgia" w:hAnsi="Georgia" w:eastAsia="Georgia"/>
          <w:b w:val="0"/>
          <w:i/>
          <w:sz w:val="21"/>
          <w:u w:val="none"/>
        </w:rPr>
        <w:t>we</w:t>
      </w:r>
      <w:r>
        <w:rPr>
          <w:rFonts w:ascii="Georgia" w:hAnsi="Georgia" w:eastAsia="Georgia"/>
          <w:b w:val="0"/>
          <w:i w:val="0"/>
          <w:sz w:val="21"/>
          <w:u w:val="none"/>
        </w:rPr>
        <w:t xml:space="preserve"> are not naturally inclined to do. We think that makes us </w:t>
      </w:r>
      <w:r>
        <w:rPr>
          <w:rFonts w:ascii="Georgia" w:hAnsi="Georgia" w:eastAsia="Georgia"/>
          <w:b w:val="0"/>
          <w:i/>
          <w:sz w:val="21"/>
          <w:u w:val="none"/>
        </w:rPr>
        <w:t>better</w:t>
      </w:r>
      <w:r>
        <w:rPr>
          <w:rFonts w:ascii="Georgia" w:hAnsi="Georgia" w:eastAsia="Georgia"/>
          <w:b w:val="0"/>
          <w:i w:val="0"/>
          <w:sz w:val="21"/>
          <w:u w:val="none"/>
        </w:rPr>
        <w:t xml:space="preserve"> than they are. Charles Stanley says, “Don’t be fooled – the Father refuses to settle for humanity’s meager vision of “good enough”. God sees each believer as the person he or she </w:t>
      </w:r>
      <w:r>
        <w:rPr>
          <w:rFonts w:ascii="Georgia" w:hAnsi="Georgia" w:eastAsia="Georgia"/>
          <w:b w:val="0"/>
          <w:i/>
          <w:sz w:val="21"/>
          <w:u w:val="none"/>
        </w:rPr>
        <w:t>will</w:t>
      </w:r>
      <w:r>
        <w:rPr>
          <w:rFonts w:ascii="Georgia" w:hAnsi="Georgia" w:eastAsia="Georgia"/>
          <w:b w:val="0"/>
          <w:i w:val="0"/>
          <w:sz w:val="21"/>
          <w:u w:val="none"/>
        </w:rPr>
        <w:t xml:space="preserve"> be when fully yielded to Jesus Christ. He then sets about </w:t>
      </w:r>
      <w:r>
        <w:rPr>
          <w:rFonts w:ascii="Georgia" w:hAnsi="Georgia" w:eastAsia="Georgia"/>
          <w:b w:val="0"/>
          <w:i/>
          <w:sz w:val="21"/>
          <w:u w:val="none"/>
        </w:rPr>
        <w:t>achieving</w:t>
      </w:r>
      <w:r>
        <w:rPr>
          <w:rFonts w:ascii="Georgia" w:hAnsi="Georgia" w:eastAsia="Georgia"/>
          <w:b w:val="0"/>
          <w:i w:val="0"/>
          <w:sz w:val="21"/>
          <w:u w:val="none"/>
        </w:rPr>
        <w:t xml:space="preserve"> that complete renovation by transforming the individual’s present self into the image of His Son. We could say God is our “interior designer.” An essential step in remodeling involves removing whatever is unnecessary, damaged or outmoded. In our case, what must go are those areas of self-will. Being under construction is uncomfortable! God targets habits, attitudes and even relationships wherein we act independently of His purposes. Conforming our will to God’s changes who we are, and sometimes in the midst of our transformation, pain from His tools may temporarily obscure the beauty of His design. But </w:t>
      </w:r>
      <w:r>
        <w:rPr>
          <w:rFonts w:ascii="Georgia" w:hAnsi="Georgia" w:eastAsia="Georgia"/>
          <w:b w:val="0"/>
          <w:i/>
          <w:sz w:val="21"/>
          <w:u w:val="none"/>
        </w:rPr>
        <w:t>nothing</w:t>
      </w:r>
      <w:r>
        <w:rPr>
          <w:rFonts w:ascii="Georgia" w:hAnsi="Georgia" w:eastAsia="Georgia"/>
          <w:b w:val="0"/>
          <w:i w:val="0"/>
          <w:sz w:val="21"/>
          <w:u w:val="none"/>
        </w:rPr>
        <w:t xml:space="preserve"> is more splendid to God than committed, obey-at-all-costs followers. Jesus said, “Blessed are those who hunger and thirst for righteousness, for they shall be filled.” That’s what I want more than anything. How about you my friend? This new year are you willing to yield to His hand and “be transformed by the renewing of your mind”?</w:t>
      </w:r>
    </w:p>
    <w:p>
      <w:bookmarkStart w:id="8" w:name="reflection_07"/>
      <w:pPr>
        <w:pStyle w:val="Heading1"/>
      </w:pPr>
      <w:r>
        <w:rPr>
          <w:rFonts w:ascii="Georgia" w:hAnsi="Georgia" w:eastAsia="Georgia"/>
          <w:b/>
          <w:color w:val="226FA4"/>
          <w:sz w:val="34"/>
        </w:rPr>
        <w:t>Epiphany</w:t>
      </w:r>
      <w:bookmarkEnd w:id="8"/>
    </w:p>
    <w:p>
      <w:pPr>
        <w:widowControl/>
      </w:pPr>
      <w:r>
        <w:rPr>
          <w:rFonts w:ascii="Georgia" w:hAnsi="Georgia" w:eastAsia="Georgia"/>
          <w:b w:val="0"/>
          <w:i w:val="0"/>
          <w:sz w:val="21"/>
          <w:u w:val="none"/>
        </w:rPr>
        <w:t>This Tuesday will be the 12</w:t>
      </w:r>
      <w:r>
        <w:rPr>
          <w:rFonts w:ascii="Georgia" w:hAnsi="Georgia" w:eastAsia="Georgia"/>
          <w:b w:val="0"/>
          <w:i w:val="0"/>
          <w:sz w:val="21"/>
          <w:u w:val="none"/>
          <w:vertAlign w:val="superscript"/>
        </w:rPr>
        <w:t>th</w:t>
      </w:r>
      <w:r>
        <w:rPr>
          <w:rFonts w:ascii="Georgia" w:hAnsi="Georgia" w:eastAsia="Georgia"/>
          <w:b w:val="0"/>
          <w:i w:val="0"/>
          <w:sz w:val="21"/>
          <w:u w:val="none"/>
        </w:rPr>
        <w:t xml:space="preserve"> day after Christmas. T</w:t>
      </w:r>
      <w:r>
        <w:rPr>
          <w:rFonts w:ascii="Georgia" w:hAnsi="Georgia" w:eastAsia="Georgia"/>
          <w:b w:val="0"/>
          <w:i w:val="0"/>
          <w:sz w:val="21"/>
          <w:u w:val="none"/>
        </w:rPr>
        <w:t>h</w:t>
      </w:r>
      <w:r>
        <w:rPr>
          <w:rFonts w:ascii="Georgia" w:hAnsi="Georgia" w:eastAsia="Georgia"/>
          <w:b w:val="0"/>
          <w:i w:val="0"/>
          <w:sz w:val="21"/>
          <w:u w:val="none"/>
        </w:rPr>
        <w:t>is is called “Epiphany”. We don’t hear much about Epiphany anymore in America – there are probably many church-goers even who have no idea what it’s about, if they have ever even heard the word. But if your ancestors came from Europe – especially from the British Isles, they could have told you all about this special day. They celebrated the twelve days of Christmas which began with Christmas Day and ended January 6</w:t>
      </w:r>
      <w:r>
        <w:rPr>
          <w:rFonts w:ascii="Georgia" w:hAnsi="Georgia" w:eastAsia="Georgia"/>
          <w:b w:val="0"/>
          <w:i w:val="0"/>
          <w:sz w:val="21"/>
          <w:u w:val="none"/>
          <w:vertAlign w:val="superscript"/>
        </w:rPr>
        <w:t>th</w:t>
      </w:r>
      <w:r>
        <w:rPr>
          <w:rFonts w:ascii="Georgia" w:hAnsi="Georgia" w:eastAsia="Georgia"/>
          <w:b w:val="0"/>
          <w:i w:val="0"/>
          <w:sz w:val="21"/>
          <w:u w:val="none"/>
        </w:rPr>
        <w:t xml:space="preserve"> with Epiphany, the day tradition says the Magi came from the East to worship the Christ child. Now no-one knows for sure if they did </w:t>
      </w:r>
      <w:r>
        <w:rPr>
          <w:rFonts w:ascii="Georgia" w:hAnsi="Georgia" w:eastAsia="Georgia"/>
          <w:b w:val="0"/>
          <w:i/>
          <w:sz w:val="21"/>
          <w:u w:val="none"/>
        </w:rPr>
        <w:t xml:space="preserve">not </w:t>
      </w:r>
      <w:r>
        <w:rPr>
          <w:rFonts w:ascii="Georgia" w:hAnsi="Georgia" w:eastAsia="Georgia"/>
          <w:b w:val="0"/>
          <w:i w:val="0"/>
          <w:sz w:val="21"/>
          <w:u w:val="none"/>
        </w:rPr>
        <w:t>come on Christmas Eve on the heels of the shepherds as so often portrayed in contemporary manger scenes and Christmas pageants. Jesus could have been a year old, or even two, when they came, based on the information they gave to Herod. Luke’s gospel is the only one to tell the account of Jesus’ birth and the visitation of shepherds, and it makes no mention of the miraculous star that appeared in the East or of the men who followed it. You will find that story in the 2</w:t>
      </w:r>
      <w:r>
        <w:rPr>
          <w:rFonts w:ascii="Georgia" w:hAnsi="Georgia" w:eastAsia="Georgia"/>
          <w:b w:val="0"/>
          <w:i w:val="0"/>
          <w:sz w:val="21"/>
          <w:u w:val="none"/>
          <w:vertAlign w:val="superscript"/>
        </w:rPr>
        <w:t>nd</w:t>
      </w:r>
      <w:r>
        <w:rPr>
          <w:rFonts w:ascii="Georgia" w:hAnsi="Georgia" w:eastAsia="Georgia"/>
          <w:b w:val="0"/>
          <w:i w:val="0"/>
          <w:sz w:val="21"/>
          <w:u w:val="none"/>
        </w:rPr>
        <w:t xml:space="preserve"> chapter of Matthew. You won’t find the </w:t>
      </w:r>
      <w:r>
        <w:rPr>
          <w:rFonts w:ascii="Georgia" w:hAnsi="Georgia" w:eastAsia="Georgia"/>
          <w:b w:val="0"/>
          <w:i/>
          <w:sz w:val="21"/>
          <w:u w:val="none"/>
        </w:rPr>
        <w:t xml:space="preserve">word </w:t>
      </w:r>
      <w:r>
        <w:rPr>
          <w:rFonts w:ascii="Georgia" w:hAnsi="Georgia" w:eastAsia="Georgia"/>
          <w:b w:val="0"/>
          <w:i w:val="0"/>
          <w:sz w:val="21"/>
          <w:u w:val="none"/>
        </w:rPr>
        <w:t>“Epiphany” there, but Epiphany means “revelation” or “enlightenment”, and that is certainly what it was – first to these “men of the East” as they were called, and then to the entire Gentile world, which includes you and me.</w:t>
      </w:r>
    </w:p>
    <w:p>
      <w:pPr>
        <w:widowControl/>
      </w:pPr>
      <w:r>
        <w:rPr>
          <w:rFonts w:ascii="Georgia" w:hAnsi="Georgia" w:eastAsia="Georgia"/>
          <w:b w:val="0"/>
          <w:i w:val="0"/>
          <w:sz w:val="21"/>
          <w:u w:val="none"/>
        </w:rPr>
        <w:t xml:space="preserve">Who were these “Magi”? Where did they come from and how is it that they knew of a prophecy given to Israel seven centuries earlier? Some Bible translations call them “wise men”, which they certainly were, but they were more than that. “Magi” were an ancient tribe from Media or Persia, which is modern-day Iran. They were priests who studied the stars – astronomers and maybe astrologers as well who may have known nothing at all about the true God, but they did know about the prophecies that a king would arise in Israel – perhaps from stories handed down from when the Jews were captives in Babylon. When they saw this unusual star that “moved,” they knew it was an omen – a “sign” that heralded the birth of this king, and it was headed toward Israel. So, they set out by caravan to follow it, for hundreds of miles over rocks and desert. Jerusalem was their destination, for what more logical city to find a king (or perhaps at least find out </w:t>
      </w:r>
      <w:r>
        <w:rPr>
          <w:rFonts w:ascii="Georgia" w:hAnsi="Georgia" w:eastAsia="Georgia"/>
          <w:b w:val="0"/>
          <w:i/>
          <w:sz w:val="21"/>
          <w:u w:val="none"/>
        </w:rPr>
        <w:t xml:space="preserve">about </w:t>
      </w:r>
      <w:r>
        <w:rPr>
          <w:rFonts w:ascii="Georgia" w:hAnsi="Georgia" w:eastAsia="Georgia"/>
          <w:b w:val="0"/>
          <w:i w:val="0"/>
          <w:sz w:val="21"/>
          <w:u w:val="none"/>
        </w:rPr>
        <w:t xml:space="preserve">Him). Matthew says, “Magi from the east came to Jerusalem and asked, ‘Where is the one who has been born king of the Jews? We saw His star in the east and have come to worship Him.’ Now when King Herod heard this he was disturbed, and all Jerusalem with him. When he had called together all the chief priests and teachers of the law, he asked them where the Christ was to be born. ‘In Bethlehem in Judea!’ they replied, ‘for this is what the prophet has written: “But </w:t>
      </w:r>
      <w:r>
        <w:rPr>
          <w:rFonts w:ascii="Georgia" w:hAnsi="Georgia" w:eastAsia="Georgia"/>
          <w:b w:val="0"/>
          <w:i/>
          <w:sz w:val="21"/>
          <w:u w:val="none"/>
        </w:rPr>
        <w:t xml:space="preserve">you, </w:t>
      </w:r>
      <w:r>
        <w:rPr>
          <w:rFonts w:ascii="Georgia" w:hAnsi="Georgia" w:eastAsia="Georgia"/>
          <w:b w:val="0"/>
          <w:i w:val="0"/>
          <w:sz w:val="21"/>
          <w:u w:val="none"/>
        </w:rPr>
        <w:t xml:space="preserve">Bethlehem, in the land of Judah, are by no means least among the rulers of Judah; for out of </w:t>
      </w:r>
      <w:r>
        <w:rPr>
          <w:rFonts w:ascii="Georgia" w:hAnsi="Georgia" w:eastAsia="Georgia"/>
          <w:b w:val="0"/>
          <w:i/>
          <w:sz w:val="21"/>
          <w:u w:val="none"/>
        </w:rPr>
        <w:t xml:space="preserve">you </w:t>
      </w:r>
      <w:r>
        <w:rPr>
          <w:rFonts w:ascii="Georgia" w:hAnsi="Georgia" w:eastAsia="Georgia"/>
          <w:b w:val="0"/>
          <w:i w:val="0"/>
          <w:sz w:val="21"/>
          <w:u w:val="none"/>
        </w:rPr>
        <w:t xml:space="preserve">will come a ruler who will be the shepherd of my people Israel.” Then Herod called the Magi (secretly) and found out from them the exact time the star had appeared. He </w:t>
      </w:r>
      <w:r>
        <w:rPr>
          <w:rFonts w:ascii="Georgia" w:hAnsi="Georgia" w:eastAsia="Georgia"/>
          <w:b w:val="0"/>
          <w:i/>
          <w:sz w:val="21"/>
          <w:u w:val="none"/>
        </w:rPr>
        <w:t xml:space="preserve">sent </w:t>
      </w:r>
      <w:r>
        <w:rPr>
          <w:rFonts w:ascii="Georgia" w:hAnsi="Georgia" w:eastAsia="Georgia"/>
          <w:b w:val="0"/>
          <w:i w:val="0"/>
          <w:sz w:val="21"/>
          <w:u w:val="none"/>
        </w:rPr>
        <w:t xml:space="preserve">them to Bethlehem and said, ‘Go and make a careful search for the child. As soon as you find him, report to me, so that I too may go and worship him.’ After they had heard the king, they went on their way, and the star they had seen in the east went </w:t>
      </w:r>
      <w:r>
        <w:rPr>
          <w:rFonts w:ascii="Georgia" w:hAnsi="Georgia" w:eastAsia="Georgia"/>
          <w:b w:val="0"/>
          <w:i/>
          <w:sz w:val="21"/>
          <w:u w:val="none"/>
        </w:rPr>
        <w:t xml:space="preserve">ahead </w:t>
      </w:r>
      <w:r>
        <w:rPr>
          <w:rFonts w:ascii="Georgia" w:hAnsi="Georgia" w:eastAsia="Georgia"/>
          <w:b w:val="0"/>
          <w:i w:val="0"/>
          <w:sz w:val="21"/>
          <w:u w:val="none"/>
        </w:rPr>
        <w:t xml:space="preserve">of them until it stopped over the place where the child was. When they saw the star, they were overjoyed. On coming into the </w:t>
      </w:r>
      <w:r>
        <w:rPr>
          <w:rFonts w:ascii="Georgia" w:hAnsi="Georgia" w:eastAsia="Georgia"/>
          <w:b w:val="0"/>
          <w:i/>
          <w:sz w:val="21"/>
          <w:u w:val="none"/>
        </w:rPr>
        <w:t xml:space="preserve">house, </w:t>
      </w:r>
      <w:r>
        <w:rPr>
          <w:rFonts w:ascii="Georgia" w:hAnsi="Georgia" w:eastAsia="Georgia"/>
          <w:b w:val="0"/>
          <w:i w:val="0"/>
          <w:sz w:val="21"/>
          <w:u w:val="none"/>
        </w:rPr>
        <w:t xml:space="preserve">they saw the child with His mother, Mary, and they bowed down and worshiped Him. Then they opened their treasures and presented him with gifts of gold and frankincense and myrrh. And having been warned in a dream </w:t>
      </w:r>
      <w:r>
        <w:rPr>
          <w:rFonts w:ascii="Georgia" w:hAnsi="Georgia" w:eastAsia="Georgia"/>
          <w:b w:val="0"/>
          <w:i/>
          <w:sz w:val="21"/>
          <w:u w:val="none"/>
        </w:rPr>
        <w:t xml:space="preserve">not </w:t>
      </w:r>
      <w:r>
        <w:rPr>
          <w:rFonts w:ascii="Georgia" w:hAnsi="Georgia" w:eastAsia="Georgia"/>
          <w:b w:val="0"/>
          <w:i w:val="0"/>
          <w:sz w:val="21"/>
          <w:u w:val="none"/>
        </w:rPr>
        <w:t>to go back to Herod, they returned to their country by another route.”</w:t>
      </w:r>
    </w:p>
    <w:p>
      <w:pPr>
        <w:widowControl/>
      </w:pPr>
      <w:r>
        <w:rPr>
          <w:rFonts w:ascii="Georgia" w:hAnsi="Georgia" w:eastAsia="Georgia"/>
          <w:b w:val="0"/>
          <w:i/>
          <w:sz w:val="21"/>
          <w:u w:val="none"/>
        </w:rPr>
        <w:t xml:space="preserve">We </w:t>
      </w:r>
      <w:r>
        <w:rPr>
          <w:rFonts w:ascii="Georgia" w:hAnsi="Georgia" w:eastAsia="Georgia"/>
          <w:b w:val="0"/>
          <w:i w:val="0"/>
          <w:sz w:val="21"/>
          <w:u w:val="none"/>
        </w:rPr>
        <w:t xml:space="preserve">know Herod had no intention of </w:t>
      </w:r>
      <w:r>
        <w:rPr>
          <w:rFonts w:ascii="Georgia" w:hAnsi="Georgia" w:eastAsia="Georgia"/>
          <w:b w:val="0"/>
          <w:i w:val="0"/>
          <w:sz w:val="21"/>
          <w:u w:val="none"/>
        </w:rPr>
        <w:t>worshiping</w:t>
      </w:r>
      <w:r>
        <w:rPr>
          <w:rFonts w:ascii="Georgia" w:hAnsi="Georgia" w:eastAsia="Georgia"/>
          <w:b w:val="0"/>
          <w:i w:val="0"/>
          <w:sz w:val="21"/>
          <w:u w:val="none"/>
        </w:rPr>
        <w:t xml:space="preserve"> that child he thought was a threat to his throne, and of </w:t>
      </w:r>
      <w:r>
        <w:rPr>
          <w:rFonts w:ascii="Georgia" w:hAnsi="Georgia" w:eastAsia="Georgia"/>
          <w:b w:val="0"/>
          <w:i/>
          <w:sz w:val="21"/>
          <w:u w:val="none"/>
        </w:rPr>
        <w:t xml:space="preserve">course God </w:t>
      </w:r>
      <w:r>
        <w:rPr>
          <w:rFonts w:ascii="Georgia" w:hAnsi="Georgia" w:eastAsia="Georgia"/>
          <w:b w:val="0"/>
          <w:i w:val="0"/>
          <w:sz w:val="21"/>
          <w:u w:val="none"/>
        </w:rPr>
        <w:t>knew it and knew also what Herod was about to do. So, He warned the Magi not to go back, and He warned Joseph that Herod had a contract out on that child, and they must flee to Egypt that very night. Every baby boy in Bethlehem under 2 years old was slaughtered and Herod was no doubt satisfied he had nipped that problem in the bud.</w:t>
      </w:r>
    </w:p>
    <w:p>
      <w:pPr>
        <w:widowControl/>
      </w:pPr>
      <w:r>
        <w:rPr>
          <w:rFonts w:ascii="Georgia" w:hAnsi="Georgia" w:eastAsia="Georgia"/>
          <w:b w:val="0"/>
          <w:i w:val="0"/>
          <w:sz w:val="21"/>
          <w:u w:val="none"/>
        </w:rPr>
        <w:t xml:space="preserve">Now as those wise men returned to their own country, they would have been overjoyed that they could report back the success of their quest – they had indeed found the king. Here is another place I think it’s safe to read between the lines and surmise the conversation that would have taken place in that house in Bethlehem between these visitors from afar and their hosts, Mary and Joseph. Certainly, the couple knew this was no ordinary visit, but these men had been sent by God just as the shepherds were that night. Would they have let them see Jesus and accepted their generous gifts and then just sent them on their way? I don’t think so. Surely, they must have talked at length – the magi telling of this supernatural star that had guided them there – how and when they had first seen it and how they remembered the prophecies they had heard and decided it was well worth checking out. Now that they had seen Him with their own eyes, they believed He was indeed the one they had been seeking. Would Mary and Joseph let them go then without filling them in on the rest of the story? I believe by the time the caravan saddled up and were on their way, </w:t>
      </w:r>
      <w:r>
        <w:rPr>
          <w:rFonts w:ascii="Georgia" w:hAnsi="Georgia" w:eastAsia="Georgia"/>
          <w:b w:val="0"/>
          <w:i/>
          <w:sz w:val="21"/>
          <w:u w:val="none"/>
        </w:rPr>
        <w:t xml:space="preserve">all </w:t>
      </w:r>
      <w:r>
        <w:rPr>
          <w:rFonts w:ascii="Georgia" w:hAnsi="Georgia" w:eastAsia="Georgia"/>
          <w:b w:val="0"/>
          <w:i w:val="0"/>
          <w:sz w:val="21"/>
          <w:u w:val="none"/>
        </w:rPr>
        <w:t xml:space="preserve">of them had experienced an epiphany – a brand new revelation never heard in Israel before – that the Messiah who came through the Jews was not sent just </w:t>
      </w:r>
      <w:r>
        <w:rPr>
          <w:rFonts w:ascii="Georgia" w:hAnsi="Georgia" w:eastAsia="Georgia"/>
          <w:b w:val="0"/>
          <w:i/>
          <w:sz w:val="21"/>
          <w:u w:val="none"/>
        </w:rPr>
        <w:t xml:space="preserve">for </w:t>
      </w:r>
      <w:r>
        <w:rPr>
          <w:rFonts w:ascii="Georgia" w:hAnsi="Georgia" w:eastAsia="Georgia"/>
          <w:b w:val="0"/>
          <w:i w:val="0"/>
          <w:sz w:val="21"/>
          <w:u w:val="none"/>
        </w:rPr>
        <w:t xml:space="preserve">the Jews – He was sent to be the Savior of </w:t>
      </w:r>
      <w:r>
        <w:rPr>
          <w:rFonts w:ascii="Georgia" w:hAnsi="Georgia" w:eastAsia="Georgia"/>
          <w:b w:val="0"/>
          <w:i/>
          <w:sz w:val="21"/>
          <w:u w:val="none"/>
        </w:rPr>
        <w:t xml:space="preserve">everyone </w:t>
      </w:r>
      <w:r>
        <w:rPr>
          <w:rFonts w:ascii="Georgia" w:hAnsi="Georgia" w:eastAsia="Georgia"/>
          <w:b w:val="0"/>
          <w:i w:val="0"/>
          <w:sz w:val="21"/>
          <w:u w:val="none"/>
        </w:rPr>
        <w:t>– both Jew and Gentile – carpenters and shepherds, wise men and kings, fishermen and tax collectors, lepers and Samaritans, scribes and pharisees, robbers and prostitutes and even the hated Romans. How many people were there back in that eastern land who became believers because of the testimony of some wise star-gazers who believed a prophecy? And as Mary and Joseph embarked on another journey of their own to fulfill yet another prophecy (“Out of Egypt have I called My Son”) I have no doubt that again Mary kept all these things and pondered them in her heart.</w:t>
      </w:r>
    </w:p>
    <w:p>
      <w:pPr>
        <w:widowControl/>
      </w:pPr>
      <w:r>
        <w:rPr>
          <w:rFonts w:ascii="Georgia" w:hAnsi="Georgia" w:eastAsia="Georgia"/>
          <w:b w:val="0"/>
          <w:i w:val="0"/>
          <w:sz w:val="21"/>
          <w:u w:val="none"/>
        </w:rPr>
        <w:t xml:space="preserve">How often do we hear, especially in our time, of political correctness that there are many paths to God and no one religion has a monopoly on the truth? Yet Christianity is unique – it is different from </w:t>
      </w:r>
      <w:r>
        <w:rPr>
          <w:rFonts w:ascii="Georgia" w:hAnsi="Georgia" w:eastAsia="Georgia"/>
          <w:b w:val="0"/>
          <w:i/>
          <w:sz w:val="21"/>
          <w:u w:val="none"/>
        </w:rPr>
        <w:t xml:space="preserve">every </w:t>
      </w:r>
      <w:r>
        <w:rPr>
          <w:rFonts w:ascii="Georgia" w:hAnsi="Georgia" w:eastAsia="Georgia"/>
          <w:b w:val="0"/>
          <w:i w:val="0"/>
          <w:sz w:val="21"/>
          <w:u w:val="none"/>
        </w:rPr>
        <w:t xml:space="preserve">other religion in the world, for it is the </w:t>
      </w:r>
      <w:r>
        <w:rPr>
          <w:rFonts w:ascii="Georgia" w:hAnsi="Georgia" w:eastAsia="Georgia"/>
          <w:b w:val="0"/>
          <w:i/>
          <w:sz w:val="21"/>
          <w:u w:val="none"/>
        </w:rPr>
        <w:t xml:space="preserve">only </w:t>
      </w:r>
      <w:r>
        <w:rPr>
          <w:rFonts w:ascii="Georgia" w:hAnsi="Georgia" w:eastAsia="Georgia"/>
          <w:b w:val="0"/>
          <w:i w:val="0"/>
          <w:sz w:val="21"/>
          <w:u w:val="none"/>
        </w:rPr>
        <w:t xml:space="preserve">one that says salvation cannot be earned. It is the </w:t>
      </w:r>
      <w:r>
        <w:rPr>
          <w:rFonts w:ascii="Georgia" w:hAnsi="Georgia" w:eastAsia="Georgia"/>
          <w:b w:val="0"/>
          <w:i/>
          <w:sz w:val="21"/>
          <w:u w:val="none"/>
        </w:rPr>
        <w:t xml:space="preserve">only </w:t>
      </w:r>
      <w:r>
        <w:rPr>
          <w:rFonts w:ascii="Georgia" w:hAnsi="Georgia" w:eastAsia="Georgia"/>
          <w:b w:val="0"/>
          <w:i w:val="0"/>
          <w:sz w:val="21"/>
          <w:u w:val="none"/>
        </w:rPr>
        <w:t>one that teaches that God loves every one of His creation so much that He was willing to enter Himself</w:t>
      </w:r>
      <w:r>
        <w:rPr>
          <w:rFonts w:ascii="Georgia" w:hAnsi="Georgia" w:eastAsia="Georgia"/>
          <w:b w:val="0"/>
          <w:i/>
          <w:sz w:val="21"/>
          <w:u w:val="none"/>
        </w:rPr>
        <w:t xml:space="preserve"> </w:t>
      </w:r>
      <w:r>
        <w:rPr>
          <w:rFonts w:ascii="Georgia" w:hAnsi="Georgia" w:eastAsia="Georgia"/>
          <w:b w:val="0"/>
          <w:i w:val="0"/>
          <w:sz w:val="21"/>
          <w:u w:val="none"/>
        </w:rPr>
        <w:t xml:space="preserve">into the constraints of a human body in order to take upon </w:t>
      </w:r>
      <w:r>
        <w:rPr>
          <w:rFonts w:ascii="Georgia" w:hAnsi="Georgia" w:eastAsia="Georgia"/>
          <w:b w:val="0"/>
          <w:i/>
          <w:sz w:val="21"/>
          <w:u w:val="none"/>
        </w:rPr>
        <w:t xml:space="preserve">Himself </w:t>
      </w:r>
      <w:r>
        <w:rPr>
          <w:rFonts w:ascii="Georgia" w:hAnsi="Georgia" w:eastAsia="Georgia"/>
          <w:b w:val="0"/>
          <w:i w:val="0"/>
          <w:sz w:val="21"/>
          <w:u w:val="none"/>
        </w:rPr>
        <w:t xml:space="preserve">the penalty for sin </w:t>
      </w:r>
      <w:r>
        <w:rPr>
          <w:rFonts w:ascii="Georgia" w:hAnsi="Georgia" w:eastAsia="Georgia"/>
          <w:b w:val="0"/>
          <w:i/>
          <w:sz w:val="21"/>
          <w:u w:val="none"/>
        </w:rPr>
        <w:t xml:space="preserve">we </w:t>
      </w:r>
      <w:r>
        <w:rPr>
          <w:rFonts w:ascii="Georgia" w:hAnsi="Georgia" w:eastAsia="Georgia"/>
          <w:b w:val="0"/>
          <w:i w:val="0"/>
          <w:sz w:val="21"/>
          <w:u w:val="none"/>
        </w:rPr>
        <w:t xml:space="preserve">committed. He has paid the price for us! There is not a thing we can do to make ourselves more acceptable to God than we already are through the blood of Christ. And neither is there anything we can do that will make Him </w:t>
      </w:r>
      <w:r>
        <w:rPr>
          <w:rFonts w:ascii="Georgia" w:hAnsi="Georgia" w:eastAsia="Georgia"/>
          <w:b w:val="0"/>
          <w:i/>
          <w:sz w:val="21"/>
          <w:u w:val="none"/>
        </w:rPr>
        <w:t xml:space="preserve">love </w:t>
      </w:r>
      <w:r>
        <w:rPr>
          <w:rFonts w:ascii="Georgia" w:hAnsi="Georgia" w:eastAsia="Georgia"/>
          <w:b w:val="0"/>
          <w:i w:val="0"/>
          <w:sz w:val="21"/>
          <w:u w:val="none"/>
        </w:rPr>
        <w:t xml:space="preserve">us any </w:t>
      </w:r>
      <w:r>
        <w:rPr>
          <w:rFonts w:ascii="Georgia" w:hAnsi="Georgia" w:eastAsia="Georgia"/>
          <w:b w:val="0"/>
          <w:i/>
          <w:sz w:val="21"/>
          <w:u w:val="none"/>
        </w:rPr>
        <w:t xml:space="preserve">less. </w:t>
      </w:r>
      <w:r>
        <w:rPr>
          <w:rFonts w:ascii="Georgia" w:hAnsi="Georgia" w:eastAsia="Georgia"/>
          <w:b w:val="0"/>
          <w:i w:val="0"/>
          <w:sz w:val="21"/>
          <w:u w:val="none"/>
        </w:rPr>
        <w:t xml:space="preserve">Salvation is a free gift of equal opportunity to </w:t>
      </w:r>
      <w:r>
        <w:rPr>
          <w:rFonts w:ascii="Georgia" w:hAnsi="Georgia" w:eastAsia="Georgia"/>
          <w:b w:val="0"/>
          <w:i/>
          <w:sz w:val="21"/>
          <w:u w:val="none"/>
        </w:rPr>
        <w:t xml:space="preserve">everyone </w:t>
      </w:r>
      <w:r>
        <w:rPr>
          <w:rFonts w:ascii="Georgia" w:hAnsi="Georgia" w:eastAsia="Georgia"/>
          <w:b w:val="0"/>
          <w:i w:val="0"/>
          <w:sz w:val="21"/>
          <w:u w:val="none"/>
        </w:rPr>
        <w:t xml:space="preserve">(no exceptions). So, if we are saved or not depends </w:t>
      </w:r>
      <w:r>
        <w:rPr>
          <w:rFonts w:ascii="Georgia" w:hAnsi="Georgia" w:eastAsia="Georgia"/>
          <w:b w:val="0"/>
          <w:i/>
          <w:sz w:val="21"/>
          <w:u w:val="none"/>
        </w:rPr>
        <w:t xml:space="preserve">not </w:t>
      </w:r>
      <w:r>
        <w:rPr>
          <w:rFonts w:ascii="Georgia" w:hAnsi="Georgia" w:eastAsia="Georgia"/>
          <w:b w:val="0"/>
          <w:i w:val="0"/>
          <w:sz w:val="21"/>
          <w:u w:val="none"/>
        </w:rPr>
        <w:t xml:space="preserve">on what we </w:t>
      </w:r>
      <w:r>
        <w:rPr>
          <w:rFonts w:ascii="Georgia" w:hAnsi="Georgia" w:eastAsia="Georgia"/>
          <w:b w:val="0"/>
          <w:i/>
          <w:sz w:val="21"/>
          <w:u w:val="none"/>
        </w:rPr>
        <w:t xml:space="preserve">do </w:t>
      </w:r>
      <w:r>
        <w:rPr>
          <w:rFonts w:ascii="Georgia" w:hAnsi="Georgia" w:eastAsia="Georgia"/>
          <w:b w:val="0"/>
          <w:i w:val="0"/>
          <w:sz w:val="21"/>
          <w:u w:val="none"/>
        </w:rPr>
        <w:t xml:space="preserve">but on what we </w:t>
      </w:r>
      <w:r>
        <w:rPr>
          <w:rFonts w:ascii="Georgia" w:hAnsi="Georgia" w:eastAsia="Georgia"/>
          <w:b w:val="0"/>
          <w:i/>
          <w:sz w:val="21"/>
          <w:u w:val="none"/>
        </w:rPr>
        <w:t xml:space="preserve">believe. </w:t>
      </w:r>
      <w:r>
        <w:rPr>
          <w:rFonts w:ascii="Georgia" w:hAnsi="Georgia" w:eastAsia="Georgia"/>
          <w:b w:val="0"/>
          <w:i w:val="0"/>
          <w:sz w:val="21"/>
          <w:u w:val="none"/>
        </w:rPr>
        <w:t xml:space="preserve">It is already done. And it is an insult to God for us to try to enter into His presence by any door other than the one He has already opened. Peter tells us “there is </w:t>
      </w:r>
      <w:r>
        <w:rPr>
          <w:rFonts w:ascii="Georgia" w:hAnsi="Georgia" w:eastAsia="Georgia"/>
          <w:b w:val="0"/>
          <w:i/>
          <w:sz w:val="21"/>
          <w:u w:val="none"/>
        </w:rPr>
        <w:t xml:space="preserve">no other </w:t>
      </w:r>
      <w:r>
        <w:rPr>
          <w:rFonts w:ascii="Georgia" w:hAnsi="Georgia" w:eastAsia="Georgia"/>
          <w:b w:val="0"/>
          <w:i w:val="0"/>
          <w:sz w:val="21"/>
          <w:u w:val="none"/>
        </w:rPr>
        <w:t xml:space="preserve">name given among men by which we </w:t>
      </w:r>
      <w:r>
        <w:rPr>
          <w:rFonts w:ascii="Georgia" w:hAnsi="Georgia" w:eastAsia="Georgia"/>
          <w:b w:val="0"/>
          <w:i/>
          <w:sz w:val="21"/>
          <w:u w:val="none"/>
        </w:rPr>
        <w:t xml:space="preserve">must </w:t>
      </w:r>
      <w:r>
        <w:rPr>
          <w:rFonts w:ascii="Georgia" w:hAnsi="Georgia" w:eastAsia="Georgia"/>
          <w:b w:val="0"/>
          <w:i w:val="0"/>
          <w:sz w:val="21"/>
          <w:u w:val="none"/>
        </w:rPr>
        <w:t xml:space="preserve">be saved”, and Jesus Himself said, “I am the </w:t>
      </w:r>
      <w:r>
        <w:rPr>
          <w:rFonts w:ascii="Georgia" w:hAnsi="Georgia" w:eastAsia="Georgia"/>
          <w:b w:val="0"/>
          <w:i/>
          <w:sz w:val="21"/>
          <w:u w:val="none"/>
        </w:rPr>
        <w:t xml:space="preserve">Way, </w:t>
      </w:r>
      <w:r>
        <w:rPr>
          <w:rFonts w:ascii="Georgia" w:hAnsi="Georgia" w:eastAsia="Georgia"/>
          <w:b w:val="0"/>
          <w:i w:val="0"/>
          <w:sz w:val="21"/>
          <w:u w:val="none"/>
        </w:rPr>
        <w:t xml:space="preserve">the </w:t>
      </w:r>
      <w:r>
        <w:rPr>
          <w:rFonts w:ascii="Georgia" w:hAnsi="Georgia" w:eastAsia="Georgia"/>
          <w:b w:val="0"/>
          <w:i/>
          <w:sz w:val="21"/>
          <w:u w:val="none"/>
        </w:rPr>
        <w:t xml:space="preserve">Truth </w:t>
      </w:r>
      <w:r>
        <w:rPr>
          <w:rFonts w:ascii="Georgia" w:hAnsi="Georgia" w:eastAsia="Georgia"/>
          <w:b w:val="0"/>
          <w:i w:val="0"/>
          <w:sz w:val="21"/>
          <w:u w:val="none"/>
        </w:rPr>
        <w:t xml:space="preserve">and the </w:t>
      </w:r>
      <w:r>
        <w:rPr>
          <w:rFonts w:ascii="Georgia" w:hAnsi="Georgia" w:eastAsia="Georgia"/>
          <w:b w:val="0"/>
          <w:i/>
          <w:sz w:val="21"/>
          <w:u w:val="none"/>
        </w:rPr>
        <w:t xml:space="preserve">life. </w:t>
      </w:r>
      <w:r>
        <w:rPr>
          <w:rFonts w:ascii="Georgia" w:hAnsi="Georgia" w:eastAsia="Georgia"/>
          <w:b w:val="0"/>
          <w:i w:val="0"/>
          <w:sz w:val="21"/>
          <w:u w:val="none"/>
        </w:rPr>
        <w:t xml:space="preserve">No-one comes to the Father but by </w:t>
      </w:r>
      <w:r>
        <w:rPr>
          <w:rFonts w:ascii="Georgia" w:hAnsi="Georgia" w:eastAsia="Georgia"/>
          <w:b w:val="0"/>
          <w:i/>
          <w:sz w:val="21"/>
          <w:u w:val="none"/>
        </w:rPr>
        <w:t xml:space="preserve">Me.” </w:t>
      </w:r>
      <w:r>
        <w:rPr>
          <w:rFonts w:ascii="Georgia" w:hAnsi="Georgia" w:eastAsia="Georgia"/>
          <w:b w:val="0"/>
          <w:i w:val="0"/>
          <w:sz w:val="21"/>
          <w:u w:val="none"/>
        </w:rPr>
        <w:t xml:space="preserve">Could it be any plainer than that? How it must grieve our loving Father when we reject such a gift. Have you opened your arms and your heart’s door to Him yet? What better way to begin a new year? He’s still standing there knocking, but </w:t>
      </w:r>
      <w:r>
        <w:rPr>
          <w:rFonts w:ascii="Georgia" w:hAnsi="Georgia" w:eastAsia="Georgia"/>
          <w:b w:val="0"/>
          <w:i/>
          <w:sz w:val="21"/>
          <w:u w:val="none"/>
        </w:rPr>
        <w:t xml:space="preserve">you </w:t>
      </w:r>
      <w:r>
        <w:rPr>
          <w:rFonts w:ascii="Georgia" w:hAnsi="Georgia" w:eastAsia="Georgia"/>
          <w:b w:val="0"/>
          <w:i w:val="0"/>
          <w:sz w:val="21"/>
          <w:u w:val="none"/>
        </w:rPr>
        <w:t xml:space="preserve">have to open that door from the </w:t>
      </w:r>
      <w:r>
        <w:rPr>
          <w:rFonts w:ascii="Georgia" w:hAnsi="Georgia" w:eastAsia="Georgia"/>
          <w:b w:val="0"/>
          <w:i/>
          <w:sz w:val="21"/>
          <w:u w:val="none"/>
        </w:rPr>
        <w:t xml:space="preserve">inside. </w:t>
      </w:r>
      <w:r>
        <w:rPr>
          <w:rFonts w:ascii="Georgia" w:hAnsi="Georgia" w:eastAsia="Georgia"/>
          <w:b w:val="0"/>
          <w:i w:val="0"/>
          <w:sz w:val="21"/>
          <w:u w:val="none"/>
        </w:rPr>
        <w:t>Is today the day for your Epiphany?</w:t>
      </w:r>
    </w:p>
    <w:p>
      <w:bookmarkStart w:id="9" w:name="reflection_08"/>
      <w:pPr>
        <w:pStyle w:val="Heading1"/>
      </w:pPr>
      <w:r>
        <w:rPr>
          <w:rFonts w:ascii="Georgia" w:hAnsi="Georgia" w:eastAsia="Georgia"/>
          <w:b/>
          <w:color w:val="226FA4"/>
          <w:sz w:val="34"/>
        </w:rPr>
        <w:t>Old Testament – New Testament</w:t>
      </w:r>
      <w:bookmarkEnd w:id="9"/>
    </w:p>
    <w:p>
      <w:pPr>
        <w:widowControl/>
      </w:pPr>
      <w:r>
        <w:rPr>
          <w:rFonts w:ascii="Georgia" w:hAnsi="Georgia" w:eastAsia="Georgia"/>
          <w:b w:val="0"/>
          <w:i w:val="0"/>
          <w:sz w:val="21"/>
          <w:u w:val="none"/>
        </w:rPr>
        <w:t>A few weeks ago, my husband and I finally did something we had been putting off. We had our attorney draw up our wills. As I looked over my copy and read the title of the document, “Last Will and Testament”, I thought about the terms used to describe the two parts of my Bible – the Old Testament and the New Testament – and asked myself, “Just what does the word ‘testament’ mean, and how is my Bible like a will?” Let’s talk about that.</w:t>
      </w:r>
    </w:p>
    <w:p>
      <w:pPr>
        <w:widowControl/>
      </w:pPr>
      <w:r>
        <w:rPr>
          <w:rFonts w:ascii="Georgia" w:hAnsi="Georgia" w:eastAsia="Georgia"/>
          <w:b w:val="0"/>
          <w:i w:val="0"/>
          <w:sz w:val="21"/>
          <w:u w:val="none"/>
        </w:rPr>
        <w:t xml:space="preserve">First, let’s look at the definitions of these two words. “Will” and “testament”. The word “will” when used as a noun means a declaration of intent, or the way you want things to be. It can be verbal or written. When God says, “This is My </w:t>
      </w:r>
      <w:r>
        <w:rPr>
          <w:rFonts w:ascii="Georgia" w:hAnsi="Georgia" w:eastAsia="Georgia"/>
          <w:b w:val="0"/>
          <w:i/>
          <w:sz w:val="21"/>
          <w:u w:val="none"/>
        </w:rPr>
        <w:t xml:space="preserve">will </w:t>
      </w:r>
      <w:r>
        <w:rPr>
          <w:rFonts w:ascii="Georgia" w:hAnsi="Georgia" w:eastAsia="Georgia"/>
          <w:b w:val="0"/>
          <w:i w:val="0"/>
          <w:sz w:val="21"/>
          <w:u w:val="none"/>
        </w:rPr>
        <w:t>for you”, He means His intention for your life, how He would have you function in order to experience the blessings He wants to give you and to experience fellowship with Him.</w:t>
      </w:r>
    </w:p>
    <w:p>
      <w:pPr>
        <w:widowControl/>
      </w:pPr>
      <w:r>
        <w:rPr>
          <w:rFonts w:ascii="Georgia" w:hAnsi="Georgia" w:eastAsia="Georgia"/>
          <w:b w:val="0"/>
          <w:i w:val="0"/>
          <w:sz w:val="21"/>
          <w:u w:val="none"/>
        </w:rPr>
        <w:t>A “testament” is similar but more focused, and it has a promise tied to it. In the case of my will and testament, I am “testifying”, in writing, that my estate is to be distributed to the party or parties named in the will according to the terms I have spelled out. This is a legal document stating my intentions for those who follow me, and no-one can change it but me.</w:t>
      </w:r>
    </w:p>
    <w:p>
      <w:pPr>
        <w:widowControl/>
      </w:pPr>
      <w:r>
        <w:rPr>
          <w:rFonts w:ascii="Georgia" w:hAnsi="Georgia" w:eastAsia="Georgia"/>
          <w:b w:val="0"/>
          <w:i w:val="0"/>
          <w:sz w:val="21"/>
          <w:u w:val="none"/>
        </w:rPr>
        <w:t xml:space="preserve">Now when God first created man, both male and female lived within the parameters of His perfect will. Their lives were full of nothing but perfect beauty and bliss. God Himself actually walked with them and talked with them in the cool of the day – </w:t>
      </w:r>
      <w:r>
        <w:rPr>
          <w:rFonts w:ascii="Georgia" w:hAnsi="Georgia" w:eastAsia="Georgia"/>
          <w:b w:val="0"/>
          <w:i/>
          <w:sz w:val="21"/>
          <w:u w:val="none"/>
        </w:rPr>
        <w:t xml:space="preserve">everything </w:t>
      </w:r>
      <w:r>
        <w:rPr>
          <w:rFonts w:ascii="Georgia" w:hAnsi="Georgia" w:eastAsia="Georgia"/>
          <w:b w:val="0"/>
          <w:i w:val="0"/>
          <w:sz w:val="21"/>
          <w:u w:val="none"/>
        </w:rPr>
        <w:t xml:space="preserve">was perfect and just as He intended it to be. But you see, His will for them was that they would love Him and live according to His guidelines for living </w:t>
      </w:r>
      <w:r>
        <w:rPr>
          <w:rFonts w:ascii="Georgia" w:hAnsi="Georgia" w:eastAsia="Georgia"/>
          <w:b w:val="0"/>
          <w:i/>
          <w:sz w:val="21"/>
          <w:u w:val="none"/>
        </w:rPr>
        <w:t xml:space="preserve">because </w:t>
      </w:r>
      <w:r>
        <w:rPr>
          <w:rFonts w:ascii="Georgia" w:hAnsi="Georgia" w:eastAsia="Georgia"/>
          <w:b w:val="0"/>
          <w:i w:val="0"/>
          <w:sz w:val="21"/>
          <w:u w:val="none"/>
        </w:rPr>
        <w:t xml:space="preserve">they </w:t>
      </w:r>
      <w:r>
        <w:rPr>
          <w:rFonts w:ascii="Georgia" w:hAnsi="Georgia" w:eastAsia="Georgia"/>
          <w:b w:val="0"/>
          <w:i/>
          <w:sz w:val="21"/>
          <w:u w:val="none"/>
        </w:rPr>
        <w:t xml:space="preserve">knew </w:t>
      </w:r>
      <w:r>
        <w:rPr>
          <w:rFonts w:ascii="Georgia" w:hAnsi="Georgia" w:eastAsia="Georgia"/>
          <w:b w:val="0"/>
          <w:i w:val="0"/>
          <w:sz w:val="21"/>
          <w:u w:val="none"/>
        </w:rPr>
        <w:t xml:space="preserve">it was all for their own good and they knew only He was all-knowing and all-wise and knew what was best for them. In order for them to relate to Him this way, they could </w:t>
      </w:r>
      <w:r>
        <w:rPr>
          <w:rFonts w:ascii="Georgia" w:hAnsi="Georgia" w:eastAsia="Georgia"/>
          <w:b w:val="0"/>
          <w:i/>
          <w:sz w:val="21"/>
          <w:u w:val="none"/>
        </w:rPr>
        <w:t xml:space="preserve">not </w:t>
      </w:r>
      <w:r>
        <w:rPr>
          <w:rFonts w:ascii="Georgia" w:hAnsi="Georgia" w:eastAsia="Georgia"/>
          <w:b w:val="0"/>
          <w:i w:val="0"/>
          <w:sz w:val="21"/>
          <w:u w:val="none"/>
        </w:rPr>
        <w:t xml:space="preserve">be programmed like robots. They had to have free will to choose. When man used that gift of free will to rebel against God’s authority and take over the reins of their own lives, that wonderful fellowship with their Creator was broken. A perfect Holy God could not be approached by anything not perfect. For the first time, man was ashamed and </w:t>
      </w:r>
      <w:r>
        <w:rPr>
          <w:rFonts w:ascii="Georgia" w:hAnsi="Georgia" w:eastAsia="Georgia"/>
          <w:b w:val="0"/>
          <w:i/>
          <w:sz w:val="21"/>
          <w:u w:val="none"/>
        </w:rPr>
        <w:t xml:space="preserve">afraid </w:t>
      </w:r>
      <w:r>
        <w:rPr>
          <w:rFonts w:ascii="Georgia" w:hAnsi="Georgia" w:eastAsia="Georgia"/>
          <w:b w:val="0"/>
          <w:i w:val="0"/>
          <w:sz w:val="21"/>
          <w:u w:val="none"/>
        </w:rPr>
        <w:t xml:space="preserve">of God, so they </w:t>
      </w:r>
      <w:r>
        <w:rPr>
          <w:rFonts w:ascii="Georgia" w:hAnsi="Georgia" w:eastAsia="Georgia"/>
          <w:b w:val="0"/>
          <w:i/>
          <w:sz w:val="21"/>
          <w:u w:val="none"/>
        </w:rPr>
        <w:t xml:space="preserve">hid. </w:t>
      </w:r>
      <w:r>
        <w:rPr>
          <w:rFonts w:ascii="Georgia" w:hAnsi="Georgia" w:eastAsia="Georgia"/>
          <w:b w:val="0"/>
          <w:i w:val="0"/>
          <w:sz w:val="21"/>
          <w:u w:val="none"/>
        </w:rPr>
        <w:t>They began to grow old and found life outside of that perfect garden to be hard and cruel. And when men began to multiply on earth, hate entered in, and they hurt one another and killed one another.</w:t>
      </w:r>
    </w:p>
    <w:p>
      <w:pPr>
        <w:widowControl/>
      </w:pPr>
      <w:r>
        <w:rPr>
          <w:rFonts w:ascii="Georgia" w:hAnsi="Georgia" w:eastAsia="Georgia"/>
          <w:b w:val="0"/>
          <w:i w:val="0"/>
          <w:sz w:val="21"/>
          <w:u w:val="none"/>
        </w:rPr>
        <w:t xml:space="preserve">Now God knew all along this would happen, but He had a marvelous plan to </w:t>
      </w:r>
      <w:r>
        <w:rPr>
          <w:rFonts w:ascii="Georgia" w:hAnsi="Georgia" w:eastAsia="Georgia"/>
          <w:b w:val="0"/>
          <w:i/>
          <w:sz w:val="21"/>
          <w:u w:val="none"/>
        </w:rPr>
        <w:t xml:space="preserve">use </w:t>
      </w:r>
      <w:r>
        <w:rPr>
          <w:rFonts w:ascii="Georgia" w:hAnsi="Georgia" w:eastAsia="Georgia"/>
          <w:b w:val="0"/>
          <w:i w:val="0"/>
          <w:sz w:val="21"/>
          <w:u w:val="none"/>
        </w:rPr>
        <w:t xml:space="preserve">all those negative things in the world for His purpose. Man no longer knew </w:t>
      </w:r>
      <w:r>
        <w:rPr>
          <w:rFonts w:ascii="Georgia" w:hAnsi="Georgia" w:eastAsia="Georgia"/>
          <w:b w:val="0"/>
          <w:i/>
          <w:sz w:val="21"/>
          <w:u w:val="none"/>
        </w:rPr>
        <w:t xml:space="preserve">how </w:t>
      </w:r>
      <w:r>
        <w:rPr>
          <w:rFonts w:ascii="Georgia" w:hAnsi="Georgia" w:eastAsia="Georgia"/>
          <w:b w:val="0"/>
          <w:i w:val="0"/>
          <w:sz w:val="21"/>
          <w:u w:val="none"/>
        </w:rPr>
        <w:t xml:space="preserve">to obey or serve God. Everyone did what was right in his own eyes, and the result was chaos. So, God set into motion His plan to make things right again. He began by choosing one man from a nation and family of idol-worshipers and called him to come </w:t>
      </w:r>
      <w:r>
        <w:rPr>
          <w:rFonts w:ascii="Georgia" w:hAnsi="Georgia" w:eastAsia="Georgia"/>
          <w:b w:val="0"/>
          <w:i/>
          <w:sz w:val="21"/>
          <w:u w:val="none"/>
        </w:rPr>
        <w:t xml:space="preserve">out </w:t>
      </w:r>
      <w:r>
        <w:rPr>
          <w:rFonts w:ascii="Georgia" w:hAnsi="Georgia" w:eastAsia="Georgia"/>
          <w:b w:val="0"/>
          <w:i w:val="0"/>
          <w:sz w:val="21"/>
          <w:u w:val="none"/>
        </w:rPr>
        <w:t xml:space="preserve">from among them and go to a place where he had never been. The man’s name was Abram, but God changed his name to Abraham, “because”, God said, he was to be the father of many nations and the patriarch of a special chosen people. Through Abraham’s miracle son Isaac, born to a 100-year-old father and a 90-year-old mother, this nation would grow to so many they could not be counted, and through that line would come one through whom </w:t>
      </w:r>
      <w:r>
        <w:rPr>
          <w:rFonts w:ascii="Georgia" w:hAnsi="Georgia" w:eastAsia="Georgia"/>
          <w:b w:val="0"/>
          <w:i/>
          <w:sz w:val="21"/>
          <w:u w:val="none"/>
        </w:rPr>
        <w:t xml:space="preserve">all </w:t>
      </w:r>
      <w:r>
        <w:rPr>
          <w:rFonts w:ascii="Georgia" w:hAnsi="Georgia" w:eastAsia="Georgia"/>
          <w:b w:val="0"/>
          <w:i w:val="0"/>
          <w:sz w:val="21"/>
          <w:u w:val="none"/>
        </w:rPr>
        <w:t xml:space="preserve">the nations of the whole world would be blessed. This was God’s </w:t>
      </w:r>
      <w:r>
        <w:rPr>
          <w:rFonts w:ascii="Georgia" w:hAnsi="Georgia" w:eastAsia="Georgia"/>
          <w:b w:val="0"/>
          <w:i/>
          <w:sz w:val="21"/>
          <w:u w:val="none"/>
        </w:rPr>
        <w:t xml:space="preserve">promise </w:t>
      </w:r>
      <w:r>
        <w:rPr>
          <w:rFonts w:ascii="Georgia" w:hAnsi="Georgia" w:eastAsia="Georgia"/>
          <w:b w:val="0"/>
          <w:i w:val="0"/>
          <w:sz w:val="21"/>
          <w:u w:val="none"/>
        </w:rPr>
        <w:t xml:space="preserve">to Abraham and He called it a “covenant”. Now the Hebrew and Greek words for “covenant” can also be translated “testament”. It was a promise sealed with an oath, the miracle of Isaac’s birth was the sign that it was true and Abraham’s part in this covenant was to </w:t>
      </w:r>
      <w:r>
        <w:rPr>
          <w:rFonts w:ascii="Georgia" w:hAnsi="Georgia" w:eastAsia="Georgia"/>
          <w:b w:val="0"/>
          <w:i/>
          <w:sz w:val="21"/>
          <w:u w:val="none"/>
        </w:rPr>
        <w:t xml:space="preserve">believe </w:t>
      </w:r>
      <w:r>
        <w:rPr>
          <w:rFonts w:ascii="Georgia" w:hAnsi="Georgia" w:eastAsia="Georgia"/>
          <w:b w:val="0"/>
          <w:i w:val="0"/>
          <w:sz w:val="21"/>
          <w:u w:val="none"/>
        </w:rPr>
        <w:t>it.</w:t>
      </w:r>
    </w:p>
    <w:p>
      <w:pPr>
        <w:widowControl/>
      </w:pPr>
      <w:r>
        <w:rPr>
          <w:rFonts w:ascii="Georgia" w:hAnsi="Georgia" w:eastAsia="Georgia"/>
          <w:b w:val="0"/>
          <w:i w:val="0"/>
          <w:sz w:val="21"/>
          <w:u w:val="none"/>
        </w:rPr>
        <w:t xml:space="preserve">God named Abraham’s grandson Jacob “Israel”. The descendants of Jacob’s 12 sons became the </w:t>
      </w:r>
      <w:r>
        <w:rPr>
          <w:rFonts w:ascii="Georgia" w:hAnsi="Georgia" w:eastAsia="Georgia"/>
          <w:b w:val="0"/>
          <w:i/>
          <w:sz w:val="21"/>
          <w:u w:val="none"/>
        </w:rPr>
        <w:t xml:space="preserve">nation </w:t>
      </w:r>
      <w:r>
        <w:rPr>
          <w:rFonts w:ascii="Georgia" w:hAnsi="Georgia" w:eastAsia="Georgia"/>
          <w:b w:val="0"/>
          <w:i w:val="0"/>
          <w:sz w:val="21"/>
          <w:u w:val="none"/>
        </w:rPr>
        <w:t xml:space="preserve">of Israel. These people, singled out from all others were chosen to receive </w:t>
      </w:r>
      <w:r>
        <w:rPr>
          <w:rFonts w:ascii="Georgia" w:hAnsi="Georgia" w:eastAsia="Georgia"/>
          <w:b w:val="0"/>
          <w:i/>
          <w:sz w:val="21"/>
          <w:u w:val="none"/>
        </w:rPr>
        <w:t xml:space="preserve">another </w:t>
      </w:r>
      <w:r>
        <w:rPr>
          <w:rFonts w:ascii="Georgia" w:hAnsi="Georgia" w:eastAsia="Georgia"/>
          <w:b w:val="0"/>
          <w:i w:val="0"/>
          <w:sz w:val="21"/>
          <w:u w:val="none"/>
        </w:rPr>
        <w:t xml:space="preserve">covenant – an agreement between them and God that they would be </w:t>
      </w:r>
      <w:r>
        <w:rPr>
          <w:rFonts w:ascii="Georgia" w:hAnsi="Georgia" w:eastAsia="Georgia"/>
          <w:b w:val="0"/>
          <w:i/>
          <w:sz w:val="21"/>
          <w:u w:val="none"/>
        </w:rPr>
        <w:t xml:space="preserve">His </w:t>
      </w:r>
      <w:r>
        <w:rPr>
          <w:rFonts w:ascii="Georgia" w:hAnsi="Georgia" w:eastAsia="Georgia"/>
          <w:b w:val="0"/>
          <w:i w:val="0"/>
          <w:sz w:val="21"/>
          <w:u w:val="none"/>
        </w:rPr>
        <w:t xml:space="preserve">people, they would serve and worship Him alone and in return He would be their God and be with them wherever they went. Through another special man prepared by God for a special task, God brought these chosen people out of 400 years of slavery and promised to lead them to a beautiful land flowing with milk and honey. Through this man Moses, He gave them written rules to live by and called them “the law”. The </w:t>
      </w:r>
      <w:r>
        <w:rPr>
          <w:rFonts w:ascii="Georgia" w:hAnsi="Georgia" w:eastAsia="Georgia"/>
          <w:b w:val="0"/>
          <w:i/>
          <w:sz w:val="21"/>
          <w:u w:val="none"/>
        </w:rPr>
        <w:t xml:space="preserve">part </w:t>
      </w:r>
      <w:r>
        <w:rPr>
          <w:rFonts w:ascii="Georgia" w:hAnsi="Georgia" w:eastAsia="Georgia"/>
          <w:b w:val="0"/>
          <w:i w:val="0"/>
          <w:sz w:val="21"/>
          <w:u w:val="none"/>
        </w:rPr>
        <w:t xml:space="preserve">of His people in this wonderful covenant was to follow and obey this law, part of which was a pattern for a temple where He would dwell and a system of animal sacrifice which He would accept as payment for the sins of the people. You see, sin is a serious thing with God. The wages of sin is death and without the shedding of blood there is no forgiveness. The animals to be used for these sacrifices were to be absolutely perfect with not a single flaw. And they had to be sacrificed continually – every single day. On top of that, one day of the year was singled out in which a special perfect lamb was to be chosen as the sacrifice whose blood would atone for the whole nation. This blood was called “the blood of the covenant.” It signified both a memorial and a prophecy – to commemorate the Passover when the people were freed from the bondage of Egypt, and to represent one who was to come – the Lamb of God who would take away the sins of the whole world. This “blood of the covenant” was brought behind the heavy curtain that separated the temple sanctuary from the Holy of Holies where God dwelt between the cherubim of the Ark of the Covenant. Only the High Priest could enter there, only once a year, and </w:t>
      </w:r>
      <w:r>
        <w:rPr>
          <w:rFonts w:ascii="Georgia" w:hAnsi="Georgia" w:eastAsia="Georgia"/>
          <w:b w:val="0"/>
          <w:i/>
          <w:sz w:val="21"/>
          <w:u w:val="none"/>
        </w:rPr>
        <w:t xml:space="preserve">never </w:t>
      </w:r>
      <w:r>
        <w:rPr>
          <w:rFonts w:ascii="Georgia" w:hAnsi="Georgia" w:eastAsia="Georgia"/>
          <w:b w:val="0"/>
          <w:i w:val="0"/>
          <w:sz w:val="21"/>
          <w:u w:val="none"/>
        </w:rPr>
        <w:t>without the blood, for it was the only thing that would allow a sinful man to approach a Holy God.</w:t>
      </w:r>
    </w:p>
    <w:p>
      <w:pPr>
        <w:widowControl/>
      </w:pPr>
      <w:r>
        <w:rPr>
          <w:rFonts w:ascii="Georgia" w:hAnsi="Georgia" w:eastAsia="Georgia"/>
          <w:b w:val="0"/>
          <w:i w:val="0"/>
          <w:sz w:val="21"/>
          <w:u w:val="none"/>
        </w:rPr>
        <w:t xml:space="preserve">Now what we call the “Old Testament” is the story of these chosen people and their relationship with God. It tells us that these people He Himself chose, </w:t>
      </w:r>
      <w:r>
        <w:rPr>
          <w:rFonts w:ascii="Georgia" w:hAnsi="Georgia" w:eastAsia="Georgia"/>
          <w:b w:val="0"/>
          <w:i/>
          <w:sz w:val="21"/>
          <w:u w:val="none"/>
        </w:rPr>
        <w:t xml:space="preserve">broke </w:t>
      </w:r>
      <w:r>
        <w:rPr>
          <w:rFonts w:ascii="Georgia" w:hAnsi="Georgia" w:eastAsia="Georgia"/>
          <w:b w:val="0"/>
          <w:i w:val="0"/>
          <w:sz w:val="21"/>
          <w:u w:val="none"/>
        </w:rPr>
        <w:t xml:space="preserve">that covenant He made, so they never received the blessing. They lived under a law they could never keep. But God knew they couldn’t, and He wanted </w:t>
      </w:r>
      <w:r>
        <w:rPr>
          <w:rFonts w:ascii="Georgia" w:hAnsi="Georgia" w:eastAsia="Georgia"/>
          <w:b w:val="0"/>
          <w:i/>
          <w:sz w:val="21"/>
          <w:u w:val="none"/>
        </w:rPr>
        <w:t xml:space="preserve">them </w:t>
      </w:r>
      <w:r>
        <w:rPr>
          <w:rFonts w:ascii="Georgia" w:hAnsi="Georgia" w:eastAsia="Georgia"/>
          <w:b w:val="0"/>
          <w:i w:val="0"/>
          <w:sz w:val="21"/>
          <w:u w:val="none"/>
        </w:rPr>
        <w:t>to realize that, so He left them to reap the harvest of what they sowed. At the same time, all along He was orchestrating things to put into place His “Plan B” which He had waiting in the wings.</w:t>
      </w:r>
    </w:p>
    <w:p>
      <w:pPr>
        <w:widowControl/>
      </w:pPr>
      <w:r>
        <w:rPr>
          <w:rFonts w:ascii="Georgia" w:hAnsi="Georgia" w:eastAsia="Georgia"/>
          <w:b w:val="0"/>
          <w:i w:val="0"/>
          <w:sz w:val="21"/>
          <w:u w:val="none"/>
        </w:rPr>
        <w:t xml:space="preserve">This “Plan B” is the story of the “New Testament”. When a new will is made, previous wills are revoked. And the same is true with God’s will and testament. Paul says in Hebrews 8: “The covenant of which Jesus is a mediator is </w:t>
      </w:r>
      <w:r>
        <w:rPr>
          <w:rFonts w:ascii="Georgia" w:hAnsi="Georgia" w:eastAsia="Georgia"/>
          <w:b w:val="0"/>
          <w:i/>
          <w:sz w:val="21"/>
          <w:u w:val="none"/>
        </w:rPr>
        <w:t xml:space="preserve">superior </w:t>
      </w:r>
      <w:r>
        <w:rPr>
          <w:rFonts w:ascii="Georgia" w:hAnsi="Georgia" w:eastAsia="Georgia"/>
          <w:b w:val="0"/>
          <w:i w:val="0"/>
          <w:sz w:val="21"/>
          <w:u w:val="none"/>
        </w:rPr>
        <w:t xml:space="preserve">to the old one --- it is founded on better promises.” --- By calling this covenant “new”, He has made the first one obsolete. When Jesus instituted His Lord’s Supper, He took the cup and said, “This cup is the </w:t>
      </w:r>
      <w:r>
        <w:rPr>
          <w:rFonts w:ascii="Georgia" w:hAnsi="Georgia" w:eastAsia="Georgia"/>
          <w:b w:val="0"/>
          <w:i/>
          <w:sz w:val="21"/>
          <w:u w:val="none"/>
        </w:rPr>
        <w:t xml:space="preserve">New </w:t>
      </w:r>
      <w:r>
        <w:rPr>
          <w:rFonts w:ascii="Georgia" w:hAnsi="Georgia" w:eastAsia="Georgia"/>
          <w:b w:val="0"/>
          <w:i w:val="0"/>
          <w:sz w:val="21"/>
          <w:u w:val="none"/>
        </w:rPr>
        <w:t xml:space="preserve">Testament in My blood.” </w:t>
      </w:r>
      <w:r>
        <w:rPr>
          <w:rFonts w:ascii="Georgia" w:hAnsi="Georgia" w:eastAsia="Georgia"/>
          <w:b w:val="0"/>
          <w:i/>
          <w:sz w:val="21"/>
          <w:u w:val="none"/>
        </w:rPr>
        <w:t xml:space="preserve">He </w:t>
      </w:r>
      <w:r>
        <w:rPr>
          <w:rFonts w:ascii="Georgia" w:hAnsi="Georgia" w:eastAsia="Georgia"/>
          <w:b w:val="0"/>
          <w:i w:val="0"/>
          <w:sz w:val="21"/>
          <w:u w:val="none"/>
        </w:rPr>
        <w:t xml:space="preserve">was the Lamb of God who takes away the sins of the world. God Himself had entered into history to take onto </w:t>
      </w:r>
      <w:r>
        <w:rPr>
          <w:rFonts w:ascii="Georgia" w:hAnsi="Georgia" w:eastAsia="Georgia"/>
          <w:b w:val="0"/>
          <w:i/>
          <w:sz w:val="21"/>
          <w:u w:val="none"/>
        </w:rPr>
        <w:t xml:space="preserve">Himself </w:t>
      </w:r>
      <w:r>
        <w:rPr>
          <w:rFonts w:ascii="Georgia" w:hAnsi="Georgia" w:eastAsia="Georgia"/>
          <w:b w:val="0"/>
          <w:i w:val="0"/>
          <w:sz w:val="21"/>
          <w:u w:val="none"/>
        </w:rPr>
        <w:t xml:space="preserve">the penalty He Himself had imposed. And no longer was God available only to a select few. This New Testament was for </w:t>
      </w:r>
      <w:r>
        <w:rPr>
          <w:rFonts w:ascii="Georgia" w:hAnsi="Georgia" w:eastAsia="Georgia"/>
          <w:b w:val="0"/>
          <w:i/>
          <w:sz w:val="21"/>
          <w:u w:val="none"/>
        </w:rPr>
        <w:t xml:space="preserve">everyone, </w:t>
      </w:r>
      <w:r>
        <w:rPr>
          <w:rFonts w:ascii="Georgia" w:hAnsi="Georgia" w:eastAsia="Georgia"/>
          <w:b w:val="0"/>
          <w:i w:val="0"/>
          <w:sz w:val="21"/>
          <w:u w:val="none"/>
        </w:rPr>
        <w:t>and the seal of this promise was when two giant unseen hands took hold of that curtain in the temple that separated sinful man from a Holy God, and tore it in two, from top to bottom!</w:t>
      </w:r>
    </w:p>
    <w:p>
      <w:bookmarkStart w:id="10" w:name="reflection_09"/>
      <w:pPr>
        <w:pStyle w:val="Heading1"/>
      </w:pPr>
      <w:r>
        <w:rPr>
          <w:rFonts w:ascii="Georgia" w:hAnsi="Georgia" w:eastAsia="Georgia"/>
          <w:b/>
          <w:color w:val="226FA4"/>
          <w:sz w:val="34"/>
        </w:rPr>
        <w:t>Cleaning House</w:t>
      </w:r>
      <w:bookmarkEnd w:id="10"/>
    </w:p>
    <w:p>
      <w:pPr>
        <w:widowControl/>
      </w:pPr>
      <w:r>
        <w:rPr>
          <w:rFonts w:ascii="Georgia" w:hAnsi="Georgia" w:eastAsia="Georgia"/>
          <w:b w:val="0"/>
          <w:i w:val="0"/>
          <w:sz w:val="21"/>
          <w:u w:val="none"/>
        </w:rPr>
        <w:t>As I write this message it is actually three weeks ago, because we are preparing for another trip. Our oldest son, who lives in Atlanta, says he was trying to think of something to give us for Christmas that wouldn’t clutter up our apartment. He and his wife decided it was time we come and see where they live since we have never been there, so they are giving us plane tickets to come to Atlanta for two weeks. We are excited about it – they say the temperature there is in the 50’s during the day, which is just right for me.</w:t>
      </w:r>
    </w:p>
    <w:p>
      <w:pPr>
        <w:widowControl/>
      </w:pPr>
      <w:r>
        <w:rPr>
          <w:rFonts w:ascii="Georgia" w:hAnsi="Georgia" w:eastAsia="Georgia"/>
          <w:b w:val="0"/>
          <w:i w:val="0"/>
          <w:sz w:val="21"/>
          <w:u w:val="none"/>
        </w:rPr>
        <w:t xml:space="preserve">I decided I should probably “un-decorate” our windows and door before we leave since the Christmas season will be over by the time we get back, and I was surprised to find </w:t>
      </w:r>
      <w:r>
        <w:rPr>
          <w:rFonts w:ascii="Georgia" w:hAnsi="Georgia" w:eastAsia="Georgia"/>
          <w:b w:val="0"/>
          <w:i/>
          <w:sz w:val="21"/>
          <w:u w:val="none"/>
        </w:rPr>
        <w:t xml:space="preserve">dust </w:t>
      </w:r>
      <w:r>
        <w:rPr>
          <w:rFonts w:ascii="Georgia" w:hAnsi="Georgia" w:eastAsia="Georgia"/>
          <w:b w:val="0"/>
          <w:i w:val="0"/>
          <w:sz w:val="21"/>
          <w:u w:val="none"/>
        </w:rPr>
        <w:t xml:space="preserve">on the furniture. (Well – not really – I </w:t>
      </w:r>
      <w:r>
        <w:rPr>
          <w:rFonts w:ascii="Georgia" w:hAnsi="Georgia" w:eastAsia="Georgia"/>
          <w:b w:val="0"/>
          <w:i/>
          <w:sz w:val="21"/>
          <w:u w:val="none"/>
        </w:rPr>
        <w:t xml:space="preserve">had </w:t>
      </w:r>
      <w:r>
        <w:rPr>
          <w:rFonts w:ascii="Georgia" w:hAnsi="Georgia" w:eastAsia="Georgia"/>
          <w:b w:val="0"/>
          <w:i w:val="0"/>
          <w:sz w:val="21"/>
          <w:u w:val="none"/>
        </w:rPr>
        <w:t xml:space="preserve">noticed it before, but I ignored it because I just didn’t want to believe it.) We had a </w:t>
      </w:r>
      <w:r>
        <w:rPr>
          <w:rFonts w:ascii="Georgia" w:hAnsi="Georgia" w:eastAsia="Georgia"/>
          <w:b w:val="0"/>
          <w:i/>
          <w:sz w:val="21"/>
          <w:u w:val="none"/>
        </w:rPr>
        <w:t xml:space="preserve">lot </w:t>
      </w:r>
      <w:r>
        <w:rPr>
          <w:rFonts w:ascii="Georgia" w:hAnsi="Georgia" w:eastAsia="Georgia"/>
          <w:b w:val="0"/>
          <w:i w:val="0"/>
          <w:sz w:val="21"/>
          <w:u w:val="none"/>
        </w:rPr>
        <w:t xml:space="preserve">of that stuff at the house we moved </w:t>
      </w:r>
      <w:r>
        <w:rPr>
          <w:rFonts w:ascii="Georgia" w:hAnsi="Georgia" w:eastAsia="Georgia"/>
          <w:b w:val="0"/>
          <w:i/>
          <w:sz w:val="21"/>
          <w:u w:val="none"/>
        </w:rPr>
        <w:t xml:space="preserve">out </w:t>
      </w:r>
      <w:r>
        <w:rPr>
          <w:rFonts w:ascii="Georgia" w:hAnsi="Georgia" w:eastAsia="Georgia"/>
          <w:b w:val="0"/>
          <w:i w:val="0"/>
          <w:sz w:val="21"/>
          <w:u w:val="none"/>
        </w:rPr>
        <w:t xml:space="preserve">of, but I reasoned that since we are no longer living on a gravel road, dirt is not tracked in, there’s no forced-air furnace and no more cat hair to contend with, I wouldn’t </w:t>
      </w:r>
      <w:r>
        <w:rPr>
          <w:rFonts w:ascii="Georgia" w:hAnsi="Georgia" w:eastAsia="Georgia"/>
          <w:b w:val="0"/>
          <w:i/>
          <w:sz w:val="21"/>
          <w:u w:val="none"/>
        </w:rPr>
        <w:t xml:space="preserve">have </w:t>
      </w:r>
      <w:r>
        <w:rPr>
          <w:rFonts w:ascii="Georgia" w:hAnsi="Georgia" w:eastAsia="Georgia"/>
          <w:b w:val="0"/>
          <w:i w:val="0"/>
          <w:sz w:val="21"/>
          <w:u w:val="none"/>
        </w:rPr>
        <w:t>to be at constant war with dust here – silly me!! Much to my chagrin, I see I am still going to have to clean house and wash clothes and wash dishes. It doesn’t work to wiggle my nose either – they just don’t go away.</w:t>
      </w:r>
    </w:p>
    <w:p>
      <w:pPr>
        <w:widowControl/>
      </w:pPr>
      <w:r>
        <w:rPr>
          <w:rFonts w:ascii="Georgia" w:hAnsi="Georgia" w:eastAsia="Georgia"/>
          <w:b w:val="0"/>
          <w:i w:val="0"/>
          <w:sz w:val="21"/>
          <w:u w:val="none"/>
        </w:rPr>
        <w:t>Thinking about this brought to mind a message you heard two years ago, if you were listening then to our program. It was about how our houses are much like our lives when it comes to dirt. Let’s re-visit that analogy:</w:t>
      </w:r>
    </w:p>
    <w:p>
      <w:pPr>
        <w:widowControl/>
      </w:pPr>
      <w:r>
        <w:rPr>
          <w:rFonts w:ascii="Georgia" w:hAnsi="Georgia" w:eastAsia="Georgia"/>
          <w:b w:val="0"/>
          <w:i w:val="0"/>
          <w:sz w:val="21"/>
          <w:u w:val="none"/>
        </w:rPr>
        <w:t xml:space="preserve">A house that is clean from top to bottom, spotless and shiny, will never stay that way – not even if no-one lives there – and certainly not if someone does. If maintenance is neglected, the dirt returns and becomes increasingly worse – </w:t>
      </w:r>
      <w:r>
        <w:rPr>
          <w:rFonts w:ascii="Georgia" w:hAnsi="Georgia" w:eastAsia="Georgia"/>
          <w:b w:val="0"/>
          <w:i/>
          <w:sz w:val="21"/>
          <w:u w:val="none"/>
        </w:rPr>
        <w:t xml:space="preserve">all by itself. </w:t>
      </w:r>
      <w:r>
        <w:rPr>
          <w:rFonts w:ascii="Georgia" w:hAnsi="Georgia" w:eastAsia="Georgia"/>
          <w:b w:val="0"/>
          <w:i w:val="0"/>
          <w:sz w:val="21"/>
          <w:u w:val="none"/>
        </w:rPr>
        <w:t xml:space="preserve">You don’t have to actually </w:t>
      </w:r>
      <w:r>
        <w:rPr>
          <w:rFonts w:ascii="Georgia" w:hAnsi="Georgia" w:eastAsia="Georgia"/>
          <w:b w:val="0"/>
          <w:i/>
          <w:sz w:val="21"/>
          <w:u w:val="none"/>
        </w:rPr>
        <w:t xml:space="preserve">do a thing </w:t>
      </w:r>
      <w:r>
        <w:rPr>
          <w:rFonts w:ascii="Georgia" w:hAnsi="Georgia" w:eastAsia="Georgia"/>
          <w:b w:val="0"/>
          <w:i w:val="0"/>
          <w:sz w:val="21"/>
          <w:u w:val="none"/>
        </w:rPr>
        <w:t xml:space="preserve">to produce a dirty house, but you </w:t>
      </w:r>
      <w:r>
        <w:rPr>
          <w:rFonts w:ascii="Georgia" w:hAnsi="Georgia" w:eastAsia="Georgia"/>
          <w:b w:val="0"/>
          <w:i/>
          <w:sz w:val="21"/>
          <w:u w:val="none"/>
        </w:rPr>
        <w:t xml:space="preserve">must work </w:t>
      </w:r>
      <w:r>
        <w:rPr>
          <w:rFonts w:ascii="Georgia" w:hAnsi="Georgia" w:eastAsia="Georgia"/>
          <w:b w:val="0"/>
          <w:i w:val="0"/>
          <w:sz w:val="21"/>
          <w:u w:val="none"/>
        </w:rPr>
        <w:t xml:space="preserve">to produce and keep a clean one. So, it is when it comes to living a clean life. As we grow in Christ, no matter how good we attempt to be, there is always still some area that needs work. As we work at cleaning up that little corner, we must at the same time actively </w:t>
      </w:r>
      <w:r>
        <w:rPr>
          <w:rFonts w:ascii="Georgia" w:hAnsi="Georgia" w:eastAsia="Georgia"/>
          <w:b w:val="0"/>
          <w:i/>
          <w:sz w:val="21"/>
          <w:u w:val="none"/>
        </w:rPr>
        <w:t xml:space="preserve">maintain </w:t>
      </w:r>
      <w:r>
        <w:rPr>
          <w:rFonts w:ascii="Georgia" w:hAnsi="Georgia" w:eastAsia="Georgia"/>
          <w:b w:val="0"/>
          <w:i w:val="0"/>
          <w:sz w:val="21"/>
          <w:u w:val="none"/>
        </w:rPr>
        <w:t xml:space="preserve">the parts of our life that have been cleaned, or else the dust begins to gather. Then clutter begins to accumulate, which if left unattended, can result in a life that is no longer under control. The clutter builds on itself until it becomes overwhelming. You don’t know where to start, so you either give up and let it grow, or you pick a certain room or closet or drawer which becomes your private dump. Instead of taking time to put things where they belong, you throw them into that secret place that you never show to anybody. You intend to deal with it later, but later never comes because you don’t even know where to start, and just the </w:t>
      </w:r>
      <w:r>
        <w:rPr>
          <w:rFonts w:ascii="Georgia" w:hAnsi="Georgia" w:eastAsia="Georgia"/>
          <w:b w:val="0"/>
          <w:i/>
          <w:sz w:val="21"/>
          <w:u w:val="none"/>
        </w:rPr>
        <w:t xml:space="preserve">thought </w:t>
      </w:r>
      <w:r>
        <w:rPr>
          <w:rFonts w:ascii="Georgia" w:hAnsi="Georgia" w:eastAsia="Georgia"/>
          <w:b w:val="0"/>
          <w:i w:val="0"/>
          <w:sz w:val="21"/>
          <w:u w:val="none"/>
        </w:rPr>
        <w:t xml:space="preserve">of attempting to deal with that secret room is too overwhelming. So, you go about your business pretending it’s not there, wearing a mask around others and pretending everything is fine while inside you are full of guilt and despair. You know you are a hypocrite – like the Pharisees that Jesus called “white-washed tombs full of dead men’s bones.” You don’t </w:t>
      </w:r>
      <w:r>
        <w:rPr>
          <w:rFonts w:ascii="Georgia" w:hAnsi="Georgia" w:eastAsia="Georgia"/>
          <w:b w:val="0"/>
          <w:i/>
          <w:sz w:val="21"/>
          <w:u w:val="none"/>
        </w:rPr>
        <w:t xml:space="preserve">want </w:t>
      </w:r>
      <w:r>
        <w:rPr>
          <w:rFonts w:ascii="Georgia" w:hAnsi="Georgia" w:eastAsia="Georgia"/>
          <w:b w:val="0"/>
          <w:i w:val="0"/>
          <w:sz w:val="21"/>
          <w:u w:val="none"/>
        </w:rPr>
        <w:t xml:space="preserve">to be that way, but you are in too deep to climb out. You are in </w:t>
      </w:r>
      <w:r>
        <w:rPr>
          <w:rFonts w:ascii="Georgia" w:hAnsi="Georgia" w:eastAsia="Georgia"/>
          <w:b w:val="0"/>
          <w:i/>
          <w:sz w:val="21"/>
          <w:u w:val="none"/>
        </w:rPr>
        <w:t xml:space="preserve">bondage </w:t>
      </w:r>
      <w:r>
        <w:rPr>
          <w:rFonts w:ascii="Georgia" w:hAnsi="Georgia" w:eastAsia="Georgia"/>
          <w:b w:val="0"/>
          <w:i w:val="0"/>
          <w:sz w:val="21"/>
          <w:u w:val="none"/>
        </w:rPr>
        <w:t xml:space="preserve">to sin and cannot free yourself, and you don’t dare to let </w:t>
      </w:r>
      <w:r>
        <w:rPr>
          <w:rFonts w:ascii="Georgia" w:hAnsi="Georgia" w:eastAsia="Georgia"/>
          <w:b w:val="0"/>
          <w:i/>
          <w:sz w:val="21"/>
          <w:u w:val="none"/>
        </w:rPr>
        <w:t xml:space="preserve">anyone </w:t>
      </w:r>
      <w:r>
        <w:rPr>
          <w:rFonts w:ascii="Georgia" w:hAnsi="Georgia" w:eastAsia="Georgia"/>
          <w:b w:val="0"/>
          <w:i w:val="0"/>
          <w:sz w:val="21"/>
          <w:u w:val="none"/>
        </w:rPr>
        <w:t>see the real you. On the outside, your house looks clean, but you would be mortified if they ever looked in the cupboard or opened the door to that room!</w:t>
      </w:r>
    </w:p>
    <w:p>
      <w:pPr>
        <w:widowControl/>
      </w:pPr>
      <w:r>
        <w:rPr>
          <w:rFonts w:ascii="Georgia" w:hAnsi="Georgia" w:eastAsia="Georgia"/>
          <w:b w:val="0"/>
          <w:i w:val="0"/>
          <w:sz w:val="21"/>
          <w:u w:val="none"/>
        </w:rPr>
        <w:t xml:space="preserve">Paul knew what it was like to struggle with sin. He cried out, “O </w:t>
      </w:r>
      <w:r>
        <w:rPr>
          <w:rFonts w:ascii="Georgia" w:hAnsi="Georgia" w:eastAsia="Georgia"/>
          <w:b w:val="0"/>
          <w:i/>
          <w:sz w:val="21"/>
          <w:u w:val="none"/>
        </w:rPr>
        <w:t xml:space="preserve">wretched </w:t>
      </w:r>
      <w:r>
        <w:rPr>
          <w:rFonts w:ascii="Georgia" w:hAnsi="Georgia" w:eastAsia="Georgia"/>
          <w:b w:val="0"/>
          <w:i w:val="0"/>
          <w:sz w:val="21"/>
          <w:u w:val="none"/>
        </w:rPr>
        <w:t xml:space="preserve">man that I am! – </w:t>
      </w:r>
      <w:r>
        <w:rPr>
          <w:rFonts w:ascii="Georgia" w:hAnsi="Georgia" w:eastAsia="Georgia"/>
          <w:b w:val="0"/>
          <w:i/>
          <w:sz w:val="21"/>
          <w:u w:val="none"/>
        </w:rPr>
        <w:t xml:space="preserve">Who </w:t>
      </w:r>
      <w:r>
        <w:rPr>
          <w:rFonts w:ascii="Georgia" w:hAnsi="Georgia" w:eastAsia="Georgia"/>
          <w:b w:val="0"/>
          <w:i w:val="0"/>
          <w:sz w:val="21"/>
          <w:u w:val="none"/>
        </w:rPr>
        <w:t xml:space="preserve">will </w:t>
      </w:r>
      <w:r>
        <w:rPr>
          <w:rFonts w:ascii="Georgia" w:hAnsi="Georgia" w:eastAsia="Georgia"/>
          <w:b w:val="0"/>
          <w:i/>
          <w:sz w:val="21"/>
          <w:u w:val="none"/>
        </w:rPr>
        <w:t xml:space="preserve">deliver me </w:t>
      </w:r>
      <w:r>
        <w:rPr>
          <w:rFonts w:ascii="Georgia" w:hAnsi="Georgia" w:eastAsia="Georgia"/>
          <w:b w:val="0"/>
          <w:i w:val="0"/>
          <w:sz w:val="21"/>
          <w:u w:val="none"/>
        </w:rPr>
        <w:t xml:space="preserve">from this body of </w:t>
      </w:r>
      <w:r>
        <w:rPr>
          <w:rFonts w:ascii="Georgia" w:hAnsi="Georgia" w:eastAsia="Georgia"/>
          <w:b w:val="0"/>
          <w:i/>
          <w:sz w:val="21"/>
          <w:u w:val="none"/>
        </w:rPr>
        <w:t xml:space="preserve">death?!!” </w:t>
      </w:r>
      <w:r>
        <w:rPr>
          <w:rFonts w:ascii="Georgia" w:hAnsi="Georgia" w:eastAsia="Georgia"/>
          <w:b w:val="0"/>
          <w:i w:val="0"/>
          <w:sz w:val="21"/>
          <w:u w:val="none"/>
        </w:rPr>
        <w:t xml:space="preserve">Yet, he </w:t>
      </w:r>
      <w:r>
        <w:rPr>
          <w:rFonts w:ascii="Georgia" w:hAnsi="Georgia" w:eastAsia="Georgia"/>
          <w:b w:val="0"/>
          <w:i/>
          <w:sz w:val="21"/>
          <w:u w:val="none"/>
        </w:rPr>
        <w:t xml:space="preserve">also </w:t>
      </w:r>
      <w:r>
        <w:rPr>
          <w:rFonts w:ascii="Georgia" w:hAnsi="Georgia" w:eastAsia="Georgia"/>
          <w:b w:val="0"/>
          <w:i w:val="0"/>
          <w:sz w:val="21"/>
          <w:u w:val="none"/>
        </w:rPr>
        <w:t xml:space="preserve">knew the answer, for in his very next statements (Romans 7:25 and 8:1) he says, “I thank </w:t>
      </w:r>
      <w:r>
        <w:rPr>
          <w:rFonts w:ascii="Georgia" w:hAnsi="Georgia" w:eastAsia="Georgia"/>
          <w:b w:val="0"/>
          <w:i/>
          <w:sz w:val="21"/>
          <w:u w:val="none"/>
        </w:rPr>
        <w:t>God</w:t>
      </w:r>
      <w:r>
        <w:rPr>
          <w:rFonts w:ascii="Georgia" w:hAnsi="Georgia" w:eastAsia="Georgia"/>
          <w:b w:val="0"/>
          <w:i w:val="0"/>
          <w:sz w:val="21"/>
          <w:u w:val="none"/>
        </w:rPr>
        <w:t xml:space="preserve"> – through Jesus Christ our Lord! There is therefore now </w:t>
      </w:r>
      <w:r>
        <w:rPr>
          <w:rFonts w:ascii="Georgia" w:hAnsi="Georgia" w:eastAsia="Georgia"/>
          <w:b w:val="0"/>
          <w:i/>
          <w:sz w:val="21"/>
          <w:u w:val="none"/>
        </w:rPr>
        <w:t xml:space="preserve">no </w:t>
      </w:r>
      <w:r>
        <w:rPr>
          <w:rFonts w:ascii="Georgia" w:hAnsi="Georgia" w:eastAsia="Georgia"/>
          <w:b w:val="0"/>
          <w:i w:val="0"/>
          <w:sz w:val="21"/>
          <w:u w:val="none"/>
        </w:rPr>
        <w:t>condemnation to those who are in Christ Jesus.”</w:t>
      </w:r>
    </w:p>
    <w:p>
      <w:pPr>
        <w:widowControl/>
      </w:pPr>
      <w:r>
        <w:rPr>
          <w:rFonts w:ascii="Georgia" w:hAnsi="Georgia" w:eastAsia="Georgia"/>
          <w:b w:val="0"/>
          <w:i w:val="0"/>
          <w:sz w:val="21"/>
          <w:u w:val="none"/>
        </w:rPr>
        <w:t xml:space="preserve">You see, sin is all around us – and </w:t>
      </w:r>
      <w:r>
        <w:rPr>
          <w:rFonts w:ascii="Georgia" w:hAnsi="Georgia" w:eastAsia="Georgia"/>
          <w:b w:val="0"/>
          <w:i/>
          <w:sz w:val="21"/>
          <w:u w:val="none"/>
        </w:rPr>
        <w:t xml:space="preserve">in </w:t>
      </w:r>
      <w:r>
        <w:rPr>
          <w:rFonts w:ascii="Georgia" w:hAnsi="Georgia" w:eastAsia="Georgia"/>
          <w:b w:val="0"/>
          <w:i w:val="0"/>
          <w:sz w:val="21"/>
          <w:u w:val="none"/>
        </w:rPr>
        <w:t xml:space="preserve">us! We live in a fallen world in human bodies with a sinful nature, and we can’t escape it – it is our heritage as descendants of Adam and Eve! Watch a 2-year-old for a while. A child does not need to be </w:t>
      </w:r>
      <w:r>
        <w:rPr>
          <w:rFonts w:ascii="Georgia" w:hAnsi="Georgia" w:eastAsia="Georgia"/>
          <w:b w:val="0"/>
          <w:i/>
          <w:sz w:val="21"/>
          <w:u w:val="none"/>
        </w:rPr>
        <w:t xml:space="preserve">taught </w:t>
      </w:r>
      <w:r>
        <w:rPr>
          <w:rFonts w:ascii="Georgia" w:hAnsi="Georgia" w:eastAsia="Georgia"/>
          <w:b w:val="0"/>
          <w:i w:val="0"/>
          <w:sz w:val="21"/>
          <w:u w:val="none"/>
        </w:rPr>
        <w:t xml:space="preserve">to disobey – He will do a good job of that all by himself! But a child </w:t>
      </w:r>
      <w:r>
        <w:rPr>
          <w:rFonts w:ascii="Georgia" w:hAnsi="Georgia" w:eastAsia="Georgia"/>
          <w:b w:val="0"/>
          <w:i/>
          <w:sz w:val="21"/>
          <w:u w:val="none"/>
        </w:rPr>
        <w:t xml:space="preserve">must </w:t>
      </w:r>
      <w:r>
        <w:rPr>
          <w:rFonts w:ascii="Georgia" w:hAnsi="Georgia" w:eastAsia="Georgia"/>
          <w:b w:val="0"/>
          <w:i w:val="0"/>
          <w:sz w:val="21"/>
          <w:u w:val="none"/>
        </w:rPr>
        <w:t xml:space="preserve">be </w:t>
      </w:r>
      <w:r>
        <w:rPr>
          <w:rFonts w:ascii="Georgia" w:hAnsi="Georgia" w:eastAsia="Georgia"/>
          <w:b w:val="0"/>
          <w:i/>
          <w:sz w:val="21"/>
          <w:u w:val="none"/>
        </w:rPr>
        <w:t xml:space="preserve">taught not </w:t>
      </w:r>
      <w:r>
        <w:rPr>
          <w:rFonts w:ascii="Georgia" w:hAnsi="Georgia" w:eastAsia="Georgia"/>
          <w:b w:val="0"/>
          <w:i w:val="0"/>
          <w:sz w:val="21"/>
          <w:u w:val="none"/>
        </w:rPr>
        <w:t xml:space="preserve">to disobey and he must be taught to be good. This does </w:t>
      </w:r>
      <w:r>
        <w:rPr>
          <w:rFonts w:ascii="Georgia" w:hAnsi="Georgia" w:eastAsia="Georgia"/>
          <w:b w:val="0"/>
          <w:i/>
          <w:sz w:val="21"/>
          <w:u w:val="none"/>
        </w:rPr>
        <w:t xml:space="preserve">not </w:t>
      </w:r>
      <w:r>
        <w:rPr>
          <w:rFonts w:ascii="Georgia" w:hAnsi="Georgia" w:eastAsia="Georgia"/>
          <w:b w:val="0"/>
          <w:i w:val="0"/>
          <w:sz w:val="21"/>
          <w:u w:val="none"/>
        </w:rPr>
        <w:t xml:space="preserve">come naturally – we are </w:t>
      </w:r>
      <w:r>
        <w:rPr>
          <w:rFonts w:ascii="Georgia" w:hAnsi="Georgia" w:eastAsia="Georgia"/>
          <w:b w:val="0"/>
          <w:i/>
          <w:sz w:val="21"/>
          <w:u w:val="none"/>
        </w:rPr>
        <w:t xml:space="preserve">born </w:t>
      </w:r>
      <w:r>
        <w:rPr>
          <w:rFonts w:ascii="Georgia" w:hAnsi="Georgia" w:eastAsia="Georgia"/>
          <w:b w:val="0"/>
          <w:i w:val="0"/>
          <w:sz w:val="21"/>
          <w:u w:val="none"/>
        </w:rPr>
        <w:t xml:space="preserve">sinners! If we try to live a righteous life on our own, life will be a continuous never-ending struggle – just like trying to keep that house clean – because we are attempting to </w:t>
      </w:r>
      <w:r>
        <w:rPr>
          <w:rFonts w:ascii="Georgia" w:hAnsi="Georgia" w:eastAsia="Georgia"/>
          <w:b w:val="0"/>
          <w:i/>
          <w:sz w:val="21"/>
          <w:u w:val="none"/>
        </w:rPr>
        <w:t xml:space="preserve">be </w:t>
      </w:r>
      <w:r>
        <w:rPr>
          <w:rFonts w:ascii="Georgia" w:hAnsi="Georgia" w:eastAsia="Georgia"/>
          <w:b w:val="0"/>
          <w:i w:val="0"/>
          <w:sz w:val="21"/>
          <w:u w:val="none"/>
        </w:rPr>
        <w:t xml:space="preserve">something we are </w:t>
      </w:r>
      <w:r>
        <w:rPr>
          <w:rFonts w:ascii="Georgia" w:hAnsi="Georgia" w:eastAsia="Georgia"/>
          <w:b w:val="0"/>
          <w:i/>
          <w:sz w:val="21"/>
          <w:u w:val="none"/>
        </w:rPr>
        <w:t xml:space="preserve">not, </w:t>
      </w:r>
      <w:r>
        <w:rPr>
          <w:rFonts w:ascii="Georgia" w:hAnsi="Georgia" w:eastAsia="Georgia"/>
          <w:b w:val="0"/>
          <w:i w:val="0"/>
          <w:sz w:val="21"/>
          <w:u w:val="none"/>
        </w:rPr>
        <w:t xml:space="preserve">and to achieve a goal that is </w:t>
      </w:r>
      <w:r>
        <w:rPr>
          <w:rFonts w:ascii="Georgia" w:hAnsi="Georgia" w:eastAsia="Georgia"/>
          <w:b w:val="0"/>
          <w:i/>
          <w:sz w:val="21"/>
          <w:u w:val="none"/>
        </w:rPr>
        <w:t>impossible!</w:t>
      </w:r>
    </w:p>
    <w:p>
      <w:pPr>
        <w:widowControl/>
      </w:pPr>
      <w:r>
        <w:rPr>
          <w:rFonts w:ascii="Georgia" w:hAnsi="Georgia" w:eastAsia="Georgia"/>
          <w:b w:val="0"/>
          <w:i w:val="0"/>
          <w:sz w:val="21"/>
          <w:u w:val="none"/>
        </w:rPr>
        <w:t xml:space="preserve">The first step toward freedom from this terrible bondage is to </w:t>
      </w:r>
      <w:r>
        <w:rPr>
          <w:rFonts w:ascii="Georgia" w:hAnsi="Georgia" w:eastAsia="Georgia"/>
          <w:b w:val="0"/>
          <w:i/>
          <w:sz w:val="21"/>
          <w:u w:val="none"/>
        </w:rPr>
        <w:t xml:space="preserve">admit </w:t>
      </w:r>
      <w:r>
        <w:rPr>
          <w:rFonts w:ascii="Georgia" w:hAnsi="Georgia" w:eastAsia="Georgia"/>
          <w:b w:val="0"/>
          <w:i w:val="0"/>
          <w:sz w:val="21"/>
          <w:u w:val="none"/>
        </w:rPr>
        <w:t xml:space="preserve">we are there, and that we can’t get out. </w:t>
      </w:r>
      <w:r>
        <w:rPr>
          <w:rFonts w:ascii="Georgia" w:hAnsi="Georgia" w:eastAsia="Georgia"/>
          <w:b w:val="0"/>
          <w:i/>
          <w:sz w:val="21"/>
          <w:u w:val="none"/>
        </w:rPr>
        <w:t xml:space="preserve">Dare </w:t>
      </w:r>
      <w:r>
        <w:rPr>
          <w:rFonts w:ascii="Georgia" w:hAnsi="Georgia" w:eastAsia="Georgia"/>
          <w:b w:val="0"/>
          <w:i w:val="0"/>
          <w:sz w:val="21"/>
          <w:u w:val="none"/>
        </w:rPr>
        <w:t>to open that secret door and let the light flood in.</w:t>
      </w:r>
    </w:p>
    <w:p>
      <w:pPr>
        <w:widowControl/>
      </w:pPr>
      <w:r>
        <w:rPr>
          <w:rFonts w:ascii="Georgia" w:hAnsi="Georgia" w:eastAsia="Georgia"/>
          <w:b w:val="0"/>
          <w:i w:val="0"/>
          <w:sz w:val="21"/>
          <w:u w:val="none"/>
        </w:rPr>
        <w:t xml:space="preserve">Recovering alcoholics who work the 12 steps of the AA program know the freedom that comes from this. Once the light reveals the true extent of the filth, and you dare to admit it’s there – only </w:t>
      </w:r>
      <w:r>
        <w:rPr>
          <w:rFonts w:ascii="Georgia" w:hAnsi="Georgia" w:eastAsia="Georgia"/>
          <w:b w:val="0"/>
          <w:i/>
          <w:sz w:val="21"/>
          <w:u w:val="none"/>
        </w:rPr>
        <w:t xml:space="preserve">then </w:t>
      </w:r>
      <w:r>
        <w:rPr>
          <w:rFonts w:ascii="Georgia" w:hAnsi="Georgia" w:eastAsia="Georgia"/>
          <w:b w:val="0"/>
          <w:i w:val="0"/>
          <w:sz w:val="21"/>
          <w:u w:val="none"/>
        </w:rPr>
        <w:t xml:space="preserve">can the Master Cleaner of all cleaners begin cleaning out that room, one piece of clutter at a time. But He can’t do it if you won’t let Him in the room. “Behold I stand at the door, and knock,” He said. He will never force His way in – but He is ready, willing and more than able to clean your whole house for you. He doesn’t </w:t>
      </w:r>
      <w:r>
        <w:rPr>
          <w:rFonts w:ascii="Georgia" w:hAnsi="Georgia" w:eastAsia="Georgia"/>
          <w:b w:val="0"/>
          <w:i/>
          <w:sz w:val="21"/>
          <w:u w:val="none"/>
        </w:rPr>
        <w:t xml:space="preserve">condemn </w:t>
      </w:r>
      <w:r>
        <w:rPr>
          <w:rFonts w:ascii="Georgia" w:hAnsi="Georgia" w:eastAsia="Georgia"/>
          <w:b w:val="0"/>
          <w:i w:val="0"/>
          <w:sz w:val="21"/>
          <w:u w:val="none"/>
        </w:rPr>
        <w:t xml:space="preserve">you – and neither does His Father. Jesus </w:t>
      </w:r>
      <w:r>
        <w:rPr>
          <w:rFonts w:ascii="Georgia" w:hAnsi="Georgia" w:eastAsia="Georgia"/>
          <w:b w:val="0"/>
          <w:i/>
          <w:sz w:val="21"/>
          <w:u w:val="none"/>
        </w:rPr>
        <w:t xml:space="preserve">died </w:t>
      </w:r>
      <w:r>
        <w:rPr>
          <w:rFonts w:ascii="Georgia" w:hAnsi="Georgia" w:eastAsia="Georgia"/>
          <w:b w:val="0"/>
          <w:i w:val="0"/>
          <w:sz w:val="21"/>
          <w:u w:val="none"/>
        </w:rPr>
        <w:t xml:space="preserve">for you – </w:t>
      </w:r>
      <w:r>
        <w:rPr>
          <w:rFonts w:ascii="Georgia" w:hAnsi="Georgia" w:eastAsia="Georgia"/>
          <w:b w:val="0"/>
          <w:i/>
          <w:sz w:val="21"/>
          <w:u w:val="none"/>
        </w:rPr>
        <w:t xml:space="preserve">He paid </w:t>
      </w:r>
      <w:r>
        <w:rPr>
          <w:rFonts w:ascii="Georgia" w:hAnsi="Georgia" w:eastAsia="Georgia"/>
          <w:b w:val="0"/>
          <w:i w:val="0"/>
          <w:sz w:val="21"/>
          <w:u w:val="none"/>
        </w:rPr>
        <w:t xml:space="preserve">the penalty </w:t>
      </w:r>
      <w:r>
        <w:rPr>
          <w:rFonts w:ascii="Georgia" w:hAnsi="Georgia" w:eastAsia="Georgia"/>
          <w:b w:val="0"/>
          <w:i/>
          <w:sz w:val="21"/>
          <w:u w:val="none"/>
        </w:rPr>
        <w:t xml:space="preserve">you </w:t>
      </w:r>
      <w:r>
        <w:rPr>
          <w:rFonts w:ascii="Georgia" w:hAnsi="Georgia" w:eastAsia="Georgia"/>
          <w:b w:val="0"/>
          <w:i w:val="0"/>
          <w:sz w:val="21"/>
          <w:u w:val="none"/>
        </w:rPr>
        <w:t xml:space="preserve">deserve to dust and sweep and </w:t>
      </w:r>
      <w:r>
        <w:rPr>
          <w:rFonts w:ascii="Georgia" w:hAnsi="Georgia" w:eastAsia="Georgia"/>
          <w:b w:val="0"/>
          <w:i/>
          <w:sz w:val="21"/>
          <w:u w:val="none"/>
        </w:rPr>
        <w:t xml:space="preserve">wash </w:t>
      </w:r>
      <w:r>
        <w:rPr>
          <w:rFonts w:ascii="Georgia" w:hAnsi="Georgia" w:eastAsia="Georgia"/>
          <w:b w:val="0"/>
          <w:i w:val="0"/>
          <w:sz w:val="21"/>
          <w:u w:val="none"/>
        </w:rPr>
        <w:t>away your sin. It is already done! That sin has been removed as far as the east is from the west – it is drowned in the midst of the sea – and there’s a sign there that says “No fishing”!</w:t>
      </w:r>
    </w:p>
    <w:p>
      <w:pPr>
        <w:widowControl/>
      </w:pPr>
      <w:r>
        <w:rPr>
          <w:rFonts w:ascii="Georgia" w:hAnsi="Georgia" w:eastAsia="Georgia"/>
          <w:b w:val="0"/>
          <w:i w:val="0"/>
          <w:sz w:val="21"/>
          <w:u w:val="none"/>
        </w:rPr>
        <w:t xml:space="preserve">Paul called himself the “chief of sinners”. By admitting where he came from, he could minister to those who were still there. He told the Corinthians, “Do you </w:t>
      </w:r>
      <w:r>
        <w:rPr>
          <w:rFonts w:ascii="Georgia" w:hAnsi="Georgia" w:eastAsia="Georgia"/>
          <w:b w:val="0"/>
          <w:i/>
          <w:sz w:val="21"/>
          <w:u w:val="none"/>
        </w:rPr>
        <w:t xml:space="preserve">not know </w:t>
      </w:r>
      <w:r>
        <w:rPr>
          <w:rFonts w:ascii="Georgia" w:hAnsi="Georgia" w:eastAsia="Georgia"/>
          <w:b w:val="0"/>
          <w:i w:val="0"/>
          <w:sz w:val="21"/>
          <w:u w:val="none"/>
        </w:rPr>
        <w:t xml:space="preserve">that the wicked will not inherit the kingdom of God? --- And that is what </w:t>
      </w:r>
      <w:r>
        <w:rPr>
          <w:rFonts w:ascii="Georgia" w:hAnsi="Georgia" w:eastAsia="Georgia"/>
          <w:b w:val="0"/>
          <w:i/>
          <w:sz w:val="21"/>
          <w:u w:val="none"/>
        </w:rPr>
        <w:t xml:space="preserve">some of you were. </w:t>
      </w:r>
      <w:r>
        <w:rPr>
          <w:rFonts w:ascii="Georgia" w:hAnsi="Georgia" w:eastAsia="Georgia"/>
          <w:b w:val="0"/>
          <w:i w:val="0"/>
          <w:sz w:val="21"/>
          <w:u w:val="none"/>
        </w:rPr>
        <w:t xml:space="preserve">But you were washed, you were sanctified, you were </w:t>
      </w:r>
      <w:r>
        <w:rPr>
          <w:rFonts w:ascii="Georgia" w:hAnsi="Georgia" w:eastAsia="Georgia"/>
          <w:b w:val="0"/>
          <w:i/>
          <w:sz w:val="21"/>
          <w:u w:val="none"/>
        </w:rPr>
        <w:t xml:space="preserve">justified </w:t>
      </w:r>
      <w:r>
        <w:rPr>
          <w:rFonts w:ascii="Georgia" w:hAnsi="Georgia" w:eastAsia="Georgia"/>
          <w:b w:val="0"/>
          <w:i w:val="0"/>
          <w:sz w:val="21"/>
          <w:u w:val="none"/>
        </w:rPr>
        <w:t xml:space="preserve">in the name of the Lord Jesus Christ and by the Spirit of our God. – When you dare to let Jesus in through the door of your heart, and yield your life to Him, you are born again. You are a new creature with a new nature, because that old nature you were born with has been nailed to the cross with </w:t>
      </w:r>
      <w:r>
        <w:rPr>
          <w:rFonts w:ascii="Georgia" w:hAnsi="Georgia" w:eastAsia="Georgia"/>
          <w:b w:val="0"/>
          <w:i/>
          <w:sz w:val="21"/>
          <w:u w:val="none"/>
        </w:rPr>
        <w:t xml:space="preserve">Him. </w:t>
      </w:r>
      <w:r>
        <w:rPr>
          <w:rFonts w:ascii="Georgia" w:hAnsi="Georgia" w:eastAsia="Georgia"/>
          <w:b w:val="0"/>
          <w:i w:val="0"/>
          <w:sz w:val="21"/>
          <w:u w:val="none"/>
        </w:rPr>
        <w:t xml:space="preserve">“He who knew </w:t>
      </w:r>
      <w:r>
        <w:rPr>
          <w:rFonts w:ascii="Georgia" w:hAnsi="Georgia" w:eastAsia="Georgia"/>
          <w:b w:val="0"/>
          <w:i/>
          <w:sz w:val="21"/>
          <w:u w:val="none"/>
        </w:rPr>
        <w:t xml:space="preserve">no sin </w:t>
      </w:r>
      <w:r>
        <w:rPr>
          <w:rFonts w:ascii="Georgia" w:hAnsi="Georgia" w:eastAsia="Georgia"/>
          <w:b w:val="0"/>
          <w:i w:val="0"/>
          <w:sz w:val="21"/>
          <w:u w:val="none"/>
        </w:rPr>
        <w:t xml:space="preserve">has been made to be sin for us, that we might become the righteousness of God.” You will find that old desire for sin fading away and your priorities will be changed. You will </w:t>
      </w:r>
      <w:r>
        <w:rPr>
          <w:rFonts w:ascii="Georgia" w:hAnsi="Georgia" w:eastAsia="Georgia"/>
          <w:b w:val="0"/>
          <w:i/>
          <w:sz w:val="21"/>
          <w:u w:val="none"/>
        </w:rPr>
        <w:t xml:space="preserve">obey </w:t>
      </w:r>
      <w:r>
        <w:rPr>
          <w:rFonts w:ascii="Georgia" w:hAnsi="Georgia" w:eastAsia="Georgia"/>
          <w:b w:val="0"/>
          <w:i w:val="0"/>
          <w:sz w:val="21"/>
          <w:u w:val="none"/>
        </w:rPr>
        <w:t xml:space="preserve">the laws God gave you for your good now, because you know He </w:t>
      </w:r>
      <w:r>
        <w:rPr>
          <w:rFonts w:ascii="Georgia" w:hAnsi="Georgia" w:eastAsia="Georgia"/>
          <w:b w:val="0"/>
          <w:i/>
          <w:sz w:val="21"/>
          <w:u w:val="none"/>
        </w:rPr>
        <w:t xml:space="preserve">loves </w:t>
      </w:r>
      <w:r>
        <w:rPr>
          <w:rFonts w:ascii="Georgia" w:hAnsi="Georgia" w:eastAsia="Georgia"/>
          <w:b w:val="0"/>
          <w:i w:val="0"/>
          <w:sz w:val="21"/>
          <w:u w:val="none"/>
        </w:rPr>
        <w:t xml:space="preserve">you and wants what’s </w:t>
      </w:r>
      <w:r>
        <w:rPr>
          <w:rFonts w:ascii="Georgia" w:hAnsi="Georgia" w:eastAsia="Georgia"/>
          <w:b w:val="0"/>
          <w:i/>
          <w:sz w:val="21"/>
          <w:u w:val="none"/>
        </w:rPr>
        <w:t xml:space="preserve">best </w:t>
      </w:r>
      <w:r>
        <w:rPr>
          <w:rFonts w:ascii="Georgia" w:hAnsi="Georgia" w:eastAsia="Georgia"/>
          <w:b w:val="0"/>
          <w:i w:val="0"/>
          <w:sz w:val="21"/>
          <w:u w:val="none"/>
        </w:rPr>
        <w:t xml:space="preserve">for you. You now will obey because you </w:t>
      </w:r>
      <w:r>
        <w:rPr>
          <w:rFonts w:ascii="Georgia" w:hAnsi="Georgia" w:eastAsia="Georgia"/>
          <w:b w:val="0"/>
          <w:i/>
          <w:sz w:val="21"/>
          <w:u w:val="none"/>
        </w:rPr>
        <w:t xml:space="preserve">want </w:t>
      </w:r>
      <w:r>
        <w:rPr>
          <w:rFonts w:ascii="Georgia" w:hAnsi="Georgia" w:eastAsia="Georgia"/>
          <w:b w:val="0"/>
          <w:i w:val="0"/>
          <w:sz w:val="21"/>
          <w:u w:val="none"/>
        </w:rPr>
        <w:t xml:space="preserve">to – not out of fear, because you </w:t>
      </w:r>
      <w:r>
        <w:rPr>
          <w:rFonts w:ascii="Georgia" w:hAnsi="Georgia" w:eastAsia="Georgia"/>
          <w:b w:val="0"/>
          <w:i/>
          <w:sz w:val="21"/>
          <w:u w:val="none"/>
        </w:rPr>
        <w:t xml:space="preserve">have </w:t>
      </w:r>
      <w:r>
        <w:rPr>
          <w:rFonts w:ascii="Georgia" w:hAnsi="Georgia" w:eastAsia="Georgia"/>
          <w:b w:val="0"/>
          <w:i w:val="0"/>
          <w:sz w:val="21"/>
          <w:u w:val="none"/>
        </w:rPr>
        <w:t xml:space="preserve">to. What a difference that will make in your life! And how wonderful to no longer have to wear a mask or have any locked doors. This is the freedom Jesus is talking about when He says, “You shall know the </w:t>
      </w:r>
      <w:r>
        <w:rPr>
          <w:rFonts w:ascii="Georgia" w:hAnsi="Georgia" w:eastAsia="Georgia"/>
          <w:b w:val="0"/>
          <w:i/>
          <w:sz w:val="21"/>
          <w:u w:val="none"/>
        </w:rPr>
        <w:t xml:space="preserve">truth </w:t>
      </w:r>
      <w:r>
        <w:rPr>
          <w:rFonts w:ascii="Georgia" w:hAnsi="Georgia" w:eastAsia="Georgia"/>
          <w:b w:val="0"/>
          <w:i w:val="0"/>
          <w:sz w:val="21"/>
          <w:u w:val="none"/>
        </w:rPr>
        <w:t xml:space="preserve">and the truth will set you free.” And “if the </w:t>
      </w:r>
      <w:r>
        <w:rPr>
          <w:rFonts w:ascii="Georgia" w:hAnsi="Georgia" w:eastAsia="Georgia"/>
          <w:b w:val="0"/>
          <w:i/>
          <w:sz w:val="21"/>
          <w:u w:val="none"/>
        </w:rPr>
        <w:t>Son</w:t>
      </w:r>
      <w:r>
        <w:rPr>
          <w:rFonts w:ascii="Georgia" w:hAnsi="Georgia" w:eastAsia="Georgia"/>
          <w:b w:val="0"/>
          <w:i w:val="0"/>
          <w:sz w:val="21"/>
          <w:u w:val="none"/>
        </w:rPr>
        <w:t xml:space="preserve"> sets you free, </w:t>
      </w:r>
      <w:r>
        <w:rPr>
          <w:rFonts w:ascii="Georgia" w:hAnsi="Georgia" w:eastAsia="Georgia"/>
          <w:b w:val="0"/>
          <w:i/>
          <w:sz w:val="21"/>
          <w:u w:val="none"/>
        </w:rPr>
        <w:t xml:space="preserve">you are free </w:t>
      </w:r>
      <w:r>
        <w:rPr>
          <w:rFonts w:ascii="Georgia" w:hAnsi="Georgia" w:eastAsia="Georgia"/>
          <w:b w:val="0"/>
          <w:i w:val="0"/>
          <w:sz w:val="21"/>
          <w:u w:val="none"/>
        </w:rPr>
        <w:t xml:space="preserve">indeed!!” </w:t>
      </w:r>
      <w:r>
        <w:rPr>
          <w:rFonts w:ascii="Georgia" w:hAnsi="Georgia" w:eastAsia="Georgia"/>
          <w:b w:val="0"/>
          <w:i/>
          <w:sz w:val="21"/>
          <w:u w:val="none"/>
        </w:rPr>
        <w:t xml:space="preserve">Open </w:t>
      </w:r>
      <w:r>
        <w:rPr>
          <w:rFonts w:ascii="Georgia" w:hAnsi="Georgia" w:eastAsia="Georgia"/>
          <w:b w:val="0"/>
          <w:i w:val="0"/>
          <w:sz w:val="21"/>
          <w:u w:val="none"/>
        </w:rPr>
        <w:t>that door today – Receive that freedom He offers- you will never regret it.</w:t>
      </w:r>
    </w:p>
    <w:p>
      <w:bookmarkStart w:id="11" w:name="reflection_10"/>
      <w:pPr>
        <w:pStyle w:val="Heading1"/>
      </w:pPr>
      <w:r>
        <w:rPr>
          <w:rFonts w:ascii="Georgia" w:hAnsi="Georgia" w:eastAsia="Georgia"/>
          <w:b/>
          <w:color w:val="226FA4"/>
          <w:sz w:val="34"/>
        </w:rPr>
        <w:t>Earthquake in Haiti – Where was God?</w:t>
      </w:r>
      <w:bookmarkEnd w:id="11"/>
    </w:p>
    <w:p>
      <w:pPr>
        <w:widowControl/>
      </w:pPr>
      <w:r>
        <w:rPr>
          <w:rFonts w:ascii="Georgia" w:hAnsi="Georgia" w:eastAsia="Georgia"/>
          <w:b w:val="0"/>
          <w:i w:val="0"/>
          <w:sz w:val="21"/>
          <w:u w:val="none"/>
        </w:rPr>
        <w:t xml:space="preserve">Not since the destruction of the Twin Towers has one event so monopolized the radio and TV news and newspaper headlines as the recent earthquake in Port Au Prince, Haiti. The horror, the chaos, the confusion and the anguish day after day is very much like the aftermath of 9/11 except in Haiti the death and destruction are on a much larger scale. There is also one other major difference. We knew who was responsible for those death-planes. It was </w:t>
      </w:r>
      <w:r>
        <w:rPr>
          <w:rFonts w:ascii="Georgia" w:hAnsi="Georgia" w:eastAsia="Georgia"/>
          <w:b w:val="0"/>
          <w:i/>
          <w:sz w:val="21"/>
          <w:u w:val="none"/>
        </w:rPr>
        <w:t>men</w:t>
      </w:r>
      <w:r>
        <w:rPr>
          <w:rFonts w:ascii="Georgia" w:hAnsi="Georgia" w:eastAsia="Georgia"/>
          <w:b w:val="0"/>
          <w:i w:val="0"/>
          <w:sz w:val="21"/>
          <w:u w:val="none"/>
        </w:rPr>
        <w:t xml:space="preserve">, who had faces, whose misplaced fanatic zeal had made them tools of an evil doctrine. So as a wounded nation we turned to our God for our comfort and healing. </w:t>
      </w:r>
    </w:p>
    <w:p>
      <w:pPr>
        <w:widowControl/>
      </w:pPr>
      <w:r>
        <w:rPr>
          <w:rFonts w:ascii="Georgia" w:hAnsi="Georgia" w:eastAsia="Georgia"/>
          <w:b w:val="0"/>
          <w:i w:val="0"/>
          <w:sz w:val="21"/>
          <w:u w:val="none"/>
        </w:rPr>
        <w:t xml:space="preserve">But what do you do when it looks like God is the one </w:t>
      </w:r>
      <w:r>
        <w:rPr>
          <w:rFonts w:ascii="Georgia" w:hAnsi="Georgia" w:eastAsia="Georgia"/>
          <w:b w:val="0"/>
          <w:i/>
          <w:sz w:val="21"/>
          <w:u w:val="none"/>
        </w:rPr>
        <w:t>responsible</w:t>
      </w:r>
      <w:r>
        <w:rPr>
          <w:rFonts w:ascii="Georgia" w:hAnsi="Georgia" w:eastAsia="Georgia"/>
          <w:b w:val="0"/>
          <w:i w:val="0"/>
          <w:sz w:val="21"/>
          <w:u w:val="none"/>
        </w:rPr>
        <w:t xml:space="preserve"> for your anguish? Natural disasters are </w:t>
      </w:r>
      <w:r>
        <w:rPr>
          <w:rFonts w:ascii="Georgia" w:hAnsi="Georgia" w:eastAsia="Georgia"/>
          <w:b w:val="0"/>
          <w:i/>
          <w:sz w:val="21"/>
          <w:u w:val="none"/>
        </w:rPr>
        <w:t>called</w:t>
      </w:r>
      <w:r>
        <w:rPr>
          <w:rFonts w:ascii="Georgia" w:hAnsi="Georgia" w:eastAsia="Georgia"/>
          <w:b w:val="0"/>
          <w:i w:val="0"/>
          <w:sz w:val="21"/>
          <w:u w:val="none"/>
        </w:rPr>
        <w:t xml:space="preserve"> “acts of God”. If He didn’t directly </w:t>
      </w:r>
      <w:r>
        <w:rPr>
          <w:rFonts w:ascii="Georgia" w:hAnsi="Georgia" w:eastAsia="Georgia"/>
          <w:b w:val="0"/>
          <w:i/>
          <w:sz w:val="21"/>
          <w:u w:val="none"/>
        </w:rPr>
        <w:t>cause</w:t>
      </w:r>
      <w:r>
        <w:rPr>
          <w:rFonts w:ascii="Georgia" w:hAnsi="Georgia" w:eastAsia="Georgia"/>
          <w:b w:val="0"/>
          <w:i w:val="0"/>
          <w:sz w:val="21"/>
          <w:u w:val="none"/>
        </w:rPr>
        <w:t xml:space="preserve"> it, He at least </w:t>
      </w:r>
      <w:r>
        <w:rPr>
          <w:rFonts w:ascii="Georgia" w:hAnsi="Georgia" w:eastAsia="Georgia"/>
          <w:b w:val="0"/>
          <w:i/>
          <w:sz w:val="21"/>
          <w:u w:val="none"/>
        </w:rPr>
        <w:t>allowed</w:t>
      </w:r>
      <w:r>
        <w:rPr>
          <w:rFonts w:ascii="Georgia" w:hAnsi="Georgia" w:eastAsia="Georgia"/>
          <w:b w:val="0"/>
          <w:i w:val="0"/>
          <w:sz w:val="21"/>
          <w:u w:val="none"/>
        </w:rPr>
        <w:t xml:space="preserve"> it, so then we have to ask, “Isn’t He all powerful? Doesn’t He know everything that happens ahead of time? </w:t>
      </w:r>
      <w:r>
        <w:rPr>
          <w:rFonts w:ascii="Georgia" w:hAnsi="Georgia" w:eastAsia="Georgia"/>
          <w:b w:val="0"/>
          <w:i/>
          <w:sz w:val="21"/>
          <w:u w:val="none"/>
        </w:rPr>
        <w:t>Why</w:t>
      </w:r>
      <w:r>
        <w:rPr>
          <w:rFonts w:ascii="Georgia" w:hAnsi="Georgia" w:eastAsia="Georgia"/>
          <w:b w:val="0"/>
          <w:i w:val="0"/>
          <w:sz w:val="21"/>
          <w:u w:val="none"/>
        </w:rPr>
        <w:t xml:space="preserve"> then does He allow such horrific disasters to hurt and kill thousands of innocent people? Could it be that He’s </w:t>
      </w:r>
      <w:r>
        <w:rPr>
          <w:rFonts w:ascii="Georgia" w:hAnsi="Georgia" w:eastAsia="Georgia"/>
          <w:b w:val="0"/>
          <w:i/>
          <w:sz w:val="21"/>
          <w:u w:val="none"/>
        </w:rPr>
        <w:t>not</w:t>
      </w:r>
      <w:r>
        <w:rPr>
          <w:rFonts w:ascii="Georgia" w:hAnsi="Georgia" w:eastAsia="Georgia"/>
          <w:b w:val="0"/>
          <w:i w:val="0"/>
          <w:sz w:val="21"/>
          <w:u w:val="none"/>
        </w:rPr>
        <w:t xml:space="preserve"> a God of Love after all?”</w:t>
      </w:r>
    </w:p>
    <w:p>
      <w:pPr>
        <w:widowControl/>
      </w:pPr>
      <w:r>
        <w:rPr>
          <w:rFonts w:ascii="Georgia" w:hAnsi="Georgia" w:eastAsia="Georgia"/>
          <w:b w:val="0"/>
          <w:i w:val="0"/>
          <w:sz w:val="21"/>
          <w:u w:val="none"/>
        </w:rPr>
        <w:t xml:space="preserve">The ancient philosopher Epicurus said: “Either God </w:t>
      </w:r>
      <w:r>
        <w:rPr>
          <w:rFonts w:ascii="Georgia" w:hAnsi="Georgia" w:eastAsia="Georgia"/>
          <w:b w:val="0"/>
          <w:i/>
          <w:sz w:val="21"/>
          <w:u w:val="none"/>
        </w:rPr>
        <w:t>wants</w:t>
      </w:r>
      <w:r>
        <w:rPr>
          <w:rFonts w:ascii="Georgia" w:hAnsi="Georgia" w:eastAsia="Georgia"/>
          <w:b w:val="0"/>
          <w:i w:val="0"/>
          <w:sz w:val="21"/>
          <w:u w:val="none"/>
        </w:rPr>
        <w:t xml:space="preserve"> to abolish evil, and cannot; or He can but does not </w:t>
      </w:r>
      <w:r>
        <w:rPr>
          <w:rFonts w:ascii="Georgia" w:hAnsi="Georgia" w:eastAsia="Georgia"/>
          <w:b w:val="0"/>
          <w:i/>
          <w:sz w:val="21"/>
          <w:u w:val="none"/>
        </w:rPr>
        <w:t>want</w:t>
      </w:r>
      <w:r>
        <w:rPr>
          <w:rFonts w:ascii="Georgia" w:hAnsi="Georgia" w:eastAsia="Georgia"/>
          <w:b w:val="0"/>
          <w:i w:val="0"/>
          <w:sz w:val="21"/>
          <w:u w:val="none"/>
        </w:rPr>
        <w:t xml:space="preserve"> to. If He wants to, but cannot, He is impotent. If He can and does not want to, He is wicked. But if God both </w:t>
      </w:r>
      <w:r>
        <w:rPr>
          <w:rFonts w:ascii="Georgia" w:hAnsi="Georgia" w:eastAsia="Georgia"/>
          <w:b w:val="0"/>
          <w:i/>
          <w:sz w:val="21"/>
          <w:u w:val="none"/>
        </w:rPr>
        <w:t xml:space="preserve">can </w:t>
      </w:r>
      <w:r>
        <w:rPr>
          <w:rFonts w:ascii="Georgia" w:hAnsi="Georgia" w:eastAsia="Georgia"/>
          <w:b w:val="0"/>
          <w:i w:val="0"/>
          <w:sz w:val="21"/>
          <w:u w:val="none"/>
        </w:rPr>
        <w:t xml:space="preserve">and </w:t>
      </w:r>
      <w:r>
        <w:rPr>
          <w:rFonts w:ascii="Georgia" w:hAnsi="Georgia" w:eastAsia="Georgia"/>
          <w:b w:val="0"/>
          <w:i/>
          <w:sz w:val="21"/>
          <w:u w:val="none"/>
        </w:rPr>
        <w:t>wants</w:t>
      </w:r>
      <w:r>
        <w:rPr>
          <w:rFonts w:ascii="Georgia" w:hAnsi="Georgia" w:eastAsia="Georgia"/>
          <w:b w:val="0"/>
          <w:i w:val="0"/>
          <w:sz w:val="21"/>
          <w:u w:val="none"/>
        </w:rPr>
        <w:t xml:space="preserve"> to abolish evil, then how comes evil in the world?”</w:t>
      </w:r>
    </w:p>
    <w:p>
      <w:pPr>
        <w:widowControl/>
      </w:pPr>
      <w:r>
        <w:rPr>
          <w:rFonts w:ascii="Georgia" w:hAnsi="Georgia" w:eastAsia="Georgia"/>
          <w:b w:val="0"/>
          <w:i w:val="0"/>
          <w:sz w:val="21"/>
          <w:u w:val="none"/>
        </w:rPr>
        <w:t>Theologian John Stott observed: “The fact of suffering undoubtedly constitutes the single greatest challenge to the Christian faith, and has been in every generation. Its distribution and degree appear to be entirely random and therefore unfair. Sensitive spirits ask if it can possibly be reconciled with God’s justice and love.”</w:t>
      </w:r>
    </w:p>
    <w:p>
      <w:pPr>
        <w:widowControl/>
      </w:pPr>
      <w:r>
        <w:rPr>
          <w:rFonts w:ascii="Georgia" w:hAnsi="Georgia" w:eastAsia="Georgia"/>
          <w:b w:val="0"/>
          <w:i w:val="0"/>
          <w:sz w:val="21"/>
          <w:u w:val="none"/>
        </w:rPr>
        <w:t xml:space="preserve">Our problem is, you see, that we try so hard to make sense out of things that don’t make sense to us, and we always think we have to know “why”. This was the problem all three of Job’s friends had. They saw a man who in one day had lost everything he had and now he was physically suffering as well, with painful boils from the top of his head to the soles of his feet. It wasn’t an earthquake that took his children – it was a furious windstorm – but the result was the same. The building they were in collapsed on top of them and killed all ten. Everything he owned was gone too. Overnight this man Job went from being the richest, most honored and respected man in all the land to an object of ridicule sitting clothed in sackcloth in a pile of ashes. His friends who had come to “comfort” him only served to increase the misery because they all came to the same conclusion – that this </w:t>
      </w:r>
      <w:r>
        <w:rPr>
          <w:rFonts w:ascii="Georgia" w:hAnsi="Georgia" w:eastAsia="Georgia"/>
          <w:b w:val="0"/>
          <w:i/>
          <w:sz w:val="21"/>
          <w:u w:val="none"/>
        </w:rPr>
        <w:t>had</w:t>
      </w:r>
      <w:r>
        <w:rPr>
          <w:rFonts w:ascii="Georgia" w:hAnsi="Georgia" w:eastAsia="Georgia"/>
          <w:b w:val="0"/>
          <w:i w:val="0"/>
          <w:sz w:val="21"/>
          <w:u w:val="none"/>
        </w:rPr>
        <w:t xml:space="preserve"> to be God’s punishment, and it meant Job must be guilty of some terrible sin he had been covering up. But </w:t>
      </w:r>
      <w:r>
        <w:rPr>
          <w:rFonts w:ascii="Georgia" w:hAnsi="Georgia" w:eastAsia="Georgia"/>
          <w:b w:val="0"/>
          <w:i/>
          <w:sz w:val="21"/>
          <w:u w:val="none"/>
        </w:rPr>
        <w:t>Job</w:t>
      </w:r>
      <w:r>
        <w:rPr>
          <w:rFonts w:ascii="Georgia" w:hAnsi="Georgia" w:eastAsia="Georgia"/>
          <w:b w:val="0"/>
          <w:i w:val="0"/>
          <w:sz w:val="21"/>
          <w:u w:val="none"/>
        </w:rPr>
        <w:t xml:space="preserve"> knew that wasn’t so. His heart was </w:t>
      </w:r>
      <w:r>
        <w:rPr>
          <w:rFonts w:ascii="Georgia" w:hAnsi="Georgia" w:eastAsia="Georgia"/>
          <w:b w:val="0"/>
          <w:i/>
          <w:sz w:val="21"/>
          <w:u w:val="none"/>
        </w:rPr>
        <w:t>right</w:t>
      </w:r>
      <w:r>
        <w:rPr>
          <w:rFonts w:ascii="Georgia" w:hAnsi="Georgia" w:eastAsia="Georgia"/>
          <w:b w:val="0"/>
          <w:i w:val="0"/>
          <w:sz w:val="21"/>
          <w:u w:val="none"/>
        </w:rPr>
        <w:t xml:space="preserve"> with God and he had no idea why the God he had loved and served </w:t>
      </w:r>
      <w:r>
        <w:rPr>
          <w:rFonts w:ascii="Georgia" w:hAnsi="Georgia" w:eastAsia="Georgia"/>
          <w:b w:val="0"/>
          <w:i/>
          <w:sz w:val="21"/>
          <w:u w:val="none"/>
        </w:rPr>
        <w:t>seemed</w:t>
      </w:r>
      <w:r>
        <w:rPr>
          <w:rFonts w:ascii="Georgia" w:hAnsi="Georgia" w:eastAsia="Georgia"/>
          <w:b w:val="0"/>
          <w:i w:val="0"/>
          <w:sz w:val="21"/>
          <w:u w:val="none"/>
        </w:rPr>
        <w:t xml:space="preserve"> to have turned on him. Do you think Job didn’t ask “Why”? Of course he did, just like any of us would! He asked God, “</w:t>
      </w:r>
      <w:r>
        <w:rPr>
          <w:rFonts w:ascii="Georgia" w:hAnsi="Georgia" w:eastAsia="Georgia"/>
          <w:b w:val="0"/>
          <w:i/>
          <w:sz w:val="21"/>
          <w:u w:val="none"/>
        </w:rPr>
        <w:t>Why</w:t>
      </w:r>
      <w:r>
        <w:rPr>
          <w:rFonts w:ascii="Georgia" w:hAnsi="Georgia" w:eastAsia="Georgia"/>
          <w:b w:val="0"/>
          <w:i w:val="0"/>
          <w:sz w:val="21"/>
          <w:u w:val="none"/>
        </w:rPr>
        <w:t xml:space="preserve"> do you hide your face and consider me your enemy?” But God never answered the question. We who are privileged to read the whole account are shown the reason, but Job never </w:t>
      </w:r>
      <w:r>
        <w:rPr>
          <w:rFonts w:ascii="Georgia" w:hAnsi="Georgia" w:eastAsia="Georgia"/>
          <w:b w:val="0"/>
          <w:i/>
          <w:sz w:val="21"/>
          <w:u w:val="none"/>
        </w:rPr>
        <w:t>did</w:t>
      </w:r>
      <w:r>
        <w:rPr>
          <w:rFonts w:ascii="Georgia" w:hAnsi="Georgia" w:eastAsia="Georgia"/>
          <w:b w:val="0"/>
          <w:i w:val="0"/>
          <w:sz w:val="21"/>
          <w:u w:val="none"/>
        </w:rPr>
        <w:t xml:space="preserve"> know – and still he believed and still he trusted. Instead of blaming God, Job </w:t>
      </w:r>
      <w:r>
        <w:rPr>
          <w:rFonts w:ascii="Georgia" w:hAnsi="Georgia" w:eastAsia="Georgia"/>
          <w:b w:val="0"/>
          <w:i/>
          <w:sz w:val="21"/>
          <w:u w:val="none"/>
        </w:rPr>
        <w:t>defended</w:t>
      </w:r>
      <w:r>
        <w:rPr>
          <w:rFonts w:ascii="Georgia" w:hAnsi="Georgia" w:eastAsia="Georgia"/>
          <w:b w:val="0"/>
          <w:i w:val="0"/>
          <w:sz w:val="21"/>
          <w:u w:val="none"/>
        </w:rPr>
        <w:t xml:space="preserve"> Him to his accusers. He said, “God is not a man like me that we might confront each other in court. Where does wisdom </w:t>
      </w:r>
      <w:r>
        <w:rPr>
          <w:rFonts w:ascii="Georgia" w:hAnsi="Georgia" w:eastAsia="Georgia"/>
          <w:b w:val="0"/>
          <w:i/>
          <w:sz w:val="21"/>
          <w:u w:val="none"/>
        </w:rPr>
        <w:t>come</w:t>
      </w:r>
      <w:r>
        <w:rPr>
          <w:rFonts w:ascii="Georgia" w:hAnsi="Georgia" w:eastAsia="Georgia"/>
          <w:b w:val="0"/>
          <w:i w:val="0"/>
          <w:sz w:val="21"/>
          <w:u w:val="none"/>
        </w:rPr>
        <w:t xml:space="preserve"> from? Where does </w:t>
      </w:r>
      <w:r>
        <w:rPr>
          <w:rFonts w:ascii="Georgia" w:hAnsi="Georgia" w:eastAsia="Georgia"/>
          <w:b w:val="0"/>
          <w:i/>
          <w:sz w:val="21"/>
          <w:u w:val="none"/>
        </w:rPr>
        <w:t>understanding</w:t>
      </w:r>
      <w:r>
        <w:rPr>
          <w:rFonts w:ascii="Georgia" w:hAnsi="Georgia" w:eastAsia="Georgia"/>
          <w:b w:val="0"/>
          <w:i w:val="0"/>
          <w:sz w:val="21"/>
          <w:u w:val="none"/>
        </w:rPr>
        <w:t xml:space="preserve"> dwell? It is hidden from the eyes of every living thing ---- Destruction and death say ‘Only a </w:t>
      </w:r>
      <w:r>
        <w:rPr>
          <w:rFonts w:ascii="Georgia" w:hAnsi="Georgia" w:eastAsia="Georgia"/>
          <w:b w:val="0"/>
          <w:i/>
          <w:sz w:val="21"/>
          <w:u w:val="none"/>
        </w:rPr>
        <w:t>rumor</w:t>
      </w:r>
      <w:r>
        <w:rPr>
          <w:rFonts w:ascii="Georgia" w:hAnsi="Georgia" w:eastAsia="Georgia"/>
          <w:b w:val="0"/>
          <w:i w:val="0"/>
          <w:sz w:val="21"/>
          <w:u w:val="none"/>
        </w:rPr>
        <w:t xml:space="preserve"> of it has reached our ears.’ </w:t>
      </w:r>
      <w:r>
        <w:rPr>
          <w:rFonts w:ascii="Georgia" w:hAnsi="Georgia" w:eastAsia="Georgia"/>
          <w:b w:val="0"/>
          <w:i/>
          <w:sz w:val="21"/>
          <w:u w:val="none"/>
        </w:rPr>
        <w:t>God</w:t>
      </w:r>
      <w:r>
        <w:rPr>
          <w:rFonts w:ascii="Georgia" w:hAnsi="Georgia" w:eastAsia="Georgia"/>
          <w:b w:val="0"/>
          <w:i w:val="0"/>
          <w:sz w:val="21"/>
          <w:u w:val="none"/>
        </w:rPr>
        <w:t xml:space="preserve"> understands the way to it, and He </w:t>
      </w:r>
      <w:r>
        <w:rPr>
          <w:rFonts w:ascii="Georgia" w:hAnsi="Georgia" w:eastAsia="Georgia"/>
          <w:b w:val="0"/>
          <w:i/>
          <w:sz w:val="21"/>
          <w:u w:val="none"/>
        </w:rPr>
        <w:t>alone</w:t>
      </w:r>
      <w:r>
        <w:rPr>
          <w:rFonts w:ascii="Georgia" w:hAnsi="Georgia" w:eastAsia="Georgia"/>
          <w:b w:val="0"/>
          <w:i w:val="0"/>
          <w:sz w:val="21"/>
          <w:u w:val="none"/>
        </w:rPr>
        <w:t xml:space="preserve"> knows where it dwells, for </w:t>
      </w:r>
      <w:r>
        <w:rPr>
          <w:rFonts w:ascii="Georgia" w:hAnsi="Georgia" w:eastAsia="Georgia"/>
          <w:b w:val="0"/>
          <w:i/>
          <w:sz w:val="21"/>
          <w:u w:val="none"/>
        </w:rPr>
        <w:t>He</w:t>
      </w:r>
      <w:r>
        <w:rPr>
          <w:rFonts w:ascii="Georgia" w:hAnsi="Georgia" w:eastAsia="Georgia"/>
          <w:b w:val="0"/>
          <w:i w:val="0"/>
          <w:sz w:val="21"/>
          <w:u w:val="none"/>
        </w:rPr>
        <w:t xml:space="preserve"> views the ends of the earth and sees everything under heaven. ---- So though He </w:t>
      </w:r>
      <w:r>
        <w:rPr>
          <w:rFonts w:ascii="Georgia" w:hAnsi="Georgia" w:eastAsia="Georgia"/>
          <w:b w:val="0"/>
          <w:i/>
          <w:sz w:val="21"/>
          <w:u w:val="none"/>
        </w:rPr>
        <w:t>slay</w:t>
      </w:r>
      <w:r>
        <w:rPr>
          <w:rFonts w:ascii="Georgia" w:hAnsi="Georgia" w:eastAsia="Georgia"/>
          <w:b w:val="0"/>
          <w:i w:val="0"/>
          <w:sz w:val="21"/>
          <w:u w:val="none"/>
        </w:rPr>
        <w:t xml:space="preserve"> me, yet will I hope in Him. He knows the way that I take, and when He has tested me, I will come forth as </w:t>
      </w:r>
      <w:r>
        <w:rPr>
          <w:rFonts w:ascii="Georgia" w:hAnsi="Georgia" w:eastAsia="Georgia"/>
          <w:b w:val="0"/>
          <w:i/>
          <w:sz w:val="21"/>
          <w:u w:val="none"/>
        </w:rPr>
        <w:t>Gold</w:t>
      </w:r>
      <w:r>
        <w:rPr>
          <w:rFonts w:ascii="Georgia" w:hAnsi="Georgia" w:eastAsia="Georgia"/>
          <w:b w:val="0"/>
          <w:i w:val="0"/>
          <w:sz w:val="21"/>
          <w:u w:val="none"/>
        </w:rPr>
        <w:t xml:space="preserve">!” Job passed his test with flying colors and God rewarded his faithfulness by giving him back </w:t>
      </w:r>
      <w:r>
        <w:rPr>
          <w:rFonts w:ascii="Georgia" w:hAnsi="Georgia" w:eastAsia="Georgia"/>
          <w:b w:val="0"/>
          <w:i/>
          <w:sz w:val="21"/>
          <w:u w:val="none"/>
        </w:rPr>
        <w:t>twice</w:t>
      </w:r>
      <w:r>
        <w:rPr>
          <w:rFonts w:ascii="Georgia" w:hAnsi="Georgia" w:eastAsia="Georgia"/>
          <w:b w:val="0"/>
          <w:i w:val="0"/>
          <w:sz w:val="21"/>
          <w:u w:val="none"/>
        </w:rPr>
        <w:t xml:space="preserve"> what he had before, with one exception. He had lost seven sons and three daughters, and God gave him back seven more sons and three more daughters. I believe the reason for this was because the ten who died weren’t really gone – they had just moved, and one day Job would join them in a joyous reunion. This is a truth to hang onto for any believer who has lost children, whether one or ten.</w:t>
      </w:r>
    </w:p>
    <w:p>
      <w:pPr>
        <w:widowControl/>
      </w:pPr>
      <w:r>
        <w:rPr>
          <w:rFonts w:ascii="Georgia" w:hAnsi="Georgia" w:eastAsia="Georgia"/>
          <w:b w:val="0"/>
          <w:i w:val="0"/>
          <w:sz w:val="21"/>
          <w:u w:val="none"/>
        </w:rPr>
        <w:t>In Isaiah 55:8-9 God tells us: “My thoughts are not your thoughts – neither are your ways My ways. As the heavens are higher than the earth, so are My ways higher than your ways and My thoughts than your thoughts.”</w:t>
      </w:r>
    </w:p>
    <w:p>
      <w:pPr>
        <w:widowControl/>
      </w:pPr>
      <w:r>
        <w:rPr>
          <w:rFonts w:ascii="Georgia" w:hAnsi="Georgia" w:eastAsia="Georgia"/>
          <w:b w:val="0"/>
          <w:i w:val="0"/>
          <w:sz w:val="21"/>
          <w:u w:val="none"/>
        </w:rPr>
        <w:t xml:space="preserve">Romans 11: 33-34 says, “O the depth of the riches of the wisdom and knowledge of God! How </w:t>
      </w:r>
      <w:r>
        <w:rPr>
          <w:rFonts w:ascii="Georgia" w:hAnsi="Georgia" w:eastAsia="Georgia"/>
          <w:b w:val="0"/>
          <w:i/>
          <w:sz w:val="21"/>
          <w:u w:val="none"/>
        </w:rPr>
        <w:t>unsearchable</w:t>
      </w:r>
      <w:r>
        <w:rPr>
          <w:rFonts w:ascii="Georgia" w:hAnsi="Georgia" w:eastAsia="Georgia"/>
          <w:b w:val="0"/>
          <w:i/>
          <w:sz w:val="21"/>
          <w:u w:val="single"/>
        </w:rPr>
        <w:t xml:space="preserve"> </w:t>
      </w:r>
      <w:r>
        <w:rPr>
          <w:rFonts w:ascii="Georgia" w:hAnsi="Georgia" w:eastAsia="Georgia"/>
          <w:b w:val="0"/>
          <w:i w:val="0"/>
          <w:sz w:val="21"/>
          <w:u w:val="none"/>
        </w:rPr>
        <w:t>His judgements, and His paths beyond tracing out! Who has known the mind of the Lord? Or who had been His counselor?”</w:t>
      </w:r>
    </w:p>
    <w:p>
      <w:pPr>
        <w:widowControl/>
      </w:pPr>
      <w:r>
        <w:rPr>
          <w:rFonts w:ascii="Georgia" w:hAnsi="Georgia" w:eastAsia="Georgia"/>
          <w:b w:val="0"/>
          <w:i w:val="0"/>
          <w:sz w:val="21"/>
          <w:u w:val="none"/>
        </w:rPr>
        <w:t xml:space="preserve">You see we tend to think God thinks like we do, but we can no more understand why He does what He does than your dog can understand what you do. We are limited in our knowledge by time and space and our five physical senses, but God is not. We see only bits and pieces while God sees the whole panorama from beginning to end and He set it all in motion before the world ever was. Everything that happens is a piece of His marvelous plan. One day we will understand it – when we see Him face to face – but not now. Jesus gave us a glimpse of His heart – enough to know – He loves us, even when it doesn’t seem like it, but Paul says we see through a glass, dimly. What we know about God is </w:t>
      </w:r>
      <w:r>
        <w:rPr>
          <w:rFonts w:ascii="Georgia" w:hAnsi="Georgia" w:eastAsia="Georgia"/>
          <w:b w:val="0"/>
          <w:i/>
          <w:sz w:val="21"/>
          <w:u w:val="none"/>
        </w:rPr>
        <w:t>nothing</w:t>
      </w:r>
      <w:r>
        <w:rPr>
          <w:rFonts w:ascii="Georgia" w:hAnsi="Georgia" w:eastAsia="Georgia"/>
          <w:b w:val="0"/>
          <w:i w:val="0"/>
          <w:sz w:val="21"/>
          <w:u w:val="none"/>
        </w:rPr>
        <w:t xml:space="preserve"> compared to what we do </w:t>
      </w:r>
      <w:r>
        <w:rPr>
          <w:rFonts w:ascii="Georgia" w:hAnsi="Georgia" w:eastAsia="Georgia"/>
          <w:b w:val="0"/>
          <w:i/>
          <w:sz w:val="21"/>
          <w:u w:val="none"/>
        </w:rPr>
        <w:t>not</w:t>
      </w:r>
      <w:r>
        <w:rPr>
          <w:rFonts w:ascii="Georgia" w:hAnsi="Georgia" w:eastAsia="Georgia"/>
          <w:b w:val="0"/>
          <w:i w:val="0"/>
          <w:sz w:val="21"/>
          <w:u w:val="none"/>
        </w:rPr>
        <w:t xml:space="preserve"> know.</w:t>
      </w:r>
    </w:p>
    <w:p>
      <w:pPr>
        <w:widowControl/>
      </w:pPr>
      <w:r>
        <w:rPr>
          <w:rFonts w:ascii="Georgia" w:hAnsi="Georgia" w:eastAsia="Georgia"/>
          <w:b w:val="0"/>
          <w:i w:val="0"/>
          <w:sz w:val="21"/>
          <w:u w:val="none"/>
        </w:rPr>
        <w:t xml:space="preserve">So why do such horrible things happen to people in such a random way? The answer is we don’t know. We know at the beginning it wasn’t that way. The world and everything in it that God created were perfect and beautiful in every respect. But when He created man He took a big chance because He didn’t want robots. He gave them a free will because He wanted them to love and serve Him because they wanted to – not because they were programmed that way. We know they blew it by choosing to sin, and because of that sin corrupted the whole world and would claim every living thing including you and me. Some of us would die in terrible ways and some not, but that wasn’t the way it was supposed to be. Because these things happen doesn’t mean God is not in control and it doesn’t mean He doesn’t love us. It is a result of a fallen world. We can speculate on reasons – perhaps it’s to test our faith, or to discipline us so we learn something, or maybe it’s the harvest of what we ourselves have sown. Sometimes it’s none of these but only a part of the way the physical world works, and earthquakes fit into this category. Jesus told us to </w:t>
      </w:r>
      <w:r>
        <w:rPr>
          <w:rFonts w:ascii="Georgia" w:hAnsi="Georgia" w:eastAsia="Georgia"/>
          <w:b w:val="0"/>
          <w:i/>
          <w:sz w:val="21"/>
          <w:u w:val="none"/>
        </w:rPr>
        <w:t>expect</w:t>
      </w:r>
      <w:r>
        <w:rPr>
          <w:rFonts w:ascii="Georgia" w:hAnsi="Georgia" w:eastAsia="Georgia"/>
          <w:b w:val="0"/>
          <w:i w:val="0"/>
          <w:sz w:val="21"/>
          <w:u w:val="none"/>
        </w:rPr>
        <w:t xml:space="preserve"> more earthquakes as we come closer to the end times. He said they are the beginning of the end like birth pangs to a woman in labor. They will increase in frequency and intensity, and if there are people where they hit, some </w:t>
      </w:r>
      <w:r>
        <w:rPr>
          <w:rFonts w:ascii="Georgia" w:hAnsi="Georgia" w:eastAsia="Georgia"/>
          <w:b w:val="0"/>
          <w:i/>
          <w:sz w:val="21"/>
          <w:u w:val="none"/>
        </w:rPr>
        <w:t>will</w:t>
      </w:r>
      <w:r>
        <w:rPr>
          <w:rFonts w:ascii="Georgia" w:hAnsi="Georgia" w:eastAsia="Georgia"/>
          <w:b w:val="0"/>
          <w:i w:val="0"/>
          <w:sz w:val="21"/>
          <w:u w:val="none"/>
        </w:rPr>
        <w:t xml:space="preserve"> die – it’s part of the plan. </w:t>
      </w:r>
    </w:p>
    <w:p>
      <w:pPr>
        <w:widowControl/>
      </w:pPr>
      <w:r>
        <w:rPr>
          <w:rFonts w:ascii="Georgia" w:hAnsi="Georgia" w:eastAsia="Georgia"/>
          <w:b w:val="0"/>
          <w:i w:val="0"/>
          <w:sz w:val="21"/>
          <w:u w:val="none"/>
        </w:rPr>
        <w:t xml:space="preserve">The point is it doesn’t </w:t>
      </w:r>
      <w:r>
        <w:rPr>
          <w:rFonts w:ascii="Georgia" w:hAnsi="Georgia" w:eastAsia="Georgia"/>
          <w:b w:val="0"/>
          <w:i/>
          <w:sz w:val="21"/>
          <w:u w:val="none"/>
        </w:rPr>
        <w:t>matter</w:t>
      </w:r>
      <w:r>
        <w:rPr>
          <w:rFonts w:ascii="Georgia" w:hAnsi="Georgia" w:eastAsia="Georgia"/>
          <w:b w:val="0"/>
          <w:i w:val="0"/>
          <w:sz w:val="21"/>
          <w:u w:val="none"/>
        </w:rPr>
        <w:t xml:space="preserve"> why! We are to trust God anyway. That is what </w:t>
      </w:r>
      <w:r>
        <w:rPr>
          <w:rFonts w:ascii="Georgia" w:hAnsi="Georgia" w:eastAsia="Georgia"/>
          <w:b w:val="0"/>
          <w:i/>
          <w:sz w:val="21"/>
          <w:u w:val="none"/>
        </w:rPr>
        <w:t>faith is</w:t>
      </w:r>
      <w:r>
        <w:rPr>
          <w:rFonts w:ascii="Georgia" w:hAnsi="Georgia" w:eastAsia="Georgia"/>
          <w:b w:val="0"/>
          <w:i w:val="0"/>
          <w:sz w:val="21"/>
          <w:u w:val="none"/>
        </w:rPr>
        <w:t xml:space="preserve">! Deuteronomy 32:4 says: “He is the Rock. His works are perfect, and all His ways are just. A </w:t>
      </w:r>
      <w:r>
        <w:rPr>
          <w:rFonts w:ascii="Georgia" w:hAnsi="Georgia" w:eastAsia="Georgia"/>
          <w:b w:val="0"/>
          <w:i/>
          <w:sz w:val="21"/>
          <w:u w:val="none"/>
        </w:rPr>
        <w:t>faithful</w:t>
      </w:r>
      <w:r>
        <w:rPr>
          <w:rFonts w:ascii="Georgia" w:hAnsi="Georgia" w:eastAsia="Georgia"/>
          <w:b w:val="0"/>
          <w:i w:val="0"/>
          <w:sz w:val="21"/>
          <w:u w:val="none"/>
        </w:rPr>
        <w:t xml:space="preserve"> God who does no wrong, upright and just is He.” And David tells us in the Psalms, “</w:t>
      </w:r>
      <w:r>
        <w:rPr>
          <w:rFonts w:ascii="Georgia" w:hAnsi="Georgia" w:eastAsia="Georgia"/>
          <w:b w:val="0"/>
          <w:i/>
          <w:sz w:val="21"/>
          <w:u w:val="none"/>
        </w:rPr>
        <w:t>All</w:t>
      </w:r>
      <w:r>
        <w:rPr>
          <w:rFonts w:ascii="Georgia" w:hAnsi="Georgia" w:eastAsia="Georgia"/>
          <w:b w:val="0"/>
          <w:i w:val="0"/>
          <w:sz w:val="21"/>
          <w:u w:val="none"/>
        </w:rPr>
        <w:t xml:space="preserve"> the ways of the Lord are </w:t>
      </w:r>
      <w:r>
        <w:rPr>
          <w:rFonts w:ascii="Georgia" w:hAnsi="Georgia" w:eastAsia="Georgia"/>
          <w:b w:val="0"/>
          <w:i/>
          <w:sz w:val="21"/>
          <w:u w:val="none"/>
        </w:rPr>
        <w:t>loving</w:t>
      </w:r>
      <w:r>
        <w:rPr>
          <w:rFonts w:ascii="Georgia" w:hAnsi="Georgia" w:eastAsia="Georgia"/>
          <w:b w:val="0"/>
          <w:i w:val="0"/>
          <w:sz w:val="21"/>
          <w:u w:val="none"/>
        </w:rPr>
        <w:t xml:space="preserve"> and faithful”; “Your ways, O God, are holy”; “The Lord is righteous in </w:t>
      </w:r>
      <w:r>
        <w:rPr>
          <w:rFonts w:ascii="Georgia" w:hAnsi="Georgia" w:eastAsia="Georgia"/>
          <w:b w:val="0"/>
          <w:i/>
          <w:sz w:val="21"/>
          <w:u w:val="none"/>
        </w:rPr>
        <w:t>all</w:t>
      </w:r>
      <w:r>
        <w:rPr>
          <w:rFonts w:ascii="Georgia" w:hAnsi="Georgia" w:eastAsia="Georgia"/>
          <w:b w:val="0"/>
          <w:i w:val="0"/>
          <w:sz w:val="21"/>
          <w:u w:val="none"/>
        </w:rPr>
        <w:t xml:space="preserve"> His ways and </w:t>
      </w:r>
      <w:r>
        <w:rPr>
          <w:rFonts w:ascii="Georgia" w:hAnsi="Georgia" w:eastAsia="Georgia"/>
          <w:b w:val="0"/>
          <w:i/>
          <w:sz w:val="21"/>
          <w:u w:val="none"/>
        </w:rPr>
        <w:t xml:space="preserve">loving </w:t>
      </w:r>
      <w:r>
        <w:rPr>
          <w:rFonts w:ascii="Georgia" w:hAnsi="Georgia" w:eastAsia="Georgia"/>
          <w:b w:val="0"/>
          <w:i w:val="0"/>
          <w:sz w:val="21"/>
          <w:u w:val="none"/>
        </w:rPr>
        <w:t xml:space="preserve">toward </w:t>
      </w:r>
      <w:r>
        <w:rPr>
          <w:rFonts w:ascii="Georgia" w:hAnsi="Georgia" w:eastAsia="Georgia"/>
          <w:b w:val="0"/>
          <w:i/>
          <w:sz w:val="21"/>
          <w:u w:val="none"/>
        </w:rPr>
        <w:t>all</w:t>
      </w:r>
      <w:r>
        <w:rPr>
          <w:rFonts w:ascii="Georgia" w:hAnsi="Georgia" w:eastAsia="Georgia"/>
          <w:b w:val="0"/>
          <w:i w:val="0"/>
          <w:sz w:val="21"/>
          <w:u w:val="none"/>
        </w:rPr>
        <w:t xml:space="preserve"> He has made.” Do you believe this? When your whole world is turned upside down and the pain is excruciating, can you still trust Him when He doesn’t tell you why?</w:t>
      </w:r>
    </w:p>
    <w:p>
      <w:bookmarkStart w:id="12" w:name="reflection_11"/>
      <w:pPr>
        <w:pStyle w:val="Heading1"/>
      </w:pPr>
      <w:r>
        <w:rPr>
          <w:rFonts w:ascii="Georgia" w:hAnsi="Georgia" w:eastAsia="Georgia"/>
          <w:b/>
          <w:color w:val="226FA4"/>
          <w:sz w:val="34"/>
        </w:rPr>
        <w:t>Icicles</w:t>
      </w:r>
      <w:bookmarkEnd w:id="12"/>
    </w:p>
    <w:p>
      <w:pPr>
        <w:widowControl/>
      </w:pPr>
      <w:r>
        <w:rPr>
          <w:rFonts w:ascii="Georgia" w:hAnsi="Georgia" w:eastAsia="Georgia"/>
          <w:b w:val="0"/>
          <w:i w:val="0"/>
          <w:sz w:val="21"/>
          <w:u w:val="none"/>
        </w:rPr>
        <w:t xml:space="preserve">After the beautiful snow of last weekend, we had a couple of sunny warmer days to melt that compacted snow off most of the roads. On Monday we took a drive to Mankato and I enjoyed the view as the trees were all still frosted with white and it looked like scenery from a Christmas card. Especially noticeable were the icicles, which sparkled in the sun like clear crystal. But when we got home, I saw there were also icicles hanging from the back of our car and from the bottoms of other vehicles in the parking lot as well – and </w:t>
      </w:r>
      <w:r>
        <w:rPr>
          <w:rFonts w:ascii="Georgia" w:hAnsi="Georgia" w:eastAsia="Georgia"/>
          <w:b w:val="0"/>
          <w:i/>
          <w:sz w:val="21"/>
          <w:u w:val="none"/>
        </w:rPr>
        <w:t xml:space="preserve">they weren’t </w:t>
      </w:r>
      <w:r>
        <w:rPr>
          <w:rFonts w:ascii="Georgia" w:hAnsi="Georgia" w:eastAsia="Georgia"/>
          <w:b w:val="0"/>
          <w:i w:val="0"/>
          <w:sz w:val="21"/>
          <w:u w:val="none"/>
        </w:rPr>
        <w:t xml:space="preserve">so pretty! In fact, they were downright </w:t>
      </w:r>
      <w:r>
        <w:rPr>
          <w:rFonts w:ascii="Georgia" w:hAnsi="Georgia" w:eastAsia="Georgia"/>
          <w:b w:val="0"/>
          <w:i/>
          <w:sz w:val="21"/>
          <w:u w:val="none"/>
        </w:rPr>
        <w:t xml:space="preserve">ugly, </w:t>
      </w:r>
      <w:r>
        <w:rPr>
          <w:rFonts w:ascii="Georgia" w:hAnsi="Georgia" w:eastAsia="Georgia"/>
          <w:b w:val="0"/>
          <w:i w:val="0"/>
          <w:sz w:val="21"/>
          <w:u w:val="none"/>
        </w:rPr>
        <w:t>because they were a dingy grey-brown and not even a little bit transparent. Now both kinds of icicles were formed by the same process of freezing dripping water. It was the quality of the water that made the difference.</w:t>
      </w:r>
    </w:p>
    <w:p>
      <w:pPr>
        <w:widowControl/>
      </w:pPr>
      <w:r>
        <w:rPr>
          <w:rFonts w:ascii="Georgia" w:hAnsi="Georgia" w:eastAsia="Georgia"/>
          <w:b w:val="0"/>
          <w:i w:val="0"/>
          <w:sz w:val="21"/>
          <w:u w:val="none"/>
        </w:rPr>
        <w:t xml:space="preserve">Have you ever thought of how the development of a person’s character is like the creation of an icicle? Each little thought or feeling adds its influence. Each </w:t>
      </w:r>
      <w:r>
        <w:rPr>
          <w:rFonts w:ascii="Georgia" w:hAnsi="Georgia" w:eastAsia="Georgia"/>
          <w:b w:val="0"/>
          <w:i/>
          <w:sz w:val="21"/>
          <w:u w:val="none"/>
        </w:rPr>
        <w:t xml:space="preserve">decision </w:t>
      </w:r>
      <w:r>
        <w:rPr>
          <w:rFonts w:ascii="Georgia" w:hAnsi="Georgia" w:eastAsia="Georgia"/>
          <w:b w:val="0"/>
          <w:i w:val="0"/>
          <w:sz w:val="21"/>
          <w:u w:val="none"/>
        </w:rPr>
        <w:t xml:space="preserve">we make with that free will we have been given adds its little drop. Everything we take into our minds and souls – impressions, experiences, images or words – helps create our character, one little drop at a time. How our character turns out in the end depends on the composition of those little drops. True – </w:t>
      </w:r>
      <w:r>
        <w:rPr>
          <w:rFonts w:ascii="Georgia" w:hAnsi="Georgia" w:eastAsia="Georgia"/>
          <w:b w:val="0"/>
          <w:i/>
          <w:sz w:val="21"/>
          <w:u w:val="none"/>
        </w:rPr>
        <w:t xml:space="preserve">some </w:t>
      </w:r>
      <w:r>
        <w:rPr>
          <w:rFonts w:ascii="Georgia" w:hAnsi="Georgia" w:eastAsia="Georgia"/>
          <w:b w:val="0"/>
          <w:i w:val="0"/>
          <w:sz w:val="21"/>
          <w:u w:val="none"/>
        </w:rPr>
        <w:t xml:space="preserve">of the impurities that drip into our lives and turn that image cloudy are beyond our control, but we still have a choice as to how we will </w:t>
      </w:r>
      <w:r>
        <w:rPr>
          <w:rFonts w:ascii="Georgia" w:hAnsi="Georgia" w:eastAsia="Georgia"/>
          <w:b w:val="0"/>
          <w:i/>
          <w:sz w:val="21"/>
          <w:u w:val="none"/>
        </w:rPr>
        <w:t xml:space="preserve">respond </w:t>
      </w:r>
      <w:r>
        <w:rPr>
          <w:rFonts w:ascii="Georgia" w:hAnsi="Georgia" w:eastAsia="Georgia"/>
          <w:b w:val="0"/>
          <w:i w:val="0"/>
          <w:sz w:val="21"/>
          <w:u w:val="none"/>
        </w:rPr>
        <w:t xml:space="preserve">to the bad things that happen to us </w:t>
      </w:r>
      <w:r>
        <w:rPr>
          <w:rFonts w:ascii="Georgia" w:hAnsi="Georgia" w:eastAsia="Georgia"/>
          <w:b w:val="0"/>
          <w:i/>
          <w:sz w:val="21"/>
          <w:u w:val="none"/>
        </w:rPr>
        <w:t xml:space="preserve">and </w:t>
      </w:r>
      <w:r>
        <w:rPr>
          <w:rFonts w:ascii="Georgia" w:hAnsi="Georgia" w:eastAsia="Georgia"/>
          <w:b w:val="0"/>
          <w:i w:val="0"/>
          <w:sz w:val="21"/>
          <w:u w:val="none"/>
        </w:rPr>
        <w:t>to the temptations that may come our way.</w:t>
      </w:r>
    </w:p>
    <w:p>
      <w:pPr>
        <w:widowControl/>
      </w:pPr>
      <w:r>
        <w:rPr>
          <w:rFonts w:ascii="Georgia" w:hAnsi="Georgia" w:eastAsia="Georgia"/>
          <w:b w:val="0"/>
          <w:i/>
          <w:sz w:val="21"/>
          <w:u w:val="none"/>
        </w:rPr>
        <w:t xml:space="preserve">Habits </w:t>
      </w:r>
      <w:r>
        <w:rPr>
          <w:rFonts w:ascii="Georgia" w:hAnsi="Georgia" w:eastAsia="Georgia"/>
          <w:b w:val="0"/>
          <w:i w:val="0"/>
          <w:sz w:val="21"/>
          <w:u w:val="none"/>
        </w:rPr>
        <w:t xml:space="preserve">are formed by one choice at a time, whether good or bad, and the </w:t>
      </w:r>
      <w:r>
        <w:rPr>
          <w:rFonts w:ascii="Georgia" w:hAnsi="Georgia" w:eastAsia="Georgia"/>
          <w:b w:val="0"/>
          <w:i/>
          <w:sz w:val="21"/>
          <w:u w:val="none"/>
        </w:rPr>
        <w:t xml:space="preserve">good </w:t>
      </w:r>
      <w:r>
        <w:rPr>
          <w:rFonts w:ascii="Georgia" w:hAnsi="Georgia" w:eastAsia="Georgia"/>
          <w:b w:val="0"/>
          <w:i w:val="0"/>
          <w:sz w:val="21"/>
          <w:u w:val="none"/>
        </w:rPr>
        <w:t xml:space="preserve">habits always seem harder to develop than the bad ones. The good habits take a concentrated effort, a </w:t>
      </w:r>
      <w:r>
        <w:rPr>
          <w:rFonts w:ascii="Georgia" w:hAnsi="Georgia" w:eastAsia="Georgia"/>
          <w:b w:val="0"/>
          <w:i/>
          <w:sz w:val="21"/>
          <w:u w:val="none"/>
        </w:rPr>
        <w:t xml:space="preserve">time </w:t>
      </w:r>
      <w:r>
        <w:rPr>
          <w:rFonts w:ascii="Georgia" w:hAnsi="Georgia" w:eastAsia="Georgia"/>
          <w:b w:val="0"/>
          <w:i w:val="0"/>
          <w:sz w:val="21"/>
          <w:u w:val="none"/>
        </w:rPr>
        <w:t xml:space="preserve">set apart and even some discomfort until we have done the same thing in the same way enough times that it becomes a part of our nature. The trouble with that is that the payoff comes </w:t>
      </w:r>
      <w:r>
        <w:rPr>
          <w:rFonts w:ascii="Georgia" w:hAnsi="Georgia" w:eastAsia="Georgia"/>
          <w:b w:val="0"/>
          <w:i/>
          <w:sz w:val="21"/>
          <w:u w:val="none"/>
        </w:rPr>
        <w:t xml:space="preserve">later, </w:t>
      </w:r>
      <w:r>
        <w:rPr>
          <w:rFonts w:ascii="Georgia" w:hAnsi="Georgia" w:eastAsia="Georgia"/>
          <w:b w:val="0"/>
          <w:i w:val="0"/>
          <w:sz w:val="21"/>
          <w:u w:val="none"/>
        </w:rPr>
        <w:t xml:space="preserve">and we don’t see it at first. It’s so much easier to relax in our recliner than to get out and walk, or we give in and scarf down that second piece of pie and decide to start that diet tomorrow, or we decide that warm bed just feels too good to get up early when we don’t have to go to work, so we miss church – </w:t>
      </w:r>
      <w:r>
        <w:rPr>
          <w:rFonts w:ascii="Georgia" w:hAnsi="Georgia" w:eastAsia="Georgia"/>
          <w:b w:val="0"/>
          <w:i/>
          <w:sz w:val="21"/>
          <w:u w:val="none"/>
        </w:rPr>
        <w:t xml:space="preserve">again. </w:t>
      </w:r>
      <w:r>
        <w:rPr>
          <w:rFonts w:ascii="Georgia" w:hAnsi="Georgia" w:eastAsia="Georgia"/>
          <w:b w:val="0"/>
          <w:i w:val="0"/>
          <w:sz w:val="21"/>
          <w:u w:val="none"/>
        </w:rPr>
        <w:t xml:space="preserve">We don’t stick with the character-building choices long enough to </w:t>
      </w:r>
      <w:r>
        <w:rPr>
          <w:rFonts w:ascii="Georgia" w:hAnsi="Georgia" w:eastAsia="Georgia"/>
          <w:b w:val="0"/>
          <w:i/>
          <w:sz w:val="21"/>
          <w:u w:val="none"/>
        </w:rPr>
        <w:t xml:space="preserve">develop </w:t>
      </w:r>
      <w:r>
        <w:rPr>
          <w:rFonts w:ascii="Georgia" w:hAnsi="Georgia" w:eastAsia="Georgia"/>
          <w:b w:val="0"/>
          <w:i w:val="0"/>
          <w:sz w:val="21"/>
          <w:u w:val="none"/>
        </w:rPr>
        <w:t>the good habits, because they involve delayed gratification.</w:t>
      </w:r>
    </w:p>
    <w:p>
      <w:pPr>
        <w:widowControl/>
      </w:pPr>
      <w:r>
        <w:rPr>
          <w:rFonts w:ascii="Georgia" w:hAnsi="Georgia" w:eastAsia="Georgia"/>
          <w:b w:val="0"/>
          <w:i w:val="0"/>
          <w:sz w:val="21"/>
          <w:u w:val="none"/>
        </w:rPr>
        <w:t xml:space="preserve">Bad habits, however, are “front-loaded”. Immediate reward is a powerful incentive, and the enemy of our souls knows that. The things of this world that appeal to the lust of the flesh, the lust of the eyes and the pride of life offer us thrills and good feelings that are immediate and always with the promise of more. But Satan is a liar and always has been. He disguised himself as an angel of light, and then once he has our attention the lies come and we don’t recognize them. Any confessed </w:t>
      </w:r>
      <w:r>
        <w:rPr>
          <w:rFonts w:ascii="Georgia" w:hAnsi="Georgia" w:eastAsia="Georgia"/>
          <w:b w:val="0"/>
          <w:i/>
          <w:sz w:val="21"/>
          <w:u w:val="none"/>
        </w:rPr>
        <w:t xml:space="preserve">addict </w:t>
      </w:r>
      <w:r>
        <w:rPr>
          <w:rFonts w:ascii="Georgia" w:hAnsi="Georgia" w:eastAsia="Georgia"/>
          <w:b w:val="0"/>
          <w:i w:val="0"/>
          <w:sz w:val="21"/>
          <w:u w:val="none"/>
        </w:rPr>
        <w:t>can tell you how innocent it seemed at first and how they never saw the downside until they were hooked – always looking for that elusive brass ring, to recapture the thrill of that first time. Pretty soon it takes more and more to satisfy and to produce the same rush of that first drink, that first cigarette or first illicit sexual encounter. The taste of food can be just as deceitful and cause an addiction just as powerful. Those of you that know what I look like know that I am one who struggles with this. The immediate reward of a pleasant experience is stronger than the delayed gratification of physical health and stylish clothes on a slim body that comes after a time of self-denial.</w:t>
      </w:r>
    </w:p>
    <w:p>
      <w:pPr>
        <w:widowControl/>
      </w:pPr>
      <w:r>
        <w:rPr>
          <w:rFonts w:ascii="Georgia" w:hAnsi="Georgia" w:eastAsia="Georgia"/>
          <w:b w:val="0"/>
          <w:i w:val="0"/>
          <w:sz w:val="21"/>
          <w:u w:val="none"/>
        </w:rPr>
        <w:t xml:space="preserve">In the past week the Minneapolis Tribune carried a story on the lure of on-line gambling, and casino poker which is targeting our college-age young people at a record rate. Brilliant young men are dropping out of college in droves when they discover they can make hundreds of dollars with almost no effort by playing a game, and they logically ask themselves, “What am I doing in school? Why don’t I just do this </w:t>
      </w:r>
      <w:r>
        <w:rPr>
          <w:rFonts w:ascii="Georgia" w:hAnsi="Georgia" w:eastAsia="Georgia"/>
          <w:b w:val="0"/>
          <w:i/>
          <w:sz w:val="21"/>
          <w:u w:val="none"/>
        </w:rPr>
        <w:t xml:space="preserve">all </w:t>
      </w:r>
      <w:r>
        <w:rPr>
          <w:rFonts w:ascii="Georgia" w:hAnsi="Georgia" w:eastAsia="Georgia"/>
          <w:b w:val="0"/>
          <w:i w:val="0"/>
          <w:sz w:val="21"/>
          <w:u w:val="none"/>
        </w:rPr>
        <w:t>the time?” So, their lives become a cycle of “deal, bet, hope for the best, deal, bet, hope for the best – hour after hour long into the night.” The new rite of passage on one’s 18</w:t>
      </w:r>
      <w:r>
        <w:rPr>
          <w:rFonts w:ascii="Georgia" w:hAnsi="Georgia" w:eastAsia="Georgia"/>
          <w:b w:val="0"/>
          <w:i w:val="0"/>
          <w:sz w:val="21"/>
          <w:u w:val="none"/>
          <w:vertAlign w:val="superscript"/>
        </w:rPr>
        <w:t>th</w:t>
      </w:r>
      <w:r>
        <w:rPr>
          <w:rFonts w:ascii="Georgia" w:hAnsi="Georgia" w:eastAsia="Georgia"/>
          <w:b w:val="0"/>
          <w:i w:val="0"/>
          <w:sz w:val="21"/>
          <w:u w:val="none"/>
        </w:rPr>
        <w:t xml:space="preserve"> birthday is now a trip to the casino. They don’t consider the danger of getting hooked because it all seems so innocent. It’s fun – it’s exciting – “everybody does it” and it’s </w:t>
      </w:r>
      <w:r>
        <w:rPr>
          <w:rFonts w:ascii="Georgia" w:hAnsi="Georgia" w:eastAsia="Georgia"/>
          <w:b w:val="0"/>
          <w:i/>
          <w:sz w:val="21"/>
          <w:u w:val="none"/>
        </w:rPr>
        <w:t>legal</w:t>
      </w:r>
      <w:r>
        <w:rPr>
          <w:rFonts w:ascii="Georgia" w:hAnsi="Georgia" w:eastAsia="Georgia"/>
          <w:b w:val="0"/>
          <w:i w:val="0"/>
          <w:sz w:val="21"/>
          <w:u w:val="none"/>
        </w:rPr>
        <w:t xml:space="preserve">! Those who get caught up in this can lose everything that really matters – family, reputation, friends and self-esteem – not to mention a relationship with God. We read more and more about </w:t>
      </w:r>
      <w:r>
        <w:rPr>
          <w:rFonts w:ascii="Georgia" w:hAnsi="Georgia" w:eastAsia="Georgia"/>
          <w:b w:val="0"/>
          <w:i/>
          <w:sz w:val="21"/>
          <w:u w:val="none"/>
        </w:rPr>
        <w:t xml:space="preserve">nice </w:t>
      </w:r>
      <w:r>
        <w:rPr>
          <w:rFonts w:ascii="Georgia" w:hAnsi="Georgia" w:eastAsia="Georgia"/>
          <w:b w:val="0"/>
          <w:i w:val="0"/>
          <w:sz w:val="21"/>
          <w:u w:val="none"/>
        </w:rPr>
        <w:t xml:space="preserve">people (Christians even) who end up in prison for embezzlement from their workplace. They need the money to feed their habit and don’t consider it “stealing” because they fully intend to pay it all back as soon as they hit that big win. A young youth minister lost his job and his marriage and moved to Las Vegas. He gambles all night and sleeps all day – that’s his whole life. And when the casinos are dealing around the clock, some feel they need to </w:t>
      </w:r>
      <w:r>
        <w:rPr>
          <w:rFonts w:ascii="Georgia" w:hAnsi="Georgia" w:eastAsia="Georgia"/>
          <w:b w:val="0"/>
          <w:i/>
          <w:sz w:val="21"/>
          <w:u w:val="none"/>
        </w:rPr>
        <w:t xml:space="preserve">play </w:t>
      </w:r>
      <w:r>
        <w:rPr>
          <w:rFonts w:ascii="Georgia" w:hAnsi="Georgia" w:eastAsia="Georgia"/>
          <w:b w:val="0"/>
          <w:i w:val="0"/>
          <w:sz w:val="21"/>
          <w:u w:val="none"/>
        </w:rPr>
        <w:t>around the clock, because if they’re not playing, they’re losing money.</w:t>
      </w:r>
    </w:p>
    <w:p>
      <w:pPr>
        <w:widowControl/>
      </w:pPr>
      <w:r>
        <w:rPr>
          <w:rFonts w:ascii="Georgia" w:hAnsi="Georgia" w:eastAsia="Georgia"/>
          <w:b w:val="0"/>
          <w:i w:val="0"/>
          <w:sz w:val="21"/>
          <w:u w:val="none"/>
        </w:rPr>
        <w:t>Only a select few casino poker players are skilled enough to make a living at this, and even the champions often sustain devastating losses. The vast majority of players lose more than they win and the addicts usually end up deeply in debt. Gambling addiction is an equal opportunity destroyer. Most people know this in their heads before they start, but they listen to Satan’s lies: “You’re not like those losers. You can control it – you will be an exception to the rule.”</w:t>
      </w:r>
    </w:p>
    <w:p>
      <w:pPr>
        <w:widowControl/>
      </w:pPr>
      <w:r>
        <w:rPr>
          <w:rFonts w:ascii="Georgia" w:hAnsi="Georgia" w:eastAsia="Georgia"/>
          <w:b w:val="0"/>
          <w:i w:val="0"/>
          <w:sz w:val="21"/>
          <w:u w:val="none"/>
        </w:rPr>
        <w:t xml:space="preserve">When I attended Mankato State University in the early 90’s, I took an “Experimental Psychology” class in which we were each assigned a white lab rat. Our assignment was to train our rat to perform certain behaviors in order to be rewarded with a morsel of food. Then we were to document the process of this learning and apply the results to human behavior. I was amazed when it took only a matter of </w:t>
      </w:r>
      <w:r>
        <w:rPr>
          <w:rFonts w:ascii="Georgia" w:hAnsi="Georgia" w:eastAsia="Georgia"/>
          <w:b w:val="0"/>
          <w:i/>
          <w:sz w:val="21"/>
          <w:u w:val="none"/>
        </w:rPr>
        <w:t xml:space="preserve">days </w:t>
      </w:r>
      <w:r>
        <w:rPr>
          <w:rFonts w:ascii="Georgia" w:hAnsi="Georgia" w:eastAsia="Georgia"/>
          <w:b w:val="0"/>
          <w:i w:val="0"/>
          <w:sz w:val="21"/>
          <w:u w:val="none"/>
        </w:rPr>
        <w:t xml:space="preserve">to “condition” my rat to perform over and over a complicated 3-step behavior in order to receive his reward. Once that was accomplished, we were now to “extinguish” this same behavior by denying the rat his morsel even when he performed correctly. The rat continued the same behavior over and over, looking for his reward each time. Not finding it, he did the behavior all the faster the hungrier he got. It took longer to teach him </w:t>
      </w:r>
      <w:r>
        <w:rPr>
          <w:rFonts w:ascii="Georgia" w:hAnsi="Georgia" w:eastAsia="Georgia"/>
          <w:b w:val="0"/>
          <w:i/>
          <w:sz w:val="21"/>
          <w:u w:val="none"/>
        </w:rPr>
        <w:t xml:space="preserve">not </w:t>
      </w:r>
      <w:r>
        <w:rPr>
          <w:rFonts w:ascii="Georgia" w:hAnsi="Georgia" w:eastAsia="Georgia"/>
          <w:b w:val="0"/>
          <w:i w:val="0"/>
          <w:sz w:val="21"/>
          <w:u w:val="none"/>
        </w:rPr>
        <w:t xml:space="preserve">to do the behavior than it took to teach him to do it. Once he realized that routine no longer got him a treat, and it apparently never would, he quit doing it. But then we were to watch him until eventually he would perform that same behavior by </w:t>
      </w:r>
      <w:r>
        <w:rPr>
          <w:rFonts w:ascii="Georgia" w:hAnsi="Georgia" w:eastAsia="Georgia"/>
          <w:b w:val="0"/>
          <w:i/>
          <w:sz w:val="21"/>
          <w:u w:val="none"/>
        </w:rPr>
        <w:t xml:space="preserve">accident </w:t>
      </w:r>
      <w:r>
        <w:rPr>
          <w:rFonts w:ascii="Georgia" w:hAnsi="Georgia" w:eastAsia="Georgia"/>
          <w:b w:val="0"/>
          <w:i w:val="0"/>
          <w:sz w:val="21"/>
          <w:u w:val="none"/>
        </w:rPr>
        <w:t xml:space="preserve">and then immediately give him his morsel. It took him only 2 </w:t>
      </w:r>
      <w:r>
        <w:rPr>
          <w:rFonts w:ascii="Georgia" w:hAnsi="Georgia" w:eastAsia="Georgia"/>
          <w:b w:val="0"/>
          <w:i/>
          <w:sz w:val="21"/>
          <w:u w:val="none"/>
        </w:rPr>
        <w:t xml:space="preserve">times </w:t>
      </w:r>
      <w:r>
        <w:rPr>
          <w:rFonts w:ascii="Georgia" w:hAnsi="Georgia" w:eastAsia="Georgia"/>
          <w:b w:val="0"/>
          <w:i w:val="0"/>
          <w:sz w:val="21"/>
          <w:u w:val="none"/>
        </w:rPr>
        <w:t xml:space="preserve">to realize, “Hey – it’s back!” and he was constantly doing his trick again expecting to be fed. Every one of the rats did this same thing, and we got the point. This is the way </w:t>
      </w:r>
      <w:r>
        <w:rPr>
          <w:rFonts w:ascii="Georgia" w:hAnsi="Georgia" w:eastAsia="Georgia"/>
          <w:b w:val="0"/>
          <w:i/>
          <w:sz w:val="21"/>
          <w:u w:val="none"/>
        </w:rPr>
        <w:t xml:space="preserve">people </w:t>
      </w:r>
      <w:r>
        <w:rPr>
          <w:rFonts w:ascii="Georgia" w:hAnsi="Georgia" w:eastAsia="Georgia"/>
          <w:b w:val="0"/>
          <w:i w:val="0"/>
          <w:sz w:val="21"/>
          <w:u w:val="none"/>
        </w:rPr>
        <w:t>are! This dynamic is called “intermittent gratification” and it is the strongest incentive for conditioned behavior there is. Gambling fits the bill to a T. It rewards you over and over until suddenly it does not – but you keep playing anyway because you think your luck will return. Addicts quit only when they are made to see that what they have lost is more than they have won, then they stay completely away from it. Now if in a weak moment they again reach for that excitement that lured them in the first place, just like a relapsing alcoholic, they end up worse off than they were before.</w:t>
      </w:r>
    </w:p>
    <w:p>
      <w:pPr>
        <w:widowControl/>
      </w:pPr>
      <w:r>
        <w:rPr>
          <w:rFonts w:ascii="Georgia" w:hAnsi="Georgia" w:eastAsia="Georgia"/>
          <w:b w:val="0"/>
          <w:i w:val="0"/>
          <w:sz w:val="21"/>
          <w:u w:val="none"/>
        </w:rPr>
        <w:t xml:space="preserve">Jesus told a parable to illustrate this dynamic in Matthew 12. He said, “When an evil spirit comes out of a man it goes through arid places seeking rest and does not find it. Then it says, ‘I will </w:t>
      </w:r>
      <w:r>
        <w:rPr>
          <w:rFonts w:ascii="Georgia" w:hAnsi="Georgia" w:eastAsia="Georgia"/>
          <w:b w:val="0"/>
          <w:i/>
          <w:sz w:val="21"/>
          <w:u w:val="none"/>
        </w:rPr>
        <w:t xml:space="preserve">return </w:t>
      </w:r>
      <w:r>
        <w:rPr>
          <w:rFonts w:ascii="Georgia" w:hAnsi="Georgia" w:eastAsia="Georgia"/>
          <w:b w:val="0"/>
          <w:i w:val="0"/>
          <w:sz w:val="21"/>
          <w:u w:val="none"/>
        </w:rPr>
        <w:t xml:space="preserve">to the house I </w:t>
      </w:r>
      <w:r>
        <w:rPr>
          <w:rFonts w:ascii="Georgia" w:hAnsi="Georgia" w:eastAsia="Georgia"/>
          <w:b w:val="0"/>
          <w:i/>
          <w:sz w:val="21"/>
          <w:u w:val="none"/>
        </w:rPr>
        <w:t xml:space="preserve">left.’ </w:t>
      </w:r>
      <w:r>
        <w:rPr>
          <w:rFonts w:ascii="Georgia" w:hAnsi="Georgia" w:eastAsia="Georgia"/>
          <w:b w:val="0"/>
          <w:i w:val="0"/>
          <w:sz w:val="21"/>
          <w:u w:val="none"/>
        </w:rPr>
        <w:t xml:space="preserve">When it arrives, it finds the house is empty, swept clean and put in order. Then it goes and takes with it seven </w:t>
      </w:r>
      <w:r>
        <w:rPr>
          <w:rFonts w:ascii="Georgia" w:hAnsi="Georgia" w:eastAsia="Georgia"/>
          <w:b w:val="0"/>
          <w:i/>
          <w:sz w:val="21"/>
          <w:u w:val="none"/>
        </w:rPr>
        <w:t xml:space="preserve">other </w:t>
      </w:r>
      <w:r>
        <w:rPr>
          <w:rFonts w:ascii="Georgia" w:hAnsi="Georgia" w:eastAsia="Georgia"/>
          <w:b w:val="0"/>
          <w:i w:val="0"/>
          <w:sz w:val="21"/>
          <w:u w:val="none"/>
        </w:rPr>
        <w:t>spirits more wicked than itself, and they go in and live there. And the final condition of that man is worse than the first. That is how it will be with this wicked generation.”</w:t>
      </w:r>
    </w:p>
    <w:p>
      <w:pPr>
        <w:widowControl/>
      </w:pPr>
      <w:r>
        <w:rPr>
          <w:rFonts w:ascii="Georgia" w:hAnsi="Georgia" w:eastAsia="Georgia"/>
          <w:b w:val="0"/>
          <w:i w:val="0"/>
          <w:sz w:val="21"/>
          <w:u w:val="none"/>
        </w:rPr>
        <w:t xml:space="preserve">You see, when you manage to overcome a bad habit (whether with help or by sheer willpower) you must replace it with a </w:t>
      </w:r>
      <w:r>
        <w:rPr>
          <w:rFonts w:ascii="Georgia" w:hAnsi="Georgia" w:eastAsia="Georgia"/>
          <w:b w:val="0"/>
          <w:i/>
          <w:sz w:val="21"/>
          <w:u w:val="none"/>
        </w:rPr>
        <w:t xml:space="preserve">good </w:t>
      </w:r>
      <w:r>
        <w:rPr>
          <w:rFonts w:ascii="Georgia" w:hAnsi="Georgia" w:eastAsia="Georgia"/>
          <w:b w:val="0"/>
          <w:i w:val="0"/>
          <w:sz w:val="21"/>
          <w:u w:val="none"/>
        </w:rPr>
        <w:t>habit or it will leave a hole that cries to be filled again. God’s Holy Spirit can fill that hole, and when you invite Him in, the rewards are so far above those deceitful riches that lust and greed bring that you will wonder why you ever settled for less.</w:t>
      </w:r>
    </w:p>
    <w:p>
      <w:pPr>
        <w:widowControl/>
      </w:pPr>
      <w:r>
        <w:rPr>
          <w:rFonts w:ascii="Georgia" w:hAnsi="Georgia" w:eastAsia="Georgia"/>
          <w:b w:val="0"/>
          <w:i w:val="0"/>
          <w:sz w:val="21"/>
          <w:u w:val="none"/>
        </w:rPr>
        <w:t xml:space="preserve">Paul tells us in Philippians 4:8 “Whatever is </w:t>
      </w:r>
      <w:r>
        <w:rPr>
          <w:rFonts w:ascii="Georgia" w:hAnsi="Georgia" w:eastAsia="Georgia"/>
          <w:b w:val="0"/>
          <w:i/>
          <w:sz w:val="21"/>
          <w:u w:val="none"/>
        </w:rPr>
        <w:t xml:space="preserve">noble, </w:t>
      </w:r>
      <w:r>
        <w:rPr>
          <w:rFonts w:ascii="Georgia" w:hAnsi="Georgia" w:eastAsia="Georgia"/>
          <w:b w:val="0"/>
          <w:i w:val="0"/>
          <w:sz w:val="21"/>
          <w:u w:val="none"/>
        </w:rPr>
        <w:t xml:space="preserve">whatever is </w:t>
      </w:r>
      <w:r>
        <w:rPr>
          <w:rFonts w:ascii="Georgia" w:hAnsi="Georgia" w:eastAsia="Georgia"/>
          <w:b w:val="0"/>
          <w:i/>
          <w:sz w:val="21"/>
          <w:u w:val="none"/>
        </w:rPr>
        <w:t xml:space="preserve">right, </w:t>
      </w:r>
      <w:r>
        <w:rPr>
          <w:rFonts w:ascii="Georgia" w:hAnsi="Georgia" w:eastAsia="Georgia"/>
          <w:b w:val="0"/>
          <w:i w:val="0"/>
          <w:sz w:val="21"/>
          <w:u w:val="none"/>
        </w:rPr>
        <w:t xml:space="preserve">whatever is </w:t>
      </w:r>
      <w:r>
        <w:rPr>
          <w:rFonts w:ascii="Georgia" w:hAnsi="Georgia" w:eastAsia="Georgia"/>
          <w:b w:val="0"/>
          <w:i/>
          <w:sz w:val="21"/>
          <w:u w:val="none"/>
        </w:rPr>
        <w:t xml:space="preserve">pure, </w:t>
      </w:r>
      <w:r>
        <w:rPr>
          <w:rFonts w:ascii="Georgia" w:hAnsi="Georgia" w:eastAsia="Georgia"/>
          <w:b w:val="0"/>
          <w:i w:val="0"/>
          <w:sz w:val="21"/>
          <w:u w:val="none"/>
        </w:rPr>
        <w:t xml:space="preserve">whatever is </w:t>
      </w:r>
      <w:r>
        <w:rPr>
          <w:rFonts w:ascii="Georgia" w:hAnsi="Georgia" w:eastAsia="Georgia"/>
          <w:b w:val="0"/>
          <w:i/>
          <w:sz w:val="21"/>
          <w:u w:val="none"/>
        </w:rPr>
        <w:t xml:space="preserve">lovely, </w:t>
      </w:r>
      <w:r>
        <w:rPr>
          <w:rFonts w:ascii="Georgia" w:hAnsi="Georgia" w:eastAsia="Georgia"/>
          <w:b w:val="0"/>
          <w:i w:val="0"/>
          <w:sz w:val="21"/>
          <w:u w:val="none"/>
        </w:rPr>
        <w:t xml:space="preserve">whatever is </w:t>
      </w:r>
      <w:r>
        <w:rPr>
          <w:rFonts w:ascii="Georgia" w:hAnsi="Georgia" w:eastAsia="Georgia"/>
          <w:b w:val="0"/>
          <w:i/>
          <w:sz w:val="21"/>
          <w:u w:val="none"/>
        </w:rPr>
        <w:t xml:space="preserve">admirable – </w:t>
      </w:r>
      <w:r>
        <w:rPr>
          <w:rFonts w:ascii="Georgia" w:hAnsi="Georgia" w:eastAsia="Georgia"/>
          <w:b w:val="0"/>
          <w:i w:val="0"/>
          <w:sz w:val="21"/>
          <w:u w:val="none"/>
        </w:rPr>
        <w:t xml:space="preserve">if anything is excellent or praiseworthy, think on </w:t>
      </w:r>
      <w:r>
        <w:rPr>
          <w:rFonts w:ascii="Georgia" w:hAnsi="Georgia" w:eastAsia="Georgia"/>
          <w:b w:val="0"/>
          <w:i/>
          <w:sz w:val="21"/>
          <w:u w:val="none"/>
        </w:rPr>
        <w:t xml:space="preserve">these </w:t>
      </w:r>
      <w:r>
        <w:rPr>
          <w:rFonts w:ascii="Georgia" w:hAnsi="Georgia" w:eastAsia="Georgia"/>
          <w:b w:val="0"/>
          <w:i w:val="0"/>
          <w:sz w:val="21"/>
          <w:u w:val="none"/>
        </w:rPr>
        <w:t xml:space="preserve">things.” </w:t>
      </w:r>
      <w:r>
        <w:rPr>
          <w:rFonts w:ascii="Georgia" w:hAnsi="Georgia" w:eastAsia="Georgia"/>
          <w:b w:val="0"/>
          <w:i/>
          <w:sz w:val="21"/>
          <w:u w:val="none"/>
        </w:rPr>
        <w:t xml:space="preserve">These </w:t>
      </w:r>
      <w:r>
        <w:rPr>
          <w:rFonts w:ascii="Georgia" w:hAnsi="Georgia" w:eastAsia="Georgia"/>
          <w:b w:val="0"/>
          <w:i w:val="0"/>
          <w:sz w:val="21"/>
          <w:u w:val="none"/>
        </w:rPr>
        <w:t xml:space="preserve">are where the </w:t>
      </w:r>
      <w:r>
        <w:rPr>
          <w:rFonts w:ascii="Georgia" w:hAnsi="Georgia" w:eastAsia="Georgia"/>
          <w:b w:val="0"/>
          <w:i/>
          <w:sz w:val="21"/>
          <w:u w:val="none"/>
        </w:rPr>
        <w:t xml:space="preserve">real </w:t>
      </w:r>
      <w:r>
        <w:rPr>
          <w:rFonts w:ascii="Georgia" w:hAnsi="Georgia" w:eastAsia="Georgia"/>
          <w:b w:val="0"/>
          <w:i w:val="0"/>
          <w:sz w:val="21"/>
          <w:u w:val="none"/>
        </w:rPr>
        <w:t>riches are, my friends, and drop by drop, they create a character of beauty that will sparkle like diamonds and shine like gold.</w:t>
      </w:r>
    </w:p>
    <w:p>
      <w:bookmarkStart w:id="13" w:name="reflection_12"/>
      <w:pPr>
        <w:pStyle w:val="Heading1"/>
      </w:pPr>
      <w:r>
        <w:rPr>
          <w:rFonts w:ascii="Georgia" w:hAnsi="Georgia" w:eastAsia="Georgia"/>
          <w:b/>
          <w:color w:val="226FA4"/>
          <w:sz w:val="34"/>
        </w:rPr>
        <w:t>Irene</w:t>
      </w:r>
      <w:bookmarkEnd w:id="13"/>
    </w:p>
    <w:p>
      <w:pPr>
        <w:widowControl/>
      </w:pPr>
      <w:r>
        <w:rPr>
          <w:rFonts w:ascii="Georgia" w:hAnsi="Georgia" w:eastAsia="Georgia"/>
          <w:b w:val="0"/>
          <w:i w:val="0"/>
          <w:sz w:val="21"/>
          <w:u w:val="none"/>
        </w:rPr>
        <w:t>I have been doing a lot of thinking this past week. When I delivered the tape of last week’s message to the radio station the previous Friday, I had no idea that by the time that message would air on Sunday morning, we would be making funeral plans. The hole that’s left in our hearts is still tender and it’s difficult to concentrate on anything else right now, so although this program is intended to represent the views of my church, I am taking the liberty today of sharing with you my personal thoughts and feelings as a tribute to a woman who had a profound effect on my life for forty-eight years.</w:t>
      </w:r>
    </w:p>
    <w:p>
      <w:pPr>
        <w:widowControl/>
      </w:pPr>
      <w:r>
        <w:rPr>
          <w:rFonts w:ascii="Georgia" w:hAnsi="Georgia" w:eastAsia="Georgia"/>
          <w:b w:val="0"/>
          <w:i w:val="0"/>
          <w:sz w:val="21"/>
          <w:u w:val="none"/>
        </w:rPr>
        <w:t>Her name was Irene and she was my mother-in-law. Irene had a rare form of cancer on her eyelid. Surgery was scheduled at St. Mary’s in Rochester for November 17</w:t>
      </w:r>
      <w:r>
        <w:rPr>
          <w:rFonts w:ascii="Georgia" w:hAnsi="Georgia" w:eastAsia="Georgia"/>
          <w:b w:val="0"/>
          <w:i w:val="0"/>
          <w:sz w:val="21"/>
          <w:u w:val="none"/>
          <w:vertAlign w:val="superscript"/>
        </w:rPr>
        <w:t>th</w:t>
      </w:r>
      <w:r>
        <w:rPr>
          <w:rFonts w:ascii="Georgia" w:hAnsi="Georgia" w:eastAsia="Georgia"/>
          <w:b w:val="0"/>
          <w:i w:val="0"/>
          <w:sz w:val="21"/>
          <w:u w:val="none"/>
        </w:rPr>
        <w:t xml:space="preserve"> (my birthday) to remove the eyelid and take biopsies to determine if they got it all. The day of the surgery when her surgeon came to talk to us, he said everything had gone just as they planned, she came through it just fine and she was doing well. – But by the end of the day they had moved her to ICU because she wouldn’t wake up. Tests showed she had had a massive stroke and we were told to prepare to lose her because she would not survive. Yet she </w:t>
      </w:r>
      <w:r>
        <w:rPr>
          <w:rFonts w:ascii="Georgia" w:hAnsi="Georgia" w:eastAsia="Georgia"/>
          <w:b w:val="0"/>
          <w:i/>
          <w:sz w:val="21"/>
          <w:u w:val="none"/>
        </w:rPr>
        <w:t>did</w:t>
      </w:r>
      <w:r>
        <w:rPr>
          <w:rFonts w:ascii="Georgia" w:hAnsi="Georgia" w:eastAsia="Georgia"/>
          <w:b w:val="0"/>
          <w:i w:val="0"/>
          <w:sz w:val="21"/>
          <w:u w:val="none"/>
        </w:rPr>
        <w:t xml:space="preserve"> survive and began to recover at a remarkable rate. Our despair turned to hope. Those doctors didn’t know Irene like we did. They didn’t know what a strong-willed, determined woman she was. It was as though she was determined to come back just to prove them wrong. We knew we should have known better than to count her out. Just ten months earlier she had fallen on the ice and broken her right arm badly. They had to pin it together with a steel plate and it left her fingers numb and with limited strength and movement. We thought for sure she would never be able to make any more jam or pickles or have another big garden. Surely it was time for her to move to town – she couldn’t stay out there on the farm alone anymore. But she was </w:t>
      </w:r>
      <w:r>
        <w:rPr>
          <w:rFonts w:ascii="Georgia" w:hAnsi="Georgia" w:eastAsia="Georgia"/>
          <w:b w:val="0"/>
          <w:i/>
          <w:sz w:val="21"/>
          <w:u w:val="none"/>
        </w:rPr>
        <w:t>determined</w:t>
      </w:r>
      <w:r>
        <w:rPr>
          <w:rFonts w:ascii="Georgia" w:hAnsi="Georgia" w:eastAsia="Georgia"/>
          <w:b w:val="0"/>
          <w:i w:val="0"/>
          <w:sz w:val="21"/>
          <w:u w:val="none"/>
        </w:rPr>
        <w:t xml:space="preserve"> she </w:t>
      </w:r>
      <w:r>
        <w:rPr>
          <w:rFonts w:ascii="Georgia" w:hAnsi="Georgia" w:eastAsia="Georgia"/>
          <w:b w:val="0"/>
          <w:i/>
          <w:sz w:val="21"/>
          <w:u w:val="none"/>
        </w:rPr>
        <w:t>would</w:t>
      </w:r>
      <w:r>
        <w:rPr>
          <w:rFonts w:ascii="Georgia" w:hAnsi="Georgia" w:eastAsia="Georgia"/>
          <w:b w:val="0"/>
          <w:i w:val="0"/>
          <w:sz w:val="21"/>
          <w:u w:val="none"/>
        </w:rPr>
        <w:t xml:space="preserve"> – so she </w:t>
      </w:r>
      <w:r>
        <w:rPr>
          <w:rFonts w:ascii="Georgia" w:hAnsi="Georgia" w:eastAsia="Georgia"/>
          <w:b w:val="0"/>
          <w:i/>
          <w:sz w:val="21"/>
          <w:u w:val="none"/>
        </w:rPr>
        <w:t>did</w:t>
      </w:r>
      <w:r>
        <w:rPr>
          <w:rFonts w:ascii="Georgia" w:hAnsi="Georgia" w:eastAsia="Georgia"/>
          <w:b w:val="0"/>
          <w:i w:val="0"/>
          <w:sz w:val="21"/>
          <w:u w:val="none"/>
        </w:rPr>
        <w:t>! She kept going without missing a beat, and by fall she was selling at the farmers market, working at the fair and taking orders for hundreds of jars of jellies and jams, just like always. Now here she was again, ready to work hard at making another comeback. Physically she was as strong as any woman half her age. If anybody could do this, Irene could!</w:t>
      </w:r>
    </w:p>
    <w:p>
      <w:pPr>
        <w:widowControl/>
      </w:pPr>
      <w:r>
        <w:rPr>
          <w:rFonts w:ascii="Georgia" w:hAnsi="Georgia" w:eastAsia="Georgia"/>
          <w:b w:val="0"/>
          <w:i w:val="0"/>
          <w:sz w:val="21"/>
          <w:u w:val="none"/>
        </w:rPr>
        <w:t xml:space="preserve">But it was not meant to be. The damaged area of her brain was just too extensive. As the weeks went on it became apparent that she had suffered more than just physical damage. She could talk quite well and carry on a conversation, but she didn’t understand why she couldn’t always make her mouth work right, she didn’t know why she couldn’t get out of bed or why she had to sit in a wheelchair. This was a woman who had hit the ground running when she was </w:t>
      </w:r>
      <w:r>
        <w:rPr>
          <w:rFonts w:ascii="Georgia" w:hAnsi="Georgia" w:eastAsia="Georgia"/>
          <w:b w:val="0"/>
          <w:i/>
          <w:sz w:val="21"/>
          <w:u w:val="none"/>
        </w:rPr>
        <w:t>born</w:t>
      </w:r>
      <w:r>
        <w:rPr>
          <w:rFonts w:ascii="Georgia" w:hAnsi="Georgia" w:eastAsia="Georgia"/>
          <w:b w:val="0"/>
          <w:i w:val="0"/>
          <w:sz w:val="21"/>
          <w:u w:val="none"/>
        </w:rPr>
        <w:t xml:space="preserve"> and never slowed down since. For her to have to lie in bed past 5 A.M. or to sit for hours in a chair was just plain torture. She needed to “go”, she wanted to “go outside”, and most of all she wanted to “go </w:t>
      </w:r>
      <w:r>
        <w:rPr>
          <w:rFonts w:ascii="Georgia" w:hAnsi="Georgia" w:eastAsia="Georgia"/>
          <w:b w:val="0"/>
          <w:i/>
          <w:sz w:val="21"/>
          <w:u w:val="none"/>
        </w:rPr>
        <w:t>home</w:t>
      </w:r>
      <w:r>
        <w:rPr>
          <w:rFonts w:ascii="Georgia" w:hAnsi="Georgia" w:eastAsia="Georgia"/>
          <w:b w:val="0"/>
          <w:i w:val="0"/>
          <w:sz w:val="21"/>
          <w:u w:val="none"/>
        </w:rPr>
        <w:t xml:space="preserve">”!! This was a woman used to being in </w:t>
      </w:r>
      <w:r>
        <w:rPr>
          <w:rFonts w:ascii="Georgia" w:hAnsi="Georgia" w:eastAsia="Georgia"/>
          <w:b w:val="0"/>
          <w:i/>
          <w:sz w:val="21"/>
          <w:u w:val="none"/>
        </w:rPr>
        <w:t>control</w:t>
      </w:r>
      <w:r>
        <w:rPr>
          <w:rFonts w:ascii="Georgia" w:hAnsi="Georgia" w:eastAsia="Georgia"/>
          <w:b w:val="0"/>
          <w:i w:val="0"/>
          <w:sz w:val="21"/>
          <w:u w:val="none"/>
        </w:rPr>
        <w:t xml:space="preserve"> of things. Now she couldn’t make anyone do </w:t>
      </w:r>
      <w:r>
        <w:rPr>
          <w:rFonts w:ascii="Georgia" w:hAnsi="Georgia" w:eastAsia="Georgia"/>
          <w:b w:val="0"/>
          <w:i/>
          <w:sz w:val="21"/>
          <w:u w:val="none"/>
        </w:rPr>
        <w:t>anything</w:t>
      </w:r>
      <w:r>
        <w:rPr>
          <w:rFonts w:ascii="Georgia" w:hAnsi="Georgia" w:eastAsia="Georgia"/>
          <w:b w:val="0"/>
          <w:i w:val="0"/>
          <w:sz w:val="21"/>
          <w:u w:val="none"/>
        </w:rPr>
        <w:t xml:space="preserve"> she wanted and worst of all she couldn’t even control her own body. We don’t know whether she had yet </w:t>
      </w:r>
      <w:r>
        <w:rPr>
          <w:rFonts w:ascii="Georgia" w:hAnsi="Georgia" w:eastAsia="Georgia"/>
          <w:b w:val="0"/>
          <w:i/>
          <w:sz w:val="21"/>
          <w:u w:val="none"/>
        </w:rPr>
        <w:t>another</w:t>
      </w:r>
      <w:r>
        <w:rPr>
          <w:rFonts w:ascii="Georgia" w:hAnsi="Georgia" w:eastAsia="Georgia"/>
          <w:b w:val="0"/>
          <w:i w:val="0"/>
          <w:sz w:val="21"/>
          <w:u w:val="none"/>
        </w:rPr>
        <w:t xml:space="preserve"> stroke or whether she just gave up – but one thing we </w:t>
      </w:r>
      <w:r>
        <w:rPr>
          <w:rFonts w:ascii="Georgia" w:hAnsi="Georgia" w:eastAsia="Georgia"/>
          <w:b w:val="0"/>
          <w:i/>
          <w:sz w:val="21"/>
          <w:u w:val="none"/>
        </w:rPr>
        <w:t>did</w:t>
      </w:r>
      <w:r>
        <w:rPr>
          <w:rFonts w:ascii="Georgia" w:hAnsi="Georgia" w:eastAsia="Georgia"/>
          <w:b w:val="0"/>
          <w:i w:val="0"/>
          <w:sz w:val="21"/>
          <w:u w:val="none"/>
        </w:rPr>
        <w:t xml:space="preserve"> know was that she would </w:t>
      </w:r>
      <w:r>
        <w:rPr>
          <w:rFonts w:ascii="Georgia" w:hAnsi="Georgia" w:eastAsia="Georgia"/>
          <w:b w:val="0"/>
          <w:i/>
          <w:sz w:val="21"/>
          <w:u w:val="none"/>
        </w:rPr>
        <w:t>never</w:t>
      </w:r>
      <w:r>
        <w:rPr>
          <w:rFonts w:ascii="Georgia" w:hAnsi="Georgia" w:eastAsia="Georgia"/>
          <w:b w:val="0"/>
          <w:i w:val="0"/>
          <w:sz w:val="21"/>
          <w:u w:val="none"/>
        </w:rPr>
        <w:t xml:space="preserve"> have wanted to live this way. She had an advance directive saying she didn’t want to be kept alive by any artificial means if she couldn’t live a quality life. Now she wasn’t eating and she was getting weaker. We had to face the fact that she would get no better and we </w:t>
      </w:r>
      <w:r>
        <w:rPr>
          <w:rFonts w:ascii="Georgia" w:hAnsi="Georgia" w:eastAsia="Georgia"/>
          <w:b w:val="0"/>
          <w:i/>
          <w:sz w:val="21"/>
          <w:u w:val="none"/>
        </w:rPr>
        <w:t>were</w:t>
      </w:r>
      <w:r>
        <w:rPr>
          <w:rFonts w:ascii="Georgia" w:hAnsi="Georgia" w:eastAsia="Georgia"/>
          <w:b w:val="0"/>
          <w:i w:val="0"/>
          <w:sz w:val="21"/>
          <w:u w:val="none"/>
        </w:rPr>
        <w:t xml:space="preserve"> going to lose her after all. Yet when the time came it was sooner than we expected, and again we just weren’t ready.</w:t>
      </w:r>
    </w:p>
    <w:p>
      <w:pPr>
        <w:widowControl/>
      </w:pPr>
      <w:r>
        <w:rPr>
          <w:rFonts w:ascii="Georgia" w:hAnsi="Georgia" w:eastAsia="Georgia"/>
          <w:b w:val="0"/>
          <w:i w:val="0"/>
          <w:sz w:val="21"/>
          <w:u w:val="none"/>
        </w:rPr>
        <w:t xml:space="preserve">Oswald Chambers says, “We say that there should be no sorrow, but there </w:t>
      </w:r>
      <w:r>
        <w:rPr>
          <w:rFonts w:ascii="Georgia" w:hAnsi="Georgia" w:eastAsia="Georgia"/>
          <w:b w:val="0"/>
          <w:i/>
          <w:sz w:val="21"/>
          <w:u w:val="none"/>
        </w:rPr>
        <w:t>is</w:t>
      </w:r>
      <w:r>
        <w:rPr>
          <w:rFonts w:ascii="Georgia" w:hAnsi="Georgia" w:eastAsia="Georgia"/>
          <w:b w:val="0"/>
          <w:i w:val="0"/>
          <w:sz w:val="21"/>
          <w:u w:val="none"/>
        </w:rPr>
        <w:t xml:space="preserve"> sorrow – and we have to accept it and </w:t>
      </w:r>
      <w:r>
        <w:rPr>
          <w:rFonts w:ascii="Georgia" w:hAnsi="Georgia" w:eastAsia="Georgia"/>
          <w:b w:val="0"/>
          <w:i/>
          <w:sz w:val="21"/>
          <w:u w:val="none"/>
        </w:rPr>
        <w:t>receive</w:t>
      </w:r>
      <w:r>
        <w:rPr>
          <w:rFonts w:ascii="Georgia" w:hAnsi="Georgia" w:eastAsia="Georgia"/>
          <w:b w:val="0"/>
          <w:i w:val="0"/>
          <w:sz w:val="21"/>
          <w:u w:val="none"/>
        </w:rPr>
        <w:t xml:space="preserve"> ourselves in its fires. If we try to </w:t>
      </w:r>
      <w:r>
        <w:rPr>
          <w:rFonts w:ascii="Georgia" w:hAnsi="Georgia" w:eastAsia="Georgia"/>
          <w:b w:val="0"/>
          <w:i/>
          <w:sz w:val="21"/>
          <w:u w:val="none"/>
        </w:rPr>
        <w:t>evade</w:t>
      </w:r>
      <w:r>
        <w:rPr>
          <w:rFonts w:ascii="Georgia" w:hAnsi="Georgia" w:eastAsia="Georgia"/>
          <w:b w:val="0"/>
          <w:i w:val="0"/>
          <w:sz w:val="21"/>
          <w:u w:val="none"/>
        </w:rPr>
        <w:t xml:space="preserve"> sorrow, refusing to deal with it, we are foolish. Sorrow is one of the biggest facts in life, and there is no use in saying it should not be. Sin, sorrow and suffering </w:t>
      </w:r>
      <w:r>
        <w:rPr>
          <w:rFonts w:ascii="Georgia" w:hAnsi="Georgia" w:eastAsia="Georgia"/>
          <w:b w:val="0"/>
          <w:i/>
          <w:sz w:val="21"/>
          <w:u w:val="none"/>
        </w:rPr>
        <w:t>are</w:t>
      </w:r>
      <w:r>
        <w:rPr>
          <w:rFonts w:ascii="Georgia" w:hAnsi="Georgia" w:eastAsia="Georgia"/>
          <w:b w:val="0"/>
          <w:i w:val="0"/>
          <w:sz w:val="21"/>
          <w:u w:val="none"/>
        </w:rPr>
        <w:t>, and it is not for us to say that God has made a mistake in allowing them.”</w:t>
      </w:r>
    </w:p>
    <w:p>
      <w:pPr>
        <w:widowControl/>
      </w:pPr>
      <w:r>
        <w:rPr>
          <w:rFonts w:ascii="Georgia" w:hAnsi="Georgia" w:eastAsia="Georgia"/>
          <w:b w:val="0"/>
          <w:i w:val="0"/>
          <w:sz w:val="21"/>
          <w:u w:val="none"/>
        </w:rPr>
        <w:t xml:space="preserve">Why God allowed Irene to have a massive stroke we don’t know, but He is God and </w:t>
      </w:r>
      <w:r>
        <w:rPr>
          <w:rFonts w:ascii="Georgia" w:hAnsi="Georgia" w:eastAsia="Georgia"/>
          <w:b w:val="0"/>
          <w:i/>
          <w:sz w:val="21"/>
          <w:u w:val="none"/>
        </w:rPr>
        <w:t>He</w:t>
      </w:r>
      <w:r>
        <w:rPr>
          <w:rFonts w:ascii="Georgia" w:hAnsi="Georgia" w:eastAsia="Georgia"/>
          <w:b w:val="0"/>
          <w:i w:val="0"/>
          <w:sz w:val="21"/>
          <w:u w:val="none"/>
        </w:rPr>
        <w:t xml:space="preserve"> is in control – we aren’t. We know He loves us and we know He loves Irene. This is the best thing </w:t>
      </w:r>
      <w:r>
        <w:rPr>
          <w:rFonts w:ascii="Georgia" w:hAnsi="Georgia" w:eastAsia="Georgia"/>
          <w:b w:val="0"/>
          <w:i/>
          <w:sz w:val="21"/>
          <w:u w:val="none"/>
        </w:rPr>
        <w:t>for her</w:t>
      </w:r>
      <w:r>
        <w:rPr>
          <w:rFonts w:ascii="Georgia" w:hAnsi="Georgia" w:eastAsia="Georgia"/>
          <w:b w:val="0"/>
          <w:i w:val="0"/>
          <w:sz w:val="21"/>
          <w:u w:val="none"/>
        </w:rPr>
        <w:t xml:space="preserve"> – we know that – but it leaves so many holes everywhere she went. Wednesday evening at the funeral home, they came – her friends, her neighbors, her relatives and those who just knew her because she worked at the fair and because she sold them vegetables and her unsurpassed homemade jam at the farmer’s market. More pages had to be added to the guest register, there were so many people. When we went through all the cards after the funeral, one phrase was written over and over – “She was a special lady who will surely be missed.” The verse inside her funeral announcement says it well: “God saw that she was very sick and a cure was not to be, so He put His arms around her and whispered, ‘Come with Me’ ---- With tearful eyes we watched her suffer and saw her fade away – although we loved her dearly, we </w:t>
      </w:r>
      <w:r>
        <w:rPr>
          <w:rFonts w:ascii="Georgia" w:hAnsi="Georgia" w:eastAsia="Georgia"/>
          <w:b w:val="0"/>
          <w:i/>
          <w:sz w:val="21"/>
          <w:u w:val="none"/>
        </w:rPr>
        <w:t>could not</w:t>
      </w:r>
      <w:r>
        <w:rPr>
          <w:rFonts w:ascii="Georgia" w:hAnsi="Georgia" w:eastAsia="Georgia"/>
          <w:b w:val="0"/>
          <w:i w:val="0"/>
          <w:sz w:val="21"/>
          <w:u w:val="none"/>
        </w:rPr>
        <w:t xml:space="preserve"> make her stay”. Then it says, “A golden heart stopped beating – hard working hands are at rest.” – You see that’s the thing that’s so hard to get used to. Those hands were always moving – whether they were at the sink or the stove or the table cooking, peeling, chopping, mixing, kneading or canning every kind of jelly and jam there is, and every kind of pickles. When she wasn’t working in the kitchen she was working outside, planting, weeding, digging and picking vegetables for the fair and the farmer’s market and then loading them up and hauling them to town. Yet she still found time for </w:t>
      </w:r>
      <w:r>
        <w:rPr>
          <w:rFonts w:ascii="Georgia" w:hAnsi="Georgia" w:eastAsia="Georgia"/>
          <w:b w:val="0"/>
          <w:i/>
          <w:sz w:val="21"/>
          <w:u w:val="none"/>
        </w:rPr>
        <w:t>people</w:t>
      </w:r>
      <w:r>
        <w:rPr>
          <w:rFonts w:ascii="Georgia" w:hAnsi="Georgia" w:eastAsia="Georgia"/>
          <w:b w:val="0"/>
          <w:i w:val="0"/>
          <w:sz w:val="21"/>
          <w:u w:val="none"/>
        </w:rPr>
        <w:t xml:space="preserve"> – to have breakfast with friends at Country Kitchen or lunch with friends after church at Pizza Hut. She attended the birthday parties for all the great-grandchildren and went to their games and their school plays. Her house was always open to everyone and her guest bedrooms used often. Every November the deer hunters gathered there and she fed them all a huge breakfast before dawn and dinner at noon. Then at the end of the day they all went out to eat</w:t>
      </w:r>
      <w:r>
        <w:rPr>
          <w:rFonts w:ascii="Georgia" w:hAnsi="Georgia" w:eastAsia="Georgia"/>
          <w:b w:val="0"/>
          <w:i w:val="0"/>
          <w:sz w:val="21"/>
          <w:u w:val="none"/>
        </w:rPr>
        <w:t>.</w:t>
      </w:r>
    </w:p>
    <w:p>
      <w:pPr>
        <w:widowControl/>
      </w:pPr>
      <w:r>
        <w:rPr>
          <w:rFonts w:ascii="Georgia" w:hAnsi="Georgia" w:eastAsia="Georgia"/>
          <w:b w:val="0"/>
          <w:i w:val="0"/>
          <w:sz w:val="21"/>
          <w:u w:val="none"/>
        </w:rPr>
        <w:t xml:space="preserve">This was a woman who bloomed where she was planted. She had the gift of hospitality, she had a servant’s heart, and she used them both to the utmost. Oswald Chambers again says: “God engineers everything – and </w:t>
      </w:r>
      <w:r>
        <w:rPr>
          <w:rFonts w:ascii="Georgia" w:hAnsi="Georgia" w:eastAsia="Georgia"/>
          <w:b w:val="0"/>
          <w:i/>
          <w:sz w:val="21"/>
          <w:u w:val="none"/>
        </w:rPr>
        <w:t>wherever</w:t>
      </w:r>
      <w:r>
        <w:rPr>
          <w:rFonts w:ascii="Georgia" w:hAnsi="Georgia" w:eastAsia="Georgia"/>
          <w:b w:val="0"/>
          <w:i w:val="0"/>
          <w:sz w:val="21"/>
          <w:u w:val="none"/>
        </w:rPr>
        <w:t xml:space="preserve"> He places us, our supreme goal should be to pour out our lives in wholehearted devotion to Him in that particular work”. “Whatever your hand finds to do, do it with all your might”, says Ecclesiastes 9:10 and she certainly did it all with all her might.</w:t>
      </w:r>
    </w:p>
    <w:p>
      <w:pPr>
        <w:widowControl/>
      </w:pPr>
      <w:r>
        <w:rPr>
          <w:rFonts w:ascii="Georgia" w:hAnsi="Georgia" w:eastAsia="Georgia"/>
          <w:b w:val="0"/>
          <w:i w:val="0"/>
          <w:sz w:val="21"/>
          <w:u w:val="none"/>
        </w:rPr>
        <w:t xml:space="preserve">“Do not let your hearts be troubled,” Jesus says. How can we weep for her when we know she’s with </w:t>
      </w:r>
      <w:r>
        <w:rPr>
          <w:rFonts w:ascii="Georgia" w:hAnsi="Georgia" w:eastAsia="Georgia"/>
          <w:b w:val="0"/>
          <w:i/>
          <w:sz w:val="21"/>
          <w:u w:val="none"/>
        </w:rPr>
        <w:t>Him</w:t>
      </w:r>
      <w:r>
        <w:rPr>
          <w:rFonts w:ascii="Georgia" w:hAnsi="Georgia" w:eastAsia="Georgia"/>
          <w:b w:val="0"/>
          <w:i w:val="0"/>
          <w:sz w:val="21"/>
          <w:u w:val="none"/>
        </w:rPr>
        <w:t xml:space="preserve"> now and more alive than she’s ever been. No – our weeping is for ourselves because she’s </w:t>
      </w:r>
      <w:r>
        <w:rPr>
          <w:rFonts w:ascii="Georgia" w:hAnsi="Georgia" w:eastAsia="Georgia"/>
          <w:b w:val="0"/>
          <w:i/>
          <w:sz w:val="21"/>
          <w:u w:val="none"/>
        </w:rPr>
        <w:t>gone</w:t>
      </w:r>
      <w:r>
        <w:rPr>
          <w:rFonts w:ascii="Georgia" w:hAnsi="Georgia" w:eastAsia="Georgia"/>
          <w:b w:val="0"/>
          <w:i w:val="0"/>
          <w:sz w:val="21"/>
          <w:u w:val="none"/>
        </w:rPr>
        <w:t xml:space="preserve"> and that is a loss. But </w:t>
      </w:r>
      <w:r>
        <w:rPr>
          <w:rFonts w:ascii="Georgia" w:hAnsi="Georgia" w:eastAsia="Georgia"/>
          <w:b w:val="0"/>
          <w:i/>
          <w:sz w:val="21"/>
          <w:u w:val="none"/>
        </w:rPr>
        <w:t>she’s</w:t>
      </w:r>
      <w:r>
        <w:rPr>
          <w:rFonts w:ascii="Georgia" w:hAnsi="Georgia" w:eastAsia="Georgia"/>
          <w:b w:val="0"/>
          <w:i w:val="0"/>
          <w:sz w:val="21"/>
          <w:u w:val="none"/>
        </w:rPr>
        <w:t xml:space="preserve"> doing just fine. I wouldn’t be surprised if when we all finally gather at the table for that great marriage supper of the Lamb, Irene will be found in the kitchen working with joy, and probably supervising too. I wonder if Jesus likes rhubarb jam and pickled beets. Oh – and she has a great recipe for butterscotch pie.</w:t>
      </w:r>
    </w:p>
    <w:p>
      <w:bookmarkStart w:id="14" w:name="reflection_13"/>
      <w:pPr>
        <w:pStyle w:val="Heading1"/>
      </w:pPr>
      <w:r>
        <w:rPr>
          <w:rFonts w:ascii="Georgia" w:hAnsi="Georgia" w:eastAsia="Georgia"/>
          <w:b/>
          <w:color w:val="226FA4"/>
          <w:sz w:val="34"/>
        </w:rPr>
        <w:t>Martin Luther King</w:t>
      </w:r>
      <w:bookmarkEnd w:id="14"/>
    </w:p>
    <w:p>
      <w:pPr>
        <w:pStyle w:val="ChapterSubtitle"/>
      </w:pPr>
      <w:r>
        <w:rPr>
          <w:rFonts w:ascii="Georgia" w:hAnsi="Georgia" w:eastAsia="Georgia"/>
          <w:i/>
          <w:color w:val="183042"/>
          <w:sz w:val="23"/>
        </w:rPr>
        <w:t>Sunday in Atlanta</w:t>
      </w:r>
    </w:p>
    <w:p>
      <w:pPr>
        <w:widowControl/>
      </w:pPr>
      <w:r>
        <w:rPr>
          <w:rFonts w:ascii="Georgia" w:hAnsi="Georgia" w:eastAsia="Georgia"/>
          <w:b w:val="0"/>
          <w:i w:val="0"/>
          <w:sz w:val="21"/>
          <w:u w:val="none"/>
        </w:rPr>
        <w:t>In our last message, I mentioned that we were going on a trip to Atlanta – a Christmas gift from our son, Randy and his wife Sallie. Randy is one of three assistant pastors of a large predominantly black Baptist Church, and he also works evenings full-time as a Correctional Officer at the Federal prison, so he is a busy man, and we didn’t get to see as much of him as we would have liked. But we did get to see how they live and where, and met some delightful people in their church – and we got to hear our son preach on Martin Luther King Jr. Sunday. It’s kind of ironic but also “neat” that even though Randy is the only white pastor, he is the one usually chosen to preach on that special day because they say he’s the best preacher. He definitely does have a gift, and I can’t help but be proud to call him my son.</w:t>
      </w:r>
    </w:p>
    <w:p>
      <w:pPr>
        <w:widowControl/>
      </w:pPr>
      <w:r>
        <w:rPr>
          <w:rFonts w:ascii="Georgia" w:hAnsi="Georgia" w:eastAsia="Georgia"/>
          <w:b w:val="0"/>
          <w:i w:val="0"/>
          <w:sz w:val="21"/>
          <w:u w:val="none"/>
        </w:rPr>
        <w:t xml:space="preserve">Because Atlanta is Martin Luther King’s hometown, there is much more to be seen than on television news and special programs about Dr. King and the difference his efforts made in the lives of so many people. It was disturbing to see again the newsreels from the 60’s showing how cruel some human beings can be to other human beings when they don’t understand them. It has always been so, and still is. The people groups involved may change, but the dynamic is still the same. We tend to pay much less attention to it when it isn’t happening to </w:t>
      </w:r>
      <w:r>
        <w:rPr>
          <w:rFonts w:ascii="Georgia" w:hAnsi="Georgia" w:eastAsia="Georgia"/>
          <w:b w:val="0"/>
          <w:i/>
          <w:sz w:val="21"/>
          <w:u w:val="none"/>
        </w:rPr>
        <w:t xml:space="preserve">us </w:t>
      </w:r>
      <w:r>
        <w:rPr>
          <w:rFonts w:ascii="Georgia" w:hAnsi="Georgia" w:eastAsia="Georgia"/>
          <w:b w:val="0"/>
          <w:i w:val="0"/>
          <w:sz w:val="21"/>
          <w:u w:val="none"/>
        </w:rPr>
        <w:t xml:space="preserve">or even to anyone in our home town, but all we have to do is read the newspaper or watch the evening news to see people killing other people and feeling justified and even </w:t>
      </w:r>
      <w:r>
        <w:rPr>
          <w:rFonts w:ascii="Georgia" w:hAnsi="Georgia" w:eastAsia="Georgia"/>
          <w:b w:val="0"/>
          <w:i/>
          <w:sz w:val="21"/>
          <w:u w:val="none"/>
        </w:rPr>
        <w:t xml:space="preserve">proud </w:t>
      </w:r>
      <w:r>
        <w:rPr>
          <w:rFonts w:ascii="Georgia" w:hAnsi="Georgia" w:eastAsia="Georgia"/>
          <w:b w:val="0"/>
          <w:i w:val="0"/>
          <w:sz w:val="21"/>
          <w:u w:val="none"/>
        </w:rPr>
        <w:t xml:space="preserve">to be doing so because they think those they kill don’t deserve to live, and the world is better off without them. In Somalia and some other African nations, Christians are being shot and some even hacked to death with machetes, for no other reason than that they are Christians; in Afghanistan and Iraq, militant </w:t>
      </w:r>
      <w:r>
        <w:rPr>
          <w:rFonts w:ascii="Georgia" w:hAnsi="Georgia" w:eastAsia="Georgia"/>
          <w:b w:val="0"/>
          <w:i w:val="0"/>
          <w:sz w:val="21"/>
          <w:u w:val="none"/>
        </w:rPr>
        <w:t>Muslims</w:t>
      </w:r>
      <w:r>
        <w:rPr>
          <w:rFonts w:ascii="Georgia" w:hAnsi="Georgia" w:eastAsia="Georgia"/>
          <w:b w:val="0"/>
          <w:i w:val="0"/>
          <w:sz w:val="21"/>
          <w:u w:val="none"/>
        </w:rPr>
        <w:t xml:space="preserve"> step forward by the hundreds, willing to </w:t>
      </w:r>
      <w:r>
        <w:rPr>
          <w:rFonts w:ascii="Georgia" w:hAnsi="Georgia" w:eastAsia="Georgia"/>
          <w:b w:val="0"/>
          <w:i/>
          <w:sz w:val="21"/>
          <w:u w:val="none"/>
        </w:rPr>
        <w:t xml:space="preserve">die </w:t>
      </w:r>
      <w:r>
        <w:rPr>
          <w:rFonts w:ascii="Georgia" w:hAnsi="Georgia" w:eastAsia="Georgia"/>
          <w:b w:val="0"/>
          <w:i w:val="0"/>
          <w:sz w:val="21"/>
          <w:u w:val="none"/>
        </w:rPr>
        <w:t xml:space="preserve">in order to take some of those “infidels” with them; and to a slightly lesser degree we see the same thing happening in Israel where Israelis and Palestinians fight over the same land. That has always been the case, and scripture predicts it will get worse before it’s all done. This week’s news that the militant group, Hamas, has won control of the Palestinian government is very disturbing and downright scary if you are a Jew – because Hamas has already made it clear that their holy assignment from their god, Allah, is to wipe the nation of Israel off the face of the earth. Jews are “infidels”, you see, and so are Christians. It is not atheists or agnostics that have a problem with us, but rather a people with such religious zeal and such faith and loyalty to their god that they believe with all their hearts if they can sacrifice their </w:t>
      </w:r>
      <w:r>
        <w:rPr>
          <w:rFonts w:ascii="Georgia" w:hAnsi="Georgia" w:eastAsia="Georgia"/>
          <w:b w:val="0"/>
          <w:i/>
          <w:sz w:val="21"/>
          <w:u w:val="none"/>
        </w:rPr>
        <w:t xml:space="preserve">lives </w:t>
      </w:r>
      <w:r>
        <w:rPr>
          <w:rFonts w:ascii="Georgia" w:hAnsi="Georgia" w:eastAsia="Georgia"/>
          <w:b w:val="0"/>
          <w:i w:val="0"/>
          <w:sz w:val="21"/>
          <w:u w:val="none"/>
        </w:rPr>
        <w:t xml:space="preserve">in the process of eliminating some of those “infidels”, they have an automatic ticket to heaven. This is why they dare to fly airplanes into buildings and to even encourage their young sons and daughters to strap explosives to their bodies and blow up buses. If you are my age or older, you may remember the Japanese Kamikaze pilots of World War II who volunteered to die in the process of sinking U.S. ships by diving their planes into them. “Honor” was their most esteemed virtue, and there was nothing more honorable than to </w:t>
      </w:r>
      <w:r>
        <w:rPr>
          <w:rFonts w:ascii="Georgia" w:hAnsi="Georgia" w:eastAsia="Georgia"/>
          <w:b w:val="0"/>
          <w:i/>
          <w:sz w:val="21"/>
          <w:u w:val="none"/>
        </w:rPr>
        <w:t xml:space="preserve">choose </w:t>
      </w:r>
      <w:r>
        <w:rPr>
          <w:rFonts w:ascii="Georgia" w:hAnsi="Georgia" w:eastAsia="Georgia"/>
          <w:b w:val="0"/>
          <w:i w:val="0"/>
          <w:sz w:val="21"/>
          <w:u w:val="none"/>
        </w:rPr>
        <w:t xml:space="preserve">to die for the cause of the emperor. How do those who would choose to defend their people </w:t>
      </w:r>
      <w:r>
        <w:rPr>
          <w:rFonts w:ascii="Georgia" w:hAnsi="Georgia" w:eastAsia="Georgia"/>
          <w:b w:val="0"/>
          <w:i/>
          <w:sz w:val="21"/>
          <w:u w:val="none"/>
        </w:rPr>
        <w:t xml:space="preserve">without </w:t>
      </w:r>
      <w:r>
        <w:rPr>
          <w:rFonts w:ascii="Georgia" w:hAnsi="Georgia" w:eastAsia="Georgia"/>
          <w:b w:val="0"/>
          <w:i w:val="0"/>
          <w:sz w:val="21"/>
          <w:u w:val="none"/>
        </w:rPr>
        <w:t xml:space="preserve">dying fight against such a mindset? Do we drop another atomic bomb? – No – that would never work today, because Islamic terrorists are not a nation – they are </w:t>
      </w:r>
      <w:r>
        <w:rPr>
          <w:rFonts w:ascii="Georgia" w:hAnsi="Georgia" w:eastAsia="Georgia"/>
          <w:b w:val="0"/>
          <w:i/>
          <w:sz w:val="21"/>
          <w:u w:val="none"/>
        </w:rPr>
        <w:t xml:space="preserve">everywhere. </w:t>
      </w:r>
      <w:r>
        <w:rPr>
          <w:rFonts w:ascii="Georgia" w:hAnsi="Georgia" w:eastAsia="Georgia"/>
          <w:b w:val="0"/>
          <w:i w:val="0"/>
          <w:sz w:val="21"/>
          <w:u w:val="none"/>
        </w:rPr>
        <w:t xml:space="preserve">Should we be afraid then, when Osama bin Laden threatens to strike again “in the heart of our land”? This man is as serious as one can get. He has made it plain that his religion forbids him to lie or to make idle promises. He is not afraid to die, and he believes with all his heart that Allah has </w:t>
      </w:r>
      <w:r>
        <w:rPr>
          <w:rFonts w:ascii="Georgia" w:hAnsi="Georgia" w:eastAsia="Georgia"/>
          <w:b w:val="0"/>
          <w:i/>
          <w:sz w:val="21"/>
          <w:u w:val="none"/>
        </w:rPr>
        <w:t xml:space="preserve">appointed </w:t>
      </w:r>
      <w:r>
        <w:rPr>
          <w:rFonts w:ascii="Georgia" w:hAnsi="Georgia" w:eastAsia="Georgia"/>
          <w:b w:val="0"/>
          <w:i w:val="0"/>
          <w:sz w:val="21"/>
          <w:u w:val="none"/>
        </w:rPr>
        <w:t xml:space="preserve">him to do exactly what he is doing. He does not </w:t>
      </w:r>
      <w:r>
        <w:rPr>
          <w:rFonts w:ascii="Georgia" w:hAnsi="Georgia" w:eastAsia="Georgia"/>
          <w:b w:val="0"/>
          <w:i/>
          <w:sz w:val="21"/>
          <w:u w:val="none"/>
        </w:rPr>
        <w:t xml:space="preserve">know </w:t>
      </w:r>
      <w:r>
        <w:rPr>
          <w:rFonts w:ascii="Georgia" w:hAnsi="Georgia" w:eastAsia="Georgia"/>
          <w:b w:val="0"/>
          <w:i w:val="0"/>
          <w:sz w:val="21"/>
          <w:u w:val="none"/>
        </w:rPr>
        <w:t>that he is blind.</w:t>
      </w:r>
    </w:p>
    <w:p>
      <w:pPr>
        <w:widowControl/>
      </w:pPr>
      <w:r>
        <w:rPr>
          <w:rFonts w:ascii="Georgia" w:hAnsi="Georgia" w:eastAsia="Georgia"/>
          <w:b w:val="0"/>
          <w:i/>
          <w:sz w:val="21"/>
          <w:u w:val="none"/>
        </w:rPr>
        <w:t xml:space="preserve">Should </w:t>
      </w:r>
      <w:r>
        <w:rPr>
          <w:rFonts w:ascii="Georgia" w:hAnsi="Georgia" w:eastAsia="Georgia"/>
          <w:b w:val="0"/>
          <w:i w:val="0"/>
          <w:sz w:val="21"/>
          <w:u w:val="none"/>
        </w:rPr>
        <w:t xml:space="preserve">we be </w:t>
      </w:r>
      <w:r>
        <w:rPr>
          <w:rFonts w:ascii="Georgia" w:hAnsi="Georgia" w:eastAsia="Georgia"/>
          <w:b w:val="0"/>
          <w:i/>
          <w:sz w:val="21"/>
          <w:u w:val="none"/>
        </w:rPr>
        <w:t xml:space="preserve">afraid </w:t>
      </w:r>
      <w:r>
        <w:rPr>
          <w:rFonts w:ascii="Georgia" w:hAnsi="Georgia" w:eastAsia="Georgia"/>
          <w:b w:val="0"/>
          <w:i w:val="0"/>
          <w:sz w:val="21"/>
          <w:u w:val="none"/>
        </w:rPr>
        <w:t xml:space="preserve">then? If we trust in God, will He protect us from these things? How many times does scripture tell us to “fear not”? And how often did Jesus ask the question, “Why are you so afraid, O you of little faith?” Yet He did not save John the Baptist from prison, or from Herod chopping off his head. All but one of those disciples Jesus loved died a martyr’s death, and so did Paul, who had given his entire life to Christ. How do we reconcile that? The writer to the Hebrews tells us about some others of those who gave their all: “Some faced jeers and flogging, while others were chained and put in prison. They were stoned, they were sawn in two, they were put to death by the sword. They went about in sheepskins and goatskins – destitute, persecuted and mistreated – the world was not worthy of them. They wandered in deserts and mountains, and in caves and holes in the ground.” You see God does not </w:t>
      </w:r>
      <w:r>
        <w:rPr>
          <w:rFonts w:ascii="Georgia" w:hAnsi="Georgia" w:eastAsia="Georgia"/>
          <w:b w:val="0"/>
          <w:i/>
          <w:sz w:val="21"/>
          <w:u w:val="none"/>
        </w:rPr>
        <w:t xml:space="preserve">promise </w:t>
      </w:r>
      <w:r>
        <w:rPr>
          <w:rFonts w:ascii="Georgia" w:hAnsi="Georgia" w:eastAsia="Georgia"/>
          <w:b w:val="0"/>
          <w:i w:val="0"/>
          <w:sz w:val="21"/>
          <w:u w:val="none"/>
        </w:rPr>
        <w:t xml:space="preserve">to save us from evil people or from the natural results of just living in a corrupt and fallen world. Sometimes He </w:t>
      </w:r>
      <w:r>
        <w:rPr>
          <w:rFonts w:ascii="Georgia" w:hAnsi="Georgia" w:eastAsia="Georgia"/>
          <w:b w:val="0"/>
          <w:i/>
          <w:sz w:val="21"/>
          <w:u w:val="none"/>
        </w:rPr>
        <w:t xml:space="preserve">does </w:t>
      </w:r>
      <w:r>
        <w:rPr>
          <w:rFonts w:ascii="Georgia" w:hAnsi="Georgia" w:eastAsia="Georgia"/>
          <w:b w:val="0"/>
          <w:i w:val="0"/>
          <w:sz w:val="21"/>
          <w:u w:val="none"/>
        </w:rPr>
        <w:t xml:space="preserve">protect us from these things, but other times He allows us to go through </w:t>
      </w:r>
      <w:r>
        <w:rPr>
          <w:rFonts w:ascii="Georgia" w:hAnsi="Georgia" w:eastAsia="Georgia"/>
          <w:b w:val="0"/>
          <w:i/>
          <w:sz w:val="21"/>
          <w:u w:val="none"/>
        </w:rPr>
        <w:t xml:space="preserve">terrible </w:t>
      </w:r>
      <w:r>
        <w:rPr>
          <w:rFonts w:ascii="Georgia" w:hAnsi="Georgia" w:eastAsia="Georgia"/>
          <w:b w:val="0"/>
          <w:i w:val="0"/>
          <w:sz w:val="21"/>
          <w:u w:val="none"/>
        </w:rPr>
        <w:t xml:space="preserve">things. </w:t>
      </w:r>
    </w:p>
    <w:p>
      <w:pPr>
        <w:widowControl/>
      </w:pPr>
      <w:r>
        <w:rPr>
          <w:rFonts w:ascii="Georgia" w:hAnsi="Georgia" w:eastAsia="Georgia"/>
          <w:b w:val="0"/>
          <w:i w:val="0"/>
          <w:sz w:val="21"/>
          <w:u w:val="none"/>
        </w:rPr>
        <w:t xml:space="preserve">If that’s the case, how are we any different from those who don’t know the true God at all? What </w:t>
      </w:r>
      <w:r>
        <w:rPr>
          <w:rFonts w:ascii="Georgia" w:hAnsi="Georgia" w:eastAsia="Georgia"/>
          <w:b w:val="0"/>
          <w:i/>
          <w:sz w:val="21"/>
          <w:u w:val="none"/>
        </w:rPr>
        <w:t xml:space="preserve">good </w:t>
      </w:r>
      <w:r>
        <w:rPr>
          <w:rFonts w:ascii="Georgia" w:hAnsi="Georgia" w:eastAsia="Georgia"/>
          <w:b w:val="0"/>
          <w:i w:val="0"/>
          <w:sz w:val="21"/>
          <w:u w:val="none"/>
        </w:rPr>
        <w:t xml:space="preserve">does it do then to </w:t>
      </w:r>
      <w:r>
        <w:rPr>
          <w:rFonts w:ascii="Georgia" w:hAnsi="Georgia" w:eastAsia="Georgia"/>
          <w:b w:val="0"/>
          <w:i/>
          <w:sz w:val="21"/>
          <w:u w:val="none"/>
        </w:rPr>
        <w:t xml:space="preserve">trust </w:t>
      </w:r>
      <w:r>
        <w:rPr>
          <w:rFonts w:ascii="Georgia" w:hAnsi="Georgia" w:eastAsia="Georgia"/>
          <w:b w:val="0"/>
          <w:i w:val="0"/>
          <w:sz w:val="21"/>
          <w:u w:val="none"/>
        </w:rPr>
        <w:t xml:space="preserve">God, and how can we </w:t>
      </w:r>
      <w:r>
        <w:rPr>
          <w:rFonts w:ascii="Georgia" w:hAnsi="Georgia" w:eastAsia="Georgia"/>
          <w:b w:val="0"/>
          <w:i/>
          <w:sz w:val="21"/>
          <w:u w:val="none"/>
        </w:rPr>
        <w:t xml:space="preserve">not </w:t>
      </w:r>
      <w:r>
        <w:rPr>
          <w:rFonts w:ascii="Georgia" w:hAnsi="Georgia" w:eastAsia="Georgia"/>
          <w:b w:val="0"/>
          <w:i w:val="0"/>
          <w:sz w:val="21"/>
          <w:u w:val="none"/>
        </w:rPr>
        <w:t xml:space="preserve">be </w:t>
      </w:r>
      <w:r>
        <w:rPr>
          <w:rFonts w:ascii="Georgia" w:hAnsi="Georgia" w:eastAsia="Georgia"/>
          <w:b w:val="0"/>
          <w:i/>
          <w:sz w:val="21"/>
          <w:u w:val="none"/>
        </w:rPr>
        <w:t>afraid</w:t>
      </w:r>
      <w:r>
        <w:rPr>
          <w:rFonts w:ascii="Georgia" w:hAnsi="Georgia" w:eastAsia="Georgia"/>
          <w:b w:val="0"/>
          <w:i w:val="0"/>
          <w:sz w:val="21"/>
          <w:u w:val="none"/>
        </w:rPr>
        <w:t xml:space="preserve">? No-one in his right mind really </w:t>
      </w:r>
      <w:r>
        <w:rPr>
          <w:rFonts w:ascii="Georgia" w:hAnsi="Georgia" w:eastAsia="Georgia"/>
          <w:b w:val="0"/>
          <w:i/>
          <w:sz w:val="21"/>
          <w:u w:val="none"/>
        </w:rPr>
        <w:t xml:space="preserve">wants </w:t>
      </w:r>
      <w:r>
        <w:rPr>
          <w:rFonts w:ascii="Georgia" w:hAnsi="Georgia" w:eastAsia="Georgia"/>
          <w:b w:val="0"/>
          <w:i w:val="0"/>
          <w:sz w:val="21"/>
          <w:u w:val="none"/>
        </w:rPr>
        <w:t xml:space="preserve">to die, and especially in ways that we think would be excruciating, but you see our mortal minds tend to look at this from the wrong perspective. For those in Christ Jesus, death is not the </w:t>
      </w:r>
      <w:r>
        <w:rPr>
          <w:rFonts w:ascii="Georgia" w:hAnsi="Georgia" w:eastAsia="Georgia"/>
          <w:b w:val="0"/>
          <w:i/>
          <w:sz w:val="21"/>
          <w:u w:val="none"/>
        </w:rPr>
        <w:t xml:space="preserve">end, </w:t>
      </w:r>
      <w:r>
        <w:rPr>
          <w:rFonts w:ascii="Georgia" w:hAnsi="Georgia" w:eastAsia="Georgia"/>
          <w:b w:val="0"/>
          <w:i w:val="0"/>
          <w:sz w:val="21"/>
          <w:u w:val="none"/>
        </w:rPr>
        <w:t xml:space="preserve">but the </w:t>
      </w:r>
      <w:r>
        <w:rPr>
          <w:rFonts w:ascii="Georgia" w:hAnsi="Georgia" w:eastAsia="Georgia"/>
          <w:b w:val="0"/>
          <w:i/>
          <w:sz w:val="21"/>
          <w:u w:val="none"/>
        </w:rPr>
        <w:t xml:space="preserve">beginning </w:t>
      </w:r>
      <w:r>
        <w:rPr>
          <w:rFonts w:ascii="Georgia" w:hAnsi="Georgia" w:eastAsia="Georgia"/>
          <w:b w:val="0"/>
          <w:i w:val="0"/>
          <w:sz w:val="21"/>
          <w:u w:val="none"/>
        </w:rPr>
        <w:t xml:space="preserve">of life that is so far above the life we know here that we can’t even comprehend it. I Corinthians 2:9 tells us it has not even entered into the heart of man what God has prepared for us. You see, Paul had already had a taste of that glory when he was stoned and left for dead. In his </w:t>
      </w:r>
      <w:r>
        <w:rPr>
          <w:rFonts w:ascii="Georgia" w:hAnsi="Georgia" w:eastAsia="Georgia"/>
          <w:b w:val="0"/>
          <w:i/>
          <w:sz w:val="21"/>
          <w:u w:val="none"/>
        </w:rPr>
        <w:t xml:space="preserve">second </w:t>
      </w:r>
      <w:r>
        <w:rPr>
          <w:rFonts w:ascii="Georgia" w:hAnsi="Georgia" w:eastAsia="Georgia"/>
          <w:b w:val="0"/>
          <w:i w:val="0"/>
          <w:sz w:val="21"/>
          <w:u w:val="none"/>
        </w:rPr>
        <w:t xml:space="preserve">letter to the Corinthians, he tells them he knows a man who fourteen years before was caught up into heaven where he heard </w:t>
      </w:r>
      <w:r>
        <w:rPr>
          <w:rFonts w:ascii="Georgia" w:hAnsi="Georgia" w:eastAsia="Georgia"/>
          <w:b w:val="0"/>
          <w:i/>
          <w:sz w:val="21"/>
          <w:u w:val="none"/>
        </w:rPr>
        <w:t xml:space="preserve">inexpressible </w:t>
      </w:r>
      <w:r>
        <w:rPr>
          <w:rFonts w:ascii="Georgia" w:hAnsi="Georgia" w:eastAsia="Georgia"/>
          <w:b w:val="0"/>
          <w:i w:val="0"/>
          <w:sz w:val="21"/>
          <w:u w:val="none"/>
        </w:rPr>
        <w:t>things he is not permitted to tell. Bible scholars agree that that “man” was Paul himself. He actually died and was sent back. And from that day forward he had no fear. He testified for Christ wherever he went, knowing it would eventually cost him his life, but he knew death was nothing to fear, because it is only a door. Jesus said in Luke 12 that we are not to be afraid of those who kill the body and after that can do no more. Instead we should fear Him who after killing the body has the power to throw you into hell – for this is the fate of those who reject the free gift He offers us that He has paid for with His blood. He says even the very hairs of your head are numbered – God knows you that well, and loves you that much, so we have no need to fear.</w:t>
      </w:r>
    </w:p>
    <w:p>
      <w:pPr>
        <w:widowControl/>
      </w:pPr>
      <w:r>
        <w:rPr>
          <w:rFonts w:ascii="Georgia" w:hAnsi="Georgia" w:eastAsia="Georgia"/>
          <w:b w:val="0"/>
          <w:i w:val="0"/>
          <w:sz w:val="21"/>
          <w:u w:val="none"/>
        </w:rPr>
        <w:t xml:space="preserve">It is guaranteed that if Jesus tarries, we </w:t>
      </w:r>
      <w:r>
        <w:rPr>
          <w:rFonts w:ascii="Georgia" w:hAnsi="Georgia" w:eastAsia="Georgia"/>
          <w:b w:val="0"/>
          <w:i/>
          <w:sz w:val="21"/>
          <w:u w:val="none"/>
        </w:rPr>
        <w:t xml:space="preserve">will </w:t>
      </w:r>
      <w:r>
        <w:rPr>
          <w:rFonts w:ascii="Georgia" w:hAnsi="Georgia" w:eastAsia="Georgia"/>
          <w:b w:val="0"/>
          <w:i w:val="0"/>
          <w:sz w:val="21"/>
          <w:u w:val="none"/>
        </w:rPr>
        <w:t xml:space="preserve">all die someday, for “it is appointed unto man once to die”, so does it really matter </w:t>
      </w:r>
      <w:r>
        <w:rPr>
          <w:rFonts w:ascii="Georgia" w:hAnsi="Georgia" w:eastAsia="Georgia"/>
          <w:b w:val="0"/>
          <w:i/>
          <w:sz w:val="21"/>
          <w:u w:val="none"/>
        </w:rPr>
        <w:t xml:space="preserve">how </w:t>
      </w:r>
      <w:r>
        <w:rPr>
          <w:rFonts w:ascii="Georgia" w:hAnsi="Georgia" w:eastAsia="Georgia"/>
          <w:b w:val="0"/>
          <w:i w:val="0"/>
          <w:sz w:val="21"/>
          <w:u w:val="none"/>
        </w:rPr>
        <w:t xml:space="preserve">or </w:t>
      </w:r>
      <w:r>
        <w:rPr>
          <w:rFonts w:ascii="Georgia" w:hAnsi="Georgia" w:eastAsia="Georgia"/>
          <w:b w:val="0"/>
          <w:i/>
          <w:sz w:val="21"/>
          <w:u w:val="none"/>
        </w:rPr>
        <w:t>when</w:t>
      </w:r>
      <w:r>
        <w:rPr>
          <w:rFonts w:ascii="Georgia" w:hAnsi="Georgia" w:eastAsia="Georgia"/>
          <w:b w:val="0"/>
          <w:i w:val="0"/>
          <w:sz w:val="21"/>
          <w:u w:val="none"/>
        </w:rPr>
        <w:t xml:space="preserve">? It is God who decides that, and all the worrying we do won’t </w:t>
      </w:r>
      <w:r>
        <w:rPr>
          <w:rFonts w:ascii="Georgia" w:hAnsi="Georgia" w:eastAsia="Georgia"/>
          <w:b w:val="0"/>
          <w:i/>
          <w:sz w:val="21"/>
          <w:u w:val="none"/>
        </w:rPr>
        <w:t xml:space="preserve">change </w:t>
      </w:r>
      <w:r>
        <w:rPr>
          <w:rFonts w:ascii="Georgia" w:hAnsi="Georgia" w:eastAsia="Georgia"/>
          <w:b w:val="0"/>
          <w:i w:val="0"/>
          <w:sz w:val="21"/>
          <w:u w:val="none"/>
        </w:rPr>
        <w:t>it. “</w:t>
      </w:r>
      <w:r>
        <w:rPr>
          <w:rFonts w:ascii="Georgia" w:hAnsi="Georgia" w:eastAsia="Georgia"/>
          <w:b w:val="0"/>
          <w:i/>
          <w:sz w:val="21"/>
          <w:u w:val="none"/>
        </w:rPr>
        <w:t xml:space="preserve">Don’t </w:t>
      </w:r>
      <w:r>
        <w:rPr>
          <w:rFonts w:ascii="Georgia" w:hAnsi="Georgia" w:eastAsia="Georgia"/>
          <w:b w:val="0"/>
          <w:i w:val="0"/>
          <w:sz w:val="21"/>
          <w:u w:val="none"/>
        </w:rPr>
        <w:t>worry about tomorrow” Jesus says. “You can’t by worrying change one hair to make it white or black – nor can you add one hour to your life – each day has enough troubles of its own. So, don’t worry about it, and don’t be afraid.” Live each day to the fullest, keeping your eyes on Him, and He will take care of you. Remember He told Martha, “I am the resurrection and the life. He who believes in Me – even if he dies – he will live, and whoever lives and believes in Me will never die.” When we die, we pass from death into life – it is only a door.</w:t>
      </w:r>
    </w:p>
    <w:p>
      <w:pPr>
        <w:widowControl/>
      </w:pPr>
      <w:r>
        <w:rPr>
          <w:rFonts w:ascii="Georgia" w:hAnsi="Georgia" w:eastAsia="Georgia"/>
          <w:b w:val="0"/>
          <w:i w:val="0"/>
          <w:sz w:val="21"/>
          <w:u w:val="none"/>
        </w:rPr>
        <w:t xml:space="preserve">Jesus never promised we would be shielded from pain and problems, or even from death. On the contrary, He said, “In the world you </w:t>
      </w:r>
      <w:r>
        <w:rPr>
          <w:rFonts w:ascii="Georgia" w:hAnsi="Georgia" w:eastAsia="Georgia"/>
          <w:b w:val="0"/>
          <w:i/>
          <w:sz w:val="21"/>
          <w:u w:val="none"/>
        </w:rPr>
        <w:t xml:space="preserve">will </w:t>
      </w:r>
      <w:r>
        <w:rPr>
          <w:rFonts w:ascii="Georgia" w:hAnsi="Georgia" w:eastAsia="Georgia"/>
          <w:b w:val="0"/>
          <w:i w:val="0"/>
          <w:sz w:val="21"/>
          <w:u w:val="none"/>
        </w:rPr>
        <w:t xml:space="preserve">have tribulation” but </w:t>
      </w:r>
      <w:r>
        <w:rPr>
          <w:rFonts w:ascii="Georgia" w:hAnsi="Georgia" w:eastAsia="Georgia"/>
          <w:b w:val="0"/>
          <w:i/>
          <w:sz w:val="21"/>
          <w:u w:val="none"/>
        </w:rPr>
        <w:t xml:space="preserve">then </w:t>
      </w:r>
      <w:r>
        <w:rPr>
          <w:rFonts w:ascii="Georgia" w:hAnsi="Georgia" w:eastAsia="Georgia"/>
          <w:b w:val="0"/>
          <w:i w:val="0"/>
          <w:sz w:val="21"/>
          <w:u w:val="none"/>
        </w:rPr>
        <w:t xml:space="preserve">He said, “but be of good cheer, for I have </w:t>
      </w:r>
      <w:r>
        <w:rPr>
          <w:rFonts w:ascii="Georgia" w:hAnsi="Georgia" w:eastAsia="Georgia"/>
          <w:b w:val="0"/>
          <w:i/>
          <w:sz w:val="21"/>
          <w:u w:val="none"/>
        </w:rPr>
        <w:t xml:space="preserve">overcome </w:t>
      </w:r>
      <w:r>
        <w:rPr>
          <w:rFonts w:ascii="Georgia" w:hAnsi="Georgia" w:eastAsia="Georgia"/>
          <w:b w:val="0"/>
          <w:i w:val="0"/>
          <w:sz w:val="21"/>
          <w:u w:val="none"/>
        </w:rPr>
        <w:t xml:space="preserve">the world.” Christ is </w:t>
      </w:r>
      <w:r>
        <w:rPr>
          <w:rFonts w:ascii="Georgia" w:hAnsi="Georgia" w:eastAsia="Georgia"/>
          <w:b w:val="0"/>
          <w:i/>
          <w:sz w:val="21"/>
          <w:u w:val="none"/>
        </w:rPr>
        <w:t xml:space="preserve">alive </w:t>
      </w:r>
      <w:r>
        <w:rPr>
          <w:rFonts w:ascii="Georgia" w:hAnsi="Georgia" w:eastAsia="Georgia"/>
          <w:b w:val="0"/>
          <w:i w:val="0"/>
          <w:sz w:val="21"/>
          <w:u w:val="none"/>
        </w:rPr>
        <w:t xml:space="preserve">and He is with us and even in us now – </w:t>
      </w:r>
      <w:r>
        <w:rPr>
          <w:rFonts w:ascii="Georgia" w:hAnsi="Georgia" w:eastAsia="Georgia"/>
          <w:b w:val="0"/>
          <w:i/>
          <w:sz w:val="21"/>
          <w:u w:val="none"/>
        </w:rPr>
        <w:t xml:space="preserve">always, </w:t>
      </w:r>
      <w:r>
        <w:rPr>
          <w:rFonts w:ascii="Georgia" w:hAnsi="Georgia" w:eastAsia="Georgia"/>
          <w:b w:val="0"/>
          <w:i w:val="0"/>
          <w:sz w:val="21"/>
          <w:u w:val="none"/>
        </w:rPr>
        <w:t xml:space="preserve">wherever we go. He will go through every hard thing </w:t>
      </w:r>
      <w:r>
        <w:rPr>
          <w:rFonts w:ascii="Georgia" w:hAnsi="Georgia" w:eastAsia="Georgia"/>
          <w:b w:val="0"/>
          <w:i/>
          <w:sz w:val="21"/>
          <w:u w:val="none"/>
        </w:rPr>
        <w:t xml:space="preserve">with </w:t>
      </w:r>
      <w:r>
        <w:rPr>
          <w:rFonts w:ascii="Georgia" w:hAnsi="Georgia" w:eastAsia="Georgia"/>
          <w:b w:val="0"/>
          <w:i w:val="0"/>
          <w:sz w:val="21"/>
          <w:u w:val="none"/>
        </w:rPr>
        <w:t xml:space="preserve">us and bring us out on the other side. He is our shepherd; He is our stronghold; He is our shield and buckler; He is the </w:t>
      </w:r>
      <w:r>
        <w:rPr>
          <w:rFonts w:ascii="Georgia" w:hAnsi="Georgia" w:eastAsia="Georgia"/>
          <w:b w:val="0"/>
          <w:i/>
          <w:sz w:val="21"/>
          <w:u w:val="none"/>
        </w:rPr>
        <w:t xml:space="preserve">Way, </w:t>
      </w:r>
      <w:r>
        <w:rPr>
          <w:rFonts w:ascii="Georgia" w:hAnsi="Georgia" w:eastAsia="Georgia"/>
          <w:b w:val="0"/>
          <w:i w:val="0"/>
          <w:sz w:val="21"/>
          <w:u w:val="none"/>
        </w:rPr>
        <w:t xml:space="preserve">the </w:t>
      </w:r>
      <w:r>
        <w:rPr>
          <w:rFonts w:ascii="Georgia" w:hAnsi="Georgia" w:eastAsia="Georgia"/>
          <w:b w:val="0"/>
          <w:i/>
          <w:sz w:val="21"/>
          <w:u w:val="none"/>
        </w:rPr>
        <w:t xml:space="preserve">Truth </w:t>
      </w:r>
      <w:r>
        <w:rPr>
          <w:rFonts w:ascii="Georgia" w:hAnsi="Georgia" w:eastAsia="Georgia"/>
          <w:b w:val="0"/>
          <w:i w:val="0"/>
          <w:sz w:val="21"/>
          <w:u w:val="none"/>
        </w:rPr>
        <w:t xml:space="preserve">and the </w:t>
      </w:r>
      <w:r>
        <w:rPr>
          <w:rFonts w:ascii="Georgia" w:hAnsi="Georgia" w:eastAsia="Georgia"/>
          <w:b w:val="0"/>
          <w:i/>
          <w:sz w:val="21"/>
          <w:u w:val="none"/>
        </w:rPr>
        <w:t xml:space="preserve">Life </w:t>
      </w:r>
      <w:r>
        <w:rPr>
          <w:rFonts w:ascii="Georgia" w:hAnsi="Georgia" w:eastAsia="Georgia"/>
          <w:b w:val="0"/>
          <w:i w:val="0"/>
          <w:sz w:val="21"/>
          <w:u w:val="none"/>
        </w:rPr>
        <w:t>and He is the voice behind us saying, “</w:t>
      </w:r>
      <w:r>
        <w:rPr>
          <w:rFonts w:ascii="Georgia" w:hAnsi="Georgia" w:eastAsia="Georgia"/>
          <w:b w:val="0"/>
          <w:i/>
          <w:sz w:val="21"/>
          <w:u w:val="none"/>
        </w:rPr>
        <w:t xml:space="preserve">This </w:t>
      </w:r>
      <w:r>
        <w:rPr>
          <w:rFonts w:ascii="Georgia" w:hAnsi="Georgia" w:eastAsia="Georgia"/>
          <w:b w:val="0"/>
          <w:i w:val="0"/>
          <w:sz w:val="21"/>
          <w:u w:val="none"/>
        </w:rPr>
        <w:t>is the way – walk ye in it.” Is there any reason to fear?</w:t>
      </w:r>
    </w:p>
    <w:p>
      <w:bookmarkStart w:id="15" w:name="reflection_14"/>
      <w:pPr>
        <w:pStyle w:val="Heading1"/>
      </w:pPr>
      <w:r>
        <w:rPr>
          <w:rFonts w:ascii="Georgia" w:hAnsi="Georgia" w:eastAsia="Georgia"/>
          <w:b/>
          <w:color w:val="226FA4"/>
          <w:sz w:val="34"/>
        </w:rPr>
        <w:t>Spiritual Growth</w:t>
      </w:r>
      <w:bookmarkEnd w:id="15"/>
    </w:p>
    <w:p>
      <w:pPr>
        <w:widowControl/>
      </w:pPr>
      <w:r>
        <w:rPr>
          <w:rFonts w:ascii="Georgia" w:hAnsi="Georgia" w:eastAsia="Georgia"/>
          <w:b w:val="0"/>
          <w:i w:val="0"/>
          <w:sz w:val="21"/>
          <w:u w:val="none"/>
        </w:rPr>
        <w:t>We have a 15-month-old great-grandson who was born prematurely with a rare genetic disorder. His name is Logan. At first there was no sign of anything wrong. He looked like a perfect, beautiful little boy, but as time passed we noticed he wasn’t doing the things other babies do at the age he was. When the doctors finally figured out what was wrong, they said what he has is so rare they couldn’t predict how much he would be able to hear, and there was no guarantee that he would even grow up. But they began an intensive physical therapy regimen so he would have a chance to reach the potential he does have. At nine months he could hold up his head, roll over and sit straight in his special chair. He could now grasp a toy if it was put in his hand and he was learning how to focus his eyes.</w:t>
      </w:r>
    </w:p>
    <w:p>
      <w:pPr>
        <w:widowControl/>
      </w:pPr>
      <w:r>
        <w:rPr>
          <w:rFonts w:ascii="Georgia" w:hAnsi="Georgia" w:eastAsia="Georgia"/>
          <w:b w:val="0"/>
          <w:i w:val="0"/>
          <w:sz w:val="21"/>
          <w:u w:val="none"/>
        </w:rPr>
        <w:t>On his first birthday he could sit up on his own, hold his own bottle, help open his own presents and play with interactive toys. He could spot a bright object across the room and scoot fast on his belly to get to it. There seemed to be no problem with either his eyes or his ears. And for the first time, he ate cake.</w:t>
      </w:r>
    </w:p>
    <w:p>
      <w:pPr>
        <w:widowControl/>
      </w:pPr>
      <w:r>
        <w:rPr>
          <w:rFonts w:ascii="Georgia" w:hAnsi="Georgia" w:eastAsia="Georgia"/>
          <w:b w:val="0"/>
          <w:i w:val="0"/>
          <w:sz w:val="21"/>
          <w:u w:val="none"/>
        </w:rPr>
        <w:t>When they came for Christmas, Logan was crawling like any normal baby on his hands and knees and pulling himself up to standing by furniture. His ankles were weak so he’s now been fitted with braces for that. I have no doubt that next time we see Logan, he will be walking. Oh – he’s also starting to talk!</w:t>
      </w:r>
    </w:p>
    <w:p>
      <w:pPr>
        <w:widowControl/>
      </w:pPr>
      <w:r>
        <w:rPr>
          <w:rFonts w:ascii="Georgia" w:hAnsi="Georgia" w:eastAsia="Georgia"/>
          <w:b w:val="0"/>
          <w:i w:val="0"/>
          <w:sz w:val="21"/>
          <w:u w:val="none"/>
        </w:rPr>
        <w:t>Already this little boy’s courage and determination and sweet spirit have touched everyone in his life. He’s called “developmentally delayed” but to God, he’s right on schedule. His daddy calls Logan “My special boy” and that’s exactly what he is.</w:t>
      </w:r>
    </w:p>
    <w:p>
      <w:pPr>
        <w:widowControl/>
      </w:pPr>
      <w:r>
        <w:rPr>
          <w:rFonts w:ascii="Georgia" w:hAnsi="Georgia" w:eastAsia="Georgia"/>
          <w:b w:val="0"/>
          <w:i w:val="0"/>
          <w:sz w:val="21"/>
          <w:u w:val="none"/>
        </w:rPr>
        <w:t>I’ve prefaced our message today with the story of Logan for a reason. We know Logan has made the progress he has for two reasons: The resources to help him are available and the people who work with him care. He was diagnosed early enough so they knew what to do to help Logan’s brain form crucial connections at just the right time, and they are not giving up but will continue the therapy he needs as long as he needs it. The second reason is Logan himself – he is not giving up either. When he fails in an attempt to do something he’s never done before, he tries again and again, because he wants to do it – so he does!</w:t>
      </w:r>
    </w:p>
    <w:p>
      <w:pPr>
        <w:widowControl/>
      </w:pPr>
      <w:r>
        <w:rPr>
          <w:rFonts w:ascii="Georgia" w:hAnsi="Georgia" w:eastAsia="Georgia"/>
          <w:b w:val="0"/>
          <w:i w:val="0"/>
          <w:sz w:val="21"/>
          <w:u w:val="none"/>
        </w:rPr>
        <w:t xml:space="preserve">Our growth and development as Disciples of Christ works in exactly the same way. Whether we have known about Jesus ever since we can remember or whether we heard the gospel later in life, we all start out the same – as spiritual babies. All the resources needed for us to grow to spiritual maturity are already available to us, and so are the mentors needed to implement them until we grow enough to keep on learning on our own. So the key factor that determines how much we grow in our Christian walk is that of our own will. Do we </w:t>
      </w:r>
      <w:r>
        <w:rPr>
          <w:rFonts w:ascii="Georgia" w:hAnsi="Georgia" w:eastAsia="Georgia"/>
          <w:b w:val="0"/>
          <w:i/>
          <w:sz w:val="21"/>
          <w:u w:val="none"/>
        </w:rPr>
        <w:t xml:space="preserve">want </w:t>
      </w:r>
      <w:r>
        <w:rPr>
          <w:rFonts w:ascii="Georgia" w:hAnsi="Georgia" w:eastAsia="Georgia"/>
          <w:b w:val="0"/>
          <w:i w:val="0"/>
          <w:sz w:val="21"/>
          <w:u w:val="none"/>
        </w:rPr>
        <w:t>to grow, or are we satisfied to remain babies being bottle-fed – on milk for the rest of our lives? There are many who think they are Christians because they believe Jesus really lived and died and rose again, and they were baptized as babies, so they think that’s all that’s necessary. They think they’ll be going to heaven which is all that matters. And they have no desire at all to learn any more. This kind of Christian is a severely handicapped spiritual baby – he will never grow, and he will never walk.</w:t>
      </w:r>
    </w:p>
    <w:p>
      <w:pPr>
        <w:widowControl/>
      </w:pPr>
      <w:r>
        <w:rPr>
          <w:rFonts w:ascii="Georgia" w:hAnsi="Georgia" w:eastAsia="Georgia"/>
          <w:b w:val="0"/>
          <w:i w:val="0"/>
          <w:sz w:val="21"/>
          <w:u w:val="none"/>
        </w:rPr>
        <w:t xml:space="preserve">We all </w:t>
      </w:r>
      <w:r>
        <w:rPr>
          <w:rFonts w:ascii="Georgia" w:hAnsi="Georgia" w:eastAsia="Georgia"/>
          <w:b w:val="0"/>
          <w:i/>
          <w:sz w:val="21"/>
          <w:u w:val="none"/>
        </w:rPr>
        <w:t>start</w:t>
      </w:r>
      <w:r>
        <w:rPr>
          <w:rFonts w:ascii="Georgia" w:hAnsi="Georgia" w:eastAsia="Georgia"/>
          <w:b w:val="0"/>
          <w:i w:val="0"/>
          <w:sz w:val="21"/>
          <w:u w:val="none"/>
        </w:rPr>
        <w:t xml:space="preserve"> out on milk, and that’s good and necessary. I Peter 2:2-3 tells us: “Like newborn babies </w:t>
      </w:r>
      <w:r>
        <w:rPr>
          <w:rFonts w:ascii="Georgia" w:hAnsi="Georgia" w:eastAsia="Georgia"/>
          <w:b w:val="0"/>
          <w:i/>
          <w:sz w:val="21"/>
          <w:u w:val="none"/>
        </w:rPr>
        <w:t>crave</w:t>
      </w:r>
      <w:r>
        <w:rPr>
          <w:rFonts w:ascii="Georgia" w:hAnsi="Georgia" w:eastAsia="Georgia"/>
          <w:b w:val="0"/>
          <w:i w:val="0"/>
          <w:sz w:val="21"/>
          <w:u w:val="none"/>
        </w:rPr>
        <w:t xml:space="preserve"> pure spiritual milk, so that by it you may </w:t>
      </w:r>
      <w:r>
        <w:rPr>
          <w:rFonts w:ascii="Georgia" w:hAnsi="Georgia" w:eastAsia="Georgia"/>
          <w:b w:val="0"/>
          <w:i/>
          <w:sz w:val="21"/>
          <w:u w:val="none"/>
        </w:rPr>
        <w:t>grow up</w:t>
      </w:r>
      <w:r>
        <w:rPr>
          <w:rFonts w:ascii="Georgia" w:hAnsi="Georgia" w:eastAsia="Georgia"/>
          <w:b w:val="0"/>
          <w:i w:val="0"/>
          <w:sz w:val="21"/>
          <w:u w:val="none"/>
        </w:rPr>
        <w:t xml:space="preserve"> in your salvation, now that you have tasted that the Lord is good.”</w:t>
      </w:r>
    </w:p>
    <w:p>
      <w:pPr>
        <w:widowControl/>
      </w:pPr>
      <w:r>
        <w:rPr>
          <w:rFonts w:ascii="Georgia" w:hAnsi="Georgia" w:eastAsia="Georgia"/>
          <w:b w:val="0"/>
          <w:i w:val="0"/>
          <w:sz w:val="21"/>
          <w:u w:val="none"/>
        </w:rPr>
        <w:t xml:space="preserve">But as we grow – we will learn to eat solid food, we will learn to crawl and then walk. Learning to walk involves falling down a lot. Have you ever seen a baby just quit trying to walk the first time he falls down? Yet that’s what many spiritual babies </w:t>
      </w:r>
      <w:r>
        <w:rPr>
          <w:rFonts w:ascii="Georgia" w:hAnsi="Georgia" w:eastAsia="Georgia"/>
          <w:b w:val="0"/>
          <w:i/>
          <w:sz w:val="21"/>
          <w:u w:val="none"/>
        </w:rPr>
        <w:t>do</w:t>
      </w:r>
      <w:r>
        <w:rPr>
          <w:rFonts w:ascii="Georgia" w:hAnsi="Georgia" w:eastAsia="Georgia"/>
          <w:b w:val="0"/>
          <w:i w:val="0"/>
          <w:sz w:val="21"/>
          <w:u w:val="none"/>
        </w:rPr>
        <w:t>- as soon as the going gets a little rough, they quit. It’s safer to just stay where they are, so that’s what they do.</w:t>
      </w:r>
    </w:p>
    <w:p>
      <w:pPr>
        <w:widowControl/>
      </w:pPr>
      <w:r>
        <w:rPr>
          <w:rFonts w:ascii="Georgia" w:hAnsi="Georgia" w:eastAsia="Georgia"/>
          <w:b w:val="0"/>
          <w:i w:val="0"/>
          <w:sz w:val="21"/>
          <w:u w:val="none"/>
        </w:rPr>
        <w:t xml:space="preserve">Then there are some who </w:t>
      </w:r>
      <w:r>
        <w:rPr>
          <w:rFonts w:ascii="Georgia" w:hAnsi="Georgia" w:eastAsia="Georgia"/>
          <w:b w:val="0"/>
          <w:i/>
          <w:sz w:val="21"/>
          <w:u w:val="none"/>
        </w:rPr>
        <w:t>do</w:t>
      </w:r>
      <w:r>
        <w:rPr>
          <w:rFonts w:ascii="Georgia" w:hAnsi="Georgia" w:eastAsia="Georgia"/>
          <w:b w:val="0"/>
          <w:i w:val="0"/>
          <w:sz w:val="21"/>
          <w:u w:val="none"/>
        </w:rPr>
        <w:t xml:space="preserve"> want to grow and really do try, but because of some defect in the way they think they are developmentally delayed. Just like Logan in his physical development, they are spiritually behind in their growth because either the connections are not there in the first place or they are broken by some dysfunction in their lives. That’s where I was until I was about 40.</w:t>
      </w:r>
    </w:p>
    <w:p>
      <w:pPr>
        <w:widowControl/>
      </w:pPr>
      <w:r>
        <w:rPr>
          <w:rFonts w:ascii="Georgia" w:hAnsi="Georgia" w:eastAsia="Georgia"/>
          <w:b w:val="0"/>
          <w:i w:val="0"/>
          <w:sz w:val="21"/>
          <w:u w:val="none"/>
        </w:rPr>
        <w:t xml:space="preserve">Because my dad was an angry depressed alcoholic and my mother was emotionally shut down, I grew up in a very dysfunctional home, but I never knew it. I thought it was normal, because it was all I knew. I was never </w:t>
      </w:r>
      <w:r>
        <w:rPr>
          <w:rFonts w:ascii="Georgia" w:hAnsi="Georgia" w:eastAsia="Georgia"/>
          <w:b w:val="0"/>
          <w:i/>
          <w:sz w:val="21"/>
          <w:u w:val="none"/>
        </w:rPr>
        <w:t>physically</w:t>
      </w:r>
      <w:r>
        <w:rPr>
          <w:rFonts w:ascii="Georgia" w:hAnsi="Georgia" w:eastAsia="Georgia"/>
          <w:b w:val="0"/>
          <w:i w:val="0"/>
          <w:sz w:val="21"/>
          <w:u w:val="none"/>
        </w:rPr>
        <w:t xml:space="preserve"> abused </w:t>
      </w:r>
      <w:r>
        <w:rPr>
          <w:rFonts w:ascii="Georgia" w:hAnsi="Georgia" w:eastAsia="Georgia"/>
          <w:b w:val="0"/>
          <w:i/>
          <w:sz w:val="21"/>
          <w:u w:val="none"/>
        </w:rPr>
        <w:t>or</w:t>
      </w:r>
      <w:r>
        <w:rPr>
          <w:rFonts w:ascii="Georgia" w:hAnsi="Georgia" w:eastAsia="Georgia"/>
          <w:b w:val="0"/>
          <w:i w:val="0"/>
          <w:sz w:val="21"/>
          <w:u w:val="none"/>
        </w:rPr>
        <w:t xml:space="preserve"> neglected, but I was </w:t>
      </w:r>
      <w:r>
        <w:rPr>
          <w:rFonts w:ascii="Georgia" w:hAnsi="Georgia" w:eastAsia="Georgia"/>
          <w:b w:val="0"/>
          <w:i/>
          <w:sz w:val="21"/>
          <w:u w:val="none"/>
        </w:rPr>
        <w:t>afraid</w:t>
      </w:r>
      <w:r>
        <w:rPr>
          <w:rFonts w:ascii="Georgia" w:hAnsi="Georgia" w:eastAsia="Georgia"/>
          <w:b w:val="0"/>
          <w:i w:val="0"/>
          <w:sz w:val="21"/>
          <w:u w:val="none"/>
        </w:rPr>
        <w:t xml:space="preserve"> of my dad, and in my child’s mind I projected that same image onto God. I saw God as a hard taskmaster sitting on His throne with a club in His hand ready to bop me on the head whenever I stepped out of line. I saw promises He made in the Bible that were never kept for </w:t>
      </w:r>
      <w:r>
        <w:rPr>
          <w:rFonts w:ascii="Georgia" w:hAnsi="Georgia" w:eastAsia="Georgia"/>
          <w:b w:val="0"/>
          <w:i/>
          <w:sz w:val="21"/>
          <w:u w:val="none"/>
        </w:rPr>
        <w:t>me</w:t>
      </w:r>
      <w:r>
        <w:rPr>
          <w:rFonts w:ascii="Georgia" w:hAnsi="Georgia" w:eastAsia="Georgia"/>
          <w:b w:val="0"/>
          <w:i w:val="0"/>
          <w:sz w:val="21"/>
          <w:u w:val="none"/>
        </w:rPr>
        <w:t xml:space="preserve">, and it seemed like whenever I prayed for relief from my hard life things just got worse, so I concluded God was punishing me just for having the audacity to ask. I didn’t read my Bible much because it was full of condemnation for me. I had been a “good girl” all my life and yet I knew there were times I </w:t>
      </w:r>
      <w:r>
        <w:rPr>
          <w:rFonts w:ascii="Georgia" w:hAnsi="Georgia" w:eastAsia="Georgia"/>
          <w:b w:val="0"/>
          <w:i/>
          <w:sz w:val="21"/>
          <w:u w:val="none"/>
        </w:rPr>
        <w:t>wasn’t</w:t>
      </w:r>
      <w:r>
        <w:rPr>
          <w:rFonts w:ascii="Georgia" w:hAnsi="Georgia" w:eastAsia="Georgia"/>
          <w:b w:val="0"/>
          <w:i w:val="0"/>
          <w:sz w:val="21"/>
          <w:u w:val="none"/>
        </w:rPr>
        <w:t xml:space="preserve"> no matter how hard I tried, so my obedience was strictly out of fear. I had a solid “victim” mentality, feeling trapped in situations I had no choice in. I couldn’t take responsibility for my own actions because I saw them as </w:t>
      </w:r>
      <w:r>
        <w:rPr>
          <w:rFonts w:ascii="Georgia" w:hAnsi="Georgia" w:eastAsia="Georgia"/>
          <w:b w:val="0"/>
          <w:i/>
          <w:sz w:val="21"/>
          <w:u w:val="none"/>
        </w:rPr>
        <w:t>reactions</w:t>
      </w:r>
      <w:r>
        <w:rPr>
          <w:rFonts w:ascii="Georgia" w:hAnsi="Georgia" w:eastAsia="Georgia"/>
          <w:b w:val="0"/>
          <w:i w:val="0"/>
          <w:sz w:val="21"/>
          <w:u w:val="none"/>
        </w:rPr>
        <w:t xml:space="preserve"> to situations and to what other people said or did. So I grew up believing I had no say in my own life. Any “choices” I made were between bad and </w:t>
      </w:r>
      <w:r>
        <w:rPr>
          <w:rFonts w:ascii="Georgia" w:hAnsi="Georgia" w:eastAsia="Georgia"/>
          <w:b w:val="0"/>
          <w:i/>
          <w:sz w:val="21"/>
          <w:u w:val="none"/>
        </w:rPr>
        <w:t>worse</w:t>
      </w:r>
      <w:r>
        <w:rPr>
          <w:rFonts w:ascii="Georgia" w:hAnsi="Georgia" w:eastAsia="Georgia"/>
          <w:b w:val="0"/>
          <w:i w:val="0"/>
          <w:sz w:val="21"/>
          <w:u w:val="none"/>
        </w:rPr>
        <w:t xml:space="preserve"> – there never seemed to </w:t>
      </w:r>
      <w:r>
        <w:rPr>
          <w:rFonts w:ascii="Georgia" w:hAnsi="Georgia" w:eastAsia="Georgia"/>
          <w:b w:val="0"/>
          <w:i/>
          <w:sz w:val="21"/>
          <w:u w:val="none"/>
        </w:rPr>
        <w:t>be</w:t>
      </w:r>
      <w:r>
        <w:rPr>
          <w:rFonts w:ascii="Georgia" w:hAnsi="Georgia" w:eastAsia="Georgia"/>
          <w:b w:val="0"/>
          <w:i w:val="0"/>
          <w:sz w:val="21"/>
          <w:u w:val="none"/>
        </w:rPr>
        <w:t xml:space="preserve"> a good choice.</w:t>
      </w:r>
    </w:p>
    <w:p>
      <w:pPr>
        <w:widowControl/>
      </w:pPr>
      <w:r>
        <w:rPr>
          <w:rFonts w:ascii="Georgia" w:hAnsi="Georgia" w:eastAsia="Georgia"/>
          <w:b w:val="0"/>
          <w:i w:val="0"/>
          <w:sz w:val="21"/>
          <w:u w:val="none"/>
        </w:rPr>
        <w:t xml:space="preserve">When our baby died suddenly at 11 months, our pastor came and tried to comfort us with words from Hebrews 12 that says, “Do not despise the chastening of the Lord, and do not lose heart when He rebukes you, for the Lord </w:t>
      </w:r>
      <w:r>
        <w:rPr>
          <w:rFonts w:ascii="Georgia" w:hAnsi="Georgia" w:eastAsia="Georgia"/>
          <w:b w:val="0"/>
          <w:i/>
          <w:sz w:val="21"/>
          <w:u w:val="none"/>
        </w:rPr>
        <w:t>disciplines</w:t>
      </w:r>
      <w:r>
        <w:rPr>
          <w:rFonts w:ascii="Georgia" w:hAnsi="Georgia" w:eastAsia="Georgia"/>
          <w:b w:val="0"/>
          <w:i w:val="0"/>
          <w:sz w:val="21"/>
          <w:u w:val="none"/>
        </w:rPr>
        <w:t xml:space="preserve"> those He loves, and He punishes everyone He accepts as a son. Endure hardship as discipline; God is treating you as sons.” Can you imagine what that did to the little faith I </w:t>
      </w:r>
      <w:r>
        <w:rPr>
          <w:rFonts w:ascii="Georgia" w:hAnsi="Georgia" w:eastAsia="Georgia"/>
          <w:b w:val="0"/>
          <w:i/>
          <w:sz w:val="21"/>
          <w:u w:val="none"/>
        </w:rPr>
        <w:t>did</w:t>
      </w:r>
      <w:r>
        <w:rPr>
          <w:rFonts w:ascii="Georgia" w:hAnsi="Georgia" w:eastAsia="Georgia"/>
          <w:b w:val="0"/>
          <w:i w:val="0"/>
          <w:sz w:val="21"/>
          <w:u w:val="none"/>
        </w:rPr>
        <w:t xml:space="preserve"> have?</w:t>
      </w:r>
    </w:p>
    <w:p>
      <w:pPr>
        <w:widowControl/>
      </w:pPr>
      <w:r>
        <w:rPr>
          <w:rFonts w:ascii="Georgia" w:hAnsi="Georgia" w:eastAsia="Georgia"/>
          <w:b w:val="0"/>
          <w:i w:val="0"/>
          <w:sz w:val="21"/>
          <w:u w:val="none"/>
        </w:rPr>
        <w:t xml:space="preserve">Oh, I </w:t>
      </w:r>
      <w:r>
        <w:rPr>
          <w:rFonts w:ascii="Georgia" w:hAnsi="Georgia" w:eastAsia="Georgia"/>
          <w:b w:val="0"/>
          <w:i/>
          <w:sz w:val="21"/>
          <w:u w:val="none"/>
        </w:rPr>
        <w:t xml:space="preserve">knew </w:t>
      </w:r>
      <w:r>
        <w:rPr>
          <w:rFonts w:ascii="Georgia" w:hAnsi="Georgia" w:eastAsia="Georgia"/>
          <w:b w:val="0"/>
          <w:i w:val="0"/>
          <w:sz w:val="21"/>
          <w:u w:val="none"/>
        </w:rPr>
        <w:t xml:space="preserve">my </w:t>
      </w:r>
      <w:r>
        <w:rPr>
          <w:rFonts w:ascii="Georgia" w:hAnsi="Georgia" w:eastAsia="Georgia"/>
          <w:b w:val="0"/>
          <w:i/>
          <w:sz w:val="21"/>
          <w:u w:val="none"/>
        </w:rPr>
        <w:t>husband</w:t>
      </w:r>
      <w:r>
        <w:rPr>
          <w:rFonts w:ascii="Georgia" w:hAnsi="Georgia" w:eastAsia="Georgia"/>
          <w:b w:val="0"/>
          <w:i w:val="0"/>
          <w:sz w:val="21"/>
          <w:u w:val="none"/>
        </w:rPr>
        <w:t xml:space="preserve"> needed some discipline, but </w:t>
      </w:r>
      <w:r>
        <w:rPr>
          <w:rFonts w:ascii="Georgia" w:hAnsi="Georgia" w:eastAsia="Georgia"/>
          <w:b w:val="0"/>
          <w:i/>
          <w:sz w:val="21"/>
          <w:u w:val="none"/>
        </w:rPr>
        <w:t>I</w:t>
      </w:r>
      <w:r>
        <w:rPr>
          <w:rFonts w:ascii="Georgia" w:hAnsi="Georgia" w:eastAsia="Georgia"/>
          <w:b w:val="0"/>
          <w:i w:val="0"/>
          <w:sz w:val="21"/>
          <w:u w:val="none"/>
        </w:rPr>
        <w:t xml:space="preserve"> sure didn’t! Wasn’t my life hard enough already? Our mutual grief at that time did get us through it and strengthened our shaky marriage, but to me it wasn’t a fair trade. I resented God for that, but never dared to admit it, not even to myself. I just stuffed it down into my subconscious mind where I kept a running tab of all the injustice I had suffered all those years. Oh yeah – I was a mess!</w:t>
      </w:r>
    </w:p>
    <w:p>
      <w:pPr>
        <w:widowControl/>
      </w:pPr>
      <w:r>
        <w:rPr>
          <w:rFonts w:ascii="Georgia" w:hAnsi="Georgia" w:eastAsia="Georgia"/>
          <w:b w:val="0"/>
          <w:i w:val="0"/>
          <w:sz w:val="21"/>
          <w:u w:val="none"/>
        </w:rPr>
        <w:t xml:space="preserve">It wasn’t until our children were grown and having big problems themselves that the scales began to fall from my eyes and I began to see the rotting garbage I had been hanging onto. Only when I realized that what I saw as “reality” was severely flawed – only then was I at a point where I could begin to see the </w:t>
      </w:r>
      <w:r>
        <w:rPr>
          <w:rFonts w:ascii="Georgia" w:hAnsi="Georgia" w:eastAsia="Georgia"/>
          <w:b w:val="0"/>
          <w:i/>
          <w:sz w:val="21"/>
          <w:u w:val="none"/>
        </w:rPr>
        <w:t>truth</w:t>
      </w:r>
      <w:r>
        <w:rPr>
          <w:rFonts w:ascii="Georgia" w:hAnsi="Georgia" w:eastAsia="Georgia"/>
          <w:b w:val="0"/>
          <w:i w:val="0"/>
          <w:sz w:val="21"/>
          <w:u w:val="none"/>
        </w:rPr>
        <w:t xml:space="preserve">. I started eating some solid food, and I started to walk. The falling down part was very painful, but with the help of a patient compassionate pastor and a good support group, I learned to know myself and best of all, I came to know a God I had greatly misjudged. All those years when I was afraid of Him and even </w:t>
      </w:r>
      <w:r>
        <w:rPr>
          <w:rFonts w:ascii="Georgia" w:hAnsi="Georgia" w:eastAsia="Georgia"/>
          <w:b w:val="0"/>
          <w:i/>
          <w:sz w:val="21"/>
          <w:u w:val="none"/>
        </w:rPr>
        <w:t>hated</w:t>
      </w:r>
      <w:r>
        <w:rPr>
          <w:rFonts w:ascii="Georgia" w:hAnsi="Georgia" w:eastAsia="Georgia"/>
          <w:b w:val="0"/>
          <w:i w:val="0"/>
          <w:sz w:val="21"/>
          <w:u w:val="none"/>
        </w:rPr>
        <w:t xml:space="preserve"> Him, He just kept on loving me anyway. I’m walking now and in the right direction. When I fall He just picks me up and I keep going. There’s still a lot of growing to do and He’s constantly teaching me new things. It’s exciting and life is good. I know my sanctification is a process, and I will never reach complete spiritual maturity in this life, but, Praise God, I am </w:t>
      </w:r>
      <w:r>
        <w:rPr>
          <w:rFonts w:ascii="Georgia" w:hAnsi="Georgia" w:eastAsia="Georgia"/>
          <w:b w:val="0"/>
          <w:i/>
          <w:sz w:val="21"/>
          <w:u w:val="none"/>
        </w:rPr>
        <w:t>miles</w:t>
      </w:r>
      <w:r>
        <w:rPr>
          <w:rFonts w:ascii="Georgia" w:hAnsi="Georgia" w:eastAsia="Georgia"/>
          <w:b w:val="0"/>
          <w:i w:val="0"/>
          <w:sz w:val="21"/>
          <w:u w:val="none"/>
        </w:rPr>
        <w:t xml:space="preserve"> from where I </w:t>
      </w:r>
      <w:r>
        <w:rPr>
          <w:rFonts w:ascii="Georgia" w:hAnsi="Georgia" w:eastAsia="Georgia"/>
          <w:b w:val="0"/>
          <w:i/>
          <w:sz w:val="21"/>
          <w:u w:val="none"/>
        </w:rPr>
        <w:t>was</w:t>
      </w:r>
      <w:r>
        <w:rPr>
          <w:rFonts w:ascii="Georgia" w:hAnsi="Georgia" w:eastAsia="Georgia"/>
          <w:b w:val="0"/>
          <w:i w:val="0"/>
          <w:sz w:val="21"/>
          <w:u w:val="none"/>
        </w:rPr>
        <w:t xml:space="preserve">. I fall down less now and I can focus my eyes. Because of the blood of Christ, shed for me, there is no barrier now between God and me. He is my </w:t>
      </w:r>
      <w:r>
        <w:rPr>
          <w:rFonts w:ascii="Georgia" w:hAnsi="Georgia" w:eastAsia="Georgia"/>
          <w:b w:val="0"/>
          <w:i/>
          <w:sz w:val="21"/>
          <w:u w:val="none"/>
        </w:rPr>
        <w:t>Father</w:t>
      </w:r>
      <w:r>
        <w:rPr>
          <w:rFonts w:ascii="Georgia" w:hAnsi="Georgia" w:eastAsia="Georgia"/>
          <w:b w:val="0"/>
          <w:i w:val="0"/>
          <w:sz w:val="21"/>
          <w:u w:val="none"/>
        </w:rPr>
        <w:t xml:space="preserve">. And He </w:t>
      </w:r>
      <w:r>
        <w:rPr>
          <w:rFonts w:ascii="Georgia" w:hAnsi="Georgia" w:eastAsia="Georgia"/>
          <w:b w:val="0"/>
          <w:i/>
          <w:sz w:val="21"/>
          <w:u w:val="none"/>
        </w:rPr>
        <w:t>loves</w:t>
      </w:r>
      <w:r>
        <w:rPr>
          <w:rFonts w:ascii="Georgia" w:hAnsi="Georgia" w:eastAsia="Georgia"/>
          <w:b w:val="0"/>
          <w:i w:val="0"/>
          <w:sz w:val="21"/>
          <w:u w:val="none"/>
        </w:rPr>
        <w:t xml:space="preserve"> me, warts and all! James 1: 2-4 encourages us with these words: “Consider it pure </w:t>
      </w:r>
      <w:r>
        <w:rPr>
          <w:rFonts w:ascii="Georgia" w:hAnsi="Georgia" w:eastAsia="Georgia"/>
          <w:b w:val="0"/>
          <w:i/>
          <w:sz w:val="21"/>
          <w:u w:val="none"/>
        </w:rPr>
        <w:t>joy</w:t>
      </w:r>
      <w:r>
        <w:rPr>
          <w:rFonts w:ascii="Georgia" w:hAnsi="Georgia" w:eastAsia="Georgia"/>
          <w:b w:val="0"/>
          <w:i w:val="0"/>
          <w:sz w:val="21"/>
          <w:u w:val="none"/>
        </w:rPr>
        <w:t xml:space="preserve">, my brothers, whenever you face trials of many kinds, because you </w:t>
      </w:r>
      <w:r>
        <w:rPr>
          <w:rFonts w:ascii="Georgia" w:hAnsi="Georgia" w:eastAsia="Georgia"/>
          <w:b w:val="0"/>
          <w:i/>
          <w:sz w:val="21"/>
          <w:u w:val="none"/>
        </w:rPr>
        <w:t>know</w:t>
      </w:r>
      <w:r>
        <w:rPr>
          <w:rFonts w:ascii="Georgia" w:hAnsi="Georgia" w:eastAsia="Georgia"/>
          <w:b w:val="0"/>
          <w:i w:val="0"/>
          <w:sz w:val="21"/>
          <w:u w:val="none"/>
        </w:rPr>
        <w:t xml:space="preserve"> that the testing of your faith develops perseverance. Perseverance must finish its </w:t>
      </w:r>
      <w:r>
        <w:rPr>
          <w:rFonts w:ascii="Georgia" w:hAnsi="Georgia" w:eastAsia="Georgia"/>
          <w:b w:val="0"/>
          <w:i/>
          <w:sz w:val="21"/>
          <w:u w:val="none"/>
        </w:rPr>
        <w:t>work</w:t>
      </w:r>
      <w:r>
        <w:rPr>
          <w:rFonts w:ascii="Georgia" w:hAnsi="Georgia" w:eastAsia="Georgia"/>
          <w:b w:val="0"/>
          <w:i w:val="0"/>
          <w:sz w:val="21"/>
          <w:u w:val="none"/>
        </w:rPr>
        <w:t xml:space="preserve"> so that you may be </w:t>
      </w:r>
      <w:r>
        <w:rPr>
          <w:rFonts w:ascii="Georgia" w:hAnsi="Georgia" w:eastAsia="Georgia"/>
          <w:b w:val="0"/>
          <w:i/>
          <w:sz w:val="21"/>
          <w:u w:val="none"/>
        </w:rPr>
        <w:t>mature</w:t>
      </w:r>
      <w:r>
        <w:rPr>
          <w:rFonts w:ascii="Georgia" w:hAnsi="Georgia" w:eastAsia="Georgia"/>
          <w:b w:val="0"/>
          <w:i w:val="0"/>
          <w:sz w:val="21"/>
          <w:u w:val="none"/>
        </w:rPr>
        <w:t xml:space="preserve"> and </w:t>
      </w:r>
      <w:r>
        <w:rPr>
          <w:rFonts w:ascii="Georgia" w:hAnsi="Georgia" w:eastAsia="Georgia"/>
          <w:b w:val="0"/>
          <w:i/>
          <w:sz w:val="21"/>
          <w:u w:val="none"/>
        </w:rPr>
        <w:t>complete</w:t>
      </w:r>
      <w:r>
        <w:rPr>
          <w:rFonts w:ascii="Georgia" w:hAnsi="Georgia" w:eastAsia="Georgia"/>
          <w:b w:val="0"/>
          <w:i w:val="0"/>
          <w:sz w:val="21"/>
          <w:u w:val="none"/>
        </w:rPr>
        <w:t>, not lacking anything.”</w:t>
      </w:r>
    </w:p>
    <w:p>
      <w:bookmarkStart w:id="16" w:name="reflection_15"/>
      <w:pPr>
        <w:pStyle w:val="Heading1"/>
      </w:pPr>
      <w:r>
        <w:rPr>
          <w:rFonts w:ascii="Georgia" w:hAnsi="Georgia" w:eastAsia="Georgia"/>
          <w:b/>
          <w:color w:val="226FA4"/>
          <w:sz w:val="34"/>
        </w:rPr>
        <w:t>Christ vs the World</w:t>
      </w:r>
      <w:bookmarkEnd w:id="16"/>
    </w:p>
    <w:p>
      <w:pPr>
        <w:widowControl/>
      </w:pPr>
      <w:r>
        <w:rPr>
          <w:rFonts w:ascii="Georgia" w:hAnsi="Georgia" w:eastAsia="Georgia"/>
          <w:b w:val="0"/>
          <w:i w:val="0"/>
          <w:sz w:val="21"/>
          <w:u w:val="none"/>
        </w:rPr>
        <w:t xml:space="preserve">I teach a Sunday School class of teenagers fifteen through seventeen. It’s a challenge. I love those young people, and I want so badly for them to really </w:t>
      </w:r>
      <w:r>
        <w:rPr>
          <w:rFonts w:ascii="Georgia" w:hAnsi="Georgia" w:eastAsia="Georgia"/>
          <w:b w:val="0"/>
          <w:i/>
          <w:sz w:val="21"/>
          <w:u w:val="none"/>
        </w:rPr>
        <w:t>hear</w:t>
      </w:r>
      <w:r>
        <w:rPr>
          <w:rFonts w:ascii="Georgia" w:hAnsi="Georgia" w:eastAsia="Georgia"/>
          <w:b w:val="0"/>
          <w:i w:val="0"/>
          <w:sz w:val="21"/>
          <w:u w:val="none"/>
        </w:rPr>
        <w:t xml:space="preserve"> that God loves them, that His Word is true and that Jesus gave His life to set them free and He wants to be Lord of each individual life.</w:t>
      </w:r>
    </w:p>
    <w:p>
      <w:pPr>
        <w:widowControl/>
      </w:pPr>
      <w:r>
        <w:rPr>
          <w:rFonts w:ascii="Georgia" w:hAnsi="Georgia" w:eastAsia="Georgia"/>
          <w:b w:val="0"/>
          <w:i w:val="0"/>
          <w:sz w:val="21"/>
          <w:u w:val="none"/>
        </w:rPr>
        <w:t xml:space="preserve">Studies have shown that the large majority of those who accept Christ as Savior and Lord do so in their teenage years. These are the years when they are searching for answers. They need to know who they are, where they came from, why they are here and how they fit into the larger scheme of things in this complicated and confusing world. But they no longer look only to their parents for these answers. They are pulling away from them now in order to become separate beings making their own choices. They will weigh what they hear at home with what they hear elsewhere, and when these two conflict, they no longer know what is true. So they will grab onto what makes the most sense to them and their peers. The enemy of our souls knows this, and he is working overtime to steal the hearts of our children. Over the last forty years, anti-Christian doctrine has slowly and subtly infiltrated our schools, and we have not recognized it for what it is. Our culture has swallowed the lies as well, to the point that the United States can no longer be called a Christian nation. Why? Because most people believe consensus equals truth. God has been banned from our schools, but Satan has free rein, because he disguises himself as an angel of light under the guise of “tolerance”, “moral relativism”, “cultural diversity” and “situational ethics”. These teachings are in every urban public school, and are gradually being accepted in our rural schools as well, even in the Bible belt. In our public colleges, it is worse yet. A Christian young person who attends a secular college had better fasten his spiritual armor on every day if he wants to survive with his faith intact. I can speak from experience here. Almost 14 years ago I went “back to school” at a nearby state university. While taking a </w:t>
      </w:r>
      <w:r>
        <w:rPr>
          <w:rFonts w:ascii="Georgia" w:hAnsi="Georgia" w:eastAsia="Georgia"/>
          <w:b w:val="0"/>
          <w:i/>
          <w:sz w:val="21"/>
          <w:u w:val="none"/>
        </w:rPr>
        <w:t>required</w:t>
      </w:r>
      <w:r>
        <w:rPr>
          <w:rFonts w:ascii="Georgia" w:hAnsi="Georgia" w:eastAsia="Georgia"/>
          <w:b w:val="0"/>
          <w:i w:val="0"/>
          <w:sz w:val="21"/>
          <w:u w:val="none"/>
        </w:rPr>
        <w:t xml:space="preserve"> Women’s Study course which was extremely liberal, we were encouraged to attend an all-day seminar called “Women and Spirituality”. Being still quite </w:t>
      </w:r>
      <w:r>
        <w:rPr>
          <w:rFonts w:ascii="Georgia" w:hAnsi="Georgia" w:eastAsia="Georgia"/>
          <w:b w:val="0"/>
          <w:i w:val="0"/>
          <w:sz w:val="21"/>
          <w:u w:val="none"/>
        </w:rPr>
        <w:t>naive</w:t>
      </w:r>
      <w:r>
        <w:rPr>
          <w:rFonts w:ascii="Georgia" w:hAnsi="Georgia" w:eastAsia="Georgia"/>
          <w:b w:val="0"/>
          <w:i w:val="0"/>
          <w:sz w:val="21"/>
          <w:u w:val="none"/>
        </w:rPr>
        <w:t xml:space="preserve">, I thought that might be something I could relate to – until I discovered the seminar covered every kind of spiritual pursuit </w:t>
      </w:r>
      <w:r>
        <w:rPr>
          <w:rFonts w:ascii="Georgia" w:hAnsi="Georgia" w:eastAsia="Georgia"/>
          <w:b w:val="0"/>
          <w:i/>
          <w:sz w:val="21"/>
          <w:u w:val="none"/>
        </w:rPr>
        <w:t>except</w:t>
      </w:r>
      <w:r>
        <w:rPr>
          <w:rFonts w:ascii="Georgia" w:hAnsi="Georgia" w:eastAsia="Georgia"/>
          <w:b w:val="0"/>
          <w:i w:val="0"/>
          <w:sz w:val="21"/>
          <w:u w:val="none"/>
        </w:rPr>
        <w:t xml:space="preserve"> Christianity, and </w:t>
      </w:r>
      <w:r>
        <w:rPr>
          <w:rFonts w:ascii="Georgia" w:hAnsi="Georgia" w:eastAsia="Georgia"/>
          <w:b w:val="0"/>
          <w:i/>
          <w:sz w:val="21"/>
          <w:u w:val="none"/>
        </w:rPr>
        <w:t>including</w:t>
      </w:r>
      <w:r>
        <w:rPr>
          <w:rFonts w:ascii="Georgia" w:hAnsi="Georgia" w:eastAsia="Georgia"/>
          <w:b w:val="0"/>
          <w:i w:val="0"/>
          <w:sz w:val="21"/>
          <w:u w:val="none"/>
        </w:rPr>
        <w:t xml:space="preserve"> witchcraft. It was a serious awakening for me. Since my major was Psychology and minor Sociology, I took a course called “Marriage and Family Living” taught by a </w:t>
      </w:r>
      <w:r>
        <w:rPr>
          <w:rFonts w:ascii="Georgia" w:hAnsi="Georgia" w:eastAsia="Georgia"/>
          <w:b w:val="0"/>
          <w:i/>
          <w:sz w:val="21"/>
          <w:u w:val="none"/>
        </w:rPr>
        <w:t>practicing</w:t>
      </w:r>
      <w:r>
        <w:rPr>
          <w:rFonts w:ascii="Georgia" w:hAnsi="Georgia" w:eastAsia="Georgia"/>
          <w:b w:val="0"/>
          <w:i w:val="0"/>
          <w:sz w:val="21"/>
          <w:u w:val="none"/>
        </w:rPr>
        <w:t xml:space="preserve"> family psychologist. He would not allow us to use the terms “adultery” or “promiscuous” in our discussions because those words are “judgmental”. And he taught that having an affair can actually be </w:t>
      </w:r>
      <w:r>
        <w:rPr>
          <w:rFonts w:ascii="Georgia" w:hAnsi="Georgia" w:eastAsia="Georgia"/>
          <w:b w:val="0"/>
          <w:i/>
          <w:sz w:val="21"/>
          <w:u w:val="none"/>
        </w:rPr>
        <w:t>good</w:t>
      </w:r>
      <w:r>
        <w:rPr>
          <w:rFonts w:ascii="Georgia" w:hAnsi="Georgia" w:eastAsia="Georgia"/>
          <w:b w:val="0"/>
          <w:i w:val="0"/>
          <w:sz w:val="21"/>
          <w:u w:val="none"/>
        </w:rPr>
        <w:t xml:space="preserve"> for a marriage.</w:t>
      </w:r>
    </w:p>
    <w:p>
      <w:pPr>
        <w:widowControl/>
      </w:pPr>
      <w:r>
        <w:rPr>
          <w:rFonts w:ascii="Georgia" w:hAnsi="Georgia" w:eastAsia="Georgia"/>
          <w:b w:val="0"/>
          <w:i w:val="0"/>
          <w:sz w:val="21"/>
          <w:u w:val="none"/>
        </w:rPr>
        <w:t xml:space="preserve">Remember how Satan tempted Eve with half-truths? He still uses the same tactics – because they still work. His lies </w:t>
      </w:r>
      <w:r>
        <w:rPr>
          <w:rFonts w:ascii="Georgia" w:hAnsi="Georgia" w:eastAsia="Georgia"/>
          <w:b w:val="0"/>
          <w:i/>
          <w:sz w:val="21"/>
          <w:u w:val="none"/>
        </w:rPr>
        <w:t>sound</w:t>
      </w:r>
      <w:r>
        <w:rPr>
          <w:rFonts w:ascii="Georgia" w:hAnsi="Georgia" w:eastAsia="Georgia"/>
          <w:b w:val="0"/>
          <w:i w:val="0"/>
          <w:sz w:val="21"/>
          <w:u w:val="none"/>
        </w:rPr>
        <w:t xml:space="preserve"> good – like healthy and wholesome thinking – </w:t>
      </w:r>
      <w:r>
        <w:rPr>
          <w:rFonts w:ascii="Georgia" w:hAnsi="Georgia" w:eastAsia="Georgia"/>
          <w:b w:val="0"/>
          <w:i/>
          <w:sz w:val="21"/>
          <w:u w:val="none"/>
        </w:rPr>
        <w:t>until</w:t>
      </w:r>
      <w:r>
        <w:rPr>
          <w:rFonts w:ascii="Georgia" w:hAnsi="Georgia" w:eastAsia="Georgia"/>
          <w:b w:val="0"/>
          <w:i w:val="0"/>
          <w:sz w:val="21"/>
          <w:u w:val="none"/>
        </w:rPr>
        <w:t xml:space="preserve"> you examine them in light of the Word of God.</w:t>
      </w:r>
    </w:p>
    <w:p>
      <w:pPr>
        <w:widowControl/>
      </w:pPr>
      <w:r>
        <w:rPr>
          <w:rFonts w:ascii="Georgia" w:hAnsi="Georgia" w:eastAsia="Georgia"/>
          <w:b w:val="0"/>
          <w:i w:val="0"/>
          <w:sz w:val="21"/>
          <w:u w:val="none"/>
        </w:rPr>
        <w:t xml:space="preserve">Satan says “All races, colors, cultures, creeds and lifestyles are equal. All religions and beliefs are equally valid because there is no such thing as absolute truth. What is true for you may not be true for me, and vice versa – and that’s okay because I have no right to impose </w:t>
      </w:r>
      <w:r>
        <w:rPr>
          <w:rFonts w:ascii="Georgia" w:hAnsi="Georgia" w:eastAsia="Georgia"/>
          <w:b w:val="0"/>
          <w:i/>
          <w:sz w:val="21"/>
          <w:u w:val="none"/>
        </w:rPr>
        <w:t>my</w:t>
      </w:r>
      <w:r>
        <w:rPr>
          <w:rFonts w:ascii="Georgia" w:hAnsi="Georgia" w:eastAsia="Georgia"/>
          <w:b w:val="0"/>
          <w:i w:val="0"/>
          <w:sz w:val="21"/>
          <w:u w:val="none"/>
        </w:rPr>
        <w:t xml:space="preserve"> truth on you. Therefore it also follows that what is right or wrong is relative. It depends on the circumstances, and what is wrong for me may </w:t>
      </w:r>
      <w:r>
        <w:rPr>
          <w:rFonts w:ascii="Georgia" w:hAnsi="Georgia" w:eastAsia="Georgia"/>
          <w:b w:val="0"/>
          <w:i/>
          <w:sz w:val="21"/>
          <w:u w:val="none"/>
        </w:rPr>
        <w:t>not</w:t>
      </w:r>
      <w:r>
        <w:rPr>
          <w:rFonts w:ascii="Georgia" w:hAnsi="Georgia" w:eastAsia="Georgia"/>
          <w:b w:val="0"/>
          <w:i w:val="0"/>
          <w:sz w:val="21"/>
          <w:u w:val="none"/>
        </w:rPr>
        <w:t xml:space="preserve"> be wrong for you – therefore I must not judge. It’s fine to believe in God if that’s right for you. God is whoever or whatever God is to </w:t>
      </w:r>
      <w:r>
        <w:rPr>
          <w:rFonts w:ascii="Georgia" w:hAnsi="Georgia" w:eastAsia="Georgia"/>
          <w:b w:val="0"/>
          <w:i/>
          <w:sz w:val="21"/>
          <w:u w:val="none"/>
        </w:rPr>
        <w:t>you</w:t>
      </w:r>
      <w:r>
        <w:rPr>
          <w:rFonts w:ascii="Georgia" w:hAnsi="Georgia" w:eastAsia="Georgia"/>
          <w:b w:val="0"/>
          <w:i w:val="0"/>
          <w:sz w:val="21"/>
          <w:u w:val="none"/>
        </w:rPr>
        <w:t xml:space="preserve">. If you choose to believe in him (or her) that’s fine, but none of us may impose our beliefs on anyone else. And don’t bring the name Jesus into it because that is divisive. There are many paths to God and it doesn’t matter which one you choose – they all lead to the same place. We are </w:t>
      </w:r>
      <w:r>
        <w:rPr>
          <w:rFonts w:ascii="Georgia" w:hAnsi="Georgia" w:eastAsia="Georgia"/>
          <w:b w:val="0"/>
          <w:i/>
          <w:sz w:val="21"/>
          <w:u w:val="none"/>
        </w:rPr>
        <w:t>all</w:t>
      </w:r>
      <w:r>
        <w:rPr>
          <w:rFonts w:ascii="Georgia" w:hAnsi="Georgia" w:eastAsia="Georgia"/>
          <w:b w:val="0"/>
          <w:i w:val="0"/>
          <w:sz w:val="21"/>
          <w:u w:val="none"/>
        </w:rPr>
        <w:t xml:space="preserve"> brothers and sisters on this planet and we are </w:t>
      </w:r>
      <w:r>
        <w:rPr>
          <w:rFonts w:ascii="Georgia" w:hAnsi="Georgia" w:eastAsia="Georgia"/>
          <w:b w:val="0"/>
          <w:i/>
          <w:sz w:val="21"/>
          <w:u w:val="none"/>
        </w:rPr>
        <w:t>all</w:t>
      </w:r>
      <w:r>
        <w:rPr>
          <w:rFonts w:ascii="Georgia" w:hAnsi="Georgia" w:eastAsia="Georgia"/>
          <w:b w:val="0"/>
          <w:i w:val="0"/>
          <w:sz w:val="21"/>
          <w:u w:val="none"/>
        </w:rPr>
        <w:t xml:space="preserve"> children of God. Everyone should be free to say and do whatever he believes is right for him without guilt or criticism from anyone else. So go ahead – have a ball – that’s what you’re here for.”</w:t>
      </w:r>
    </w:p>
    <w:p>
      <w:pPr>
        <w:widowControl/>
      </w:pPr>
      <w:r>
        <w:rPr>
          <w:rFonts w:ascii="Georgia" w:hAnsi="Georgia" w:eastAsia="Georgia"/>
          <w:b w:val="0"/>
          <w:i w:val="0"/>
          <w:sz w:val="21"/>
          <w:u w:val="none"/>
        </w:rPr>
        <w:t xml:space="preserve">This </w:t>
      </w:r>
      <w:r>
        <w:rPr>
          <w:rFonts w:ascii="Georgia" w:hAnsi="Georgia" w:eastAsia="Georgia"/>
          <w:b w:val="0"/>
          <w:i/>
          <w:sz w:val="21"/>
          <w:u w:val="none"/>
        </w:rPr>
        <w:t>sounds</w:t>
      </w:r>
      <w:r>
        <w:rPr>
          <w:rFonts w:ascii="Georgia" w:hAnsi="Georgia" w:eastAsia="Georgia"/>
          <w:b w:val="0"/>
          <w:i w:val="0"/>
          <w:sz w:val="21"/>
          <w:u w:val="none"/>
        </w:rPr>
        <w:t xml:space="preserve"> pretty good, doesn’t it? It’s easy to see why people who are searching would fall for it – but can you sort out the truth from the lies in what I just said? If we examine this philosophy even from a </w:t>
      </w:r>
      <w:r>
        <w:rPr>
          <w:rFonts w:ascii="Georgia" w:hAnsi="Georgia" w:eastAsia="Georgia"/>
          <w:b w:val="0"/>
          <w:i/>
          <w:sz w:val="21"/>
          <w:u w:val="none"/>
        </w:rPr>
        <w:t>logical</w:t>
      </w:r>
      <w:r>
        <w:rPr>
          <w:rFonts w:ascii="Georgia" w:hAnsi="Georgia" w:eastAsia="Georgia"/>
          <w:b w:val="0"/>
          <w:i w:val="0"/>
          <w:sz w:val="21"/>
          <w:u w:val="none"/>
        </w:rPr>
        <w:t xml:space="preserve"> point of view, the argument immediately shatters because, you see, </w:t>
      </w:r>
      <w:r>
        <w:rPr>
          <w:rFonts w:ascii="Georgia" w:hAnsi="Georgia" w:eastAsia="Georgia"/>
          <w:b w:val="0"/>
          <w:i/>
          <w:sz w:val="21"/>
          <w:u w:val="none"/>
        </w:rPr>
        <w:t>my</w:t>
      </w:r>
      <w:r>
        <w:rPr>
          <w:rFonts w:ascii="Georgia" w:hAnsi="Georgia" w:eastAsia="Georgia"/>
          <w:b w:val="0"/>
          <w:i w:val="0"/>
          <w:sz w:val="21"/>
          <w:u w:val="none"/>
        </w:rPr>
        <w:t xml:space="preserve"> rights</w:t>
      </w:r>
      <w:r>
        <w:rPr>
          <w:rFonts w:ascii="Georgia" w:hAnsi="Georgia" w:eastAsia="Georgia"/>
          <w:b w:val="0"/>
          <w:i/>
          <w:sz w:val="21"/>
          <w:u w:val="none"/>
        </w:rPr>
        <w:t xml:space="preserve"> end</w:t>
      </w:r>
      <w:r>
        <w:rPr>
          <w:rFonts w:ascii="Georgia" w:hAnsi="Georgia" w:eastAsia="Georgia"/>
          <w:b w:val="0"/>
          <w:i w:val="0"/>
          <w:sz w:val="21"/>
          <w:u w:val="none"/>
        </w:rPr>
        <w:t xml:space="preserve"> where </w:t>
      </w:r>
      <w:r>
        <w:rPr>
          <w:rFonts w:ascii="Georgia" w:hAnsi="Georgia" w:eastAsia="Georgia"/>
          <w:b w:val="0"/>
          <w:i/>
          <w:sz w:val="21"/>
          <w:u w:val="none"/>
        </w:rPr>
        <w:t>yours</w:t>
      </w:r>
      <w:r>
        <w:rPr>
          <w:rFonts w:ascii="Georgia" w:hAnsi="Georgia" w:eastAsia="Georgia"/>
          <w:b w:val="0"/>
          <w:i w:val="0"/>
          <w:sz w:val="21"/>
          <w:u w:val="none"/>
        </w:rPr>
        <w:t xml:space="preserve"> begin. What if I decided it’s right for </w:t>
      </w:r>
      <w:r>
        <w:rPr>
          <w:rFonts w:ascii="Georgia" w:hAnsi="Georgia" w:eastAsia="Georgia"/>
          <w:b w:val="0"/>
          <w:i/>
          <w:sz w:val="21"/>
          <w:u w:val="none"/>
        </w:rPr>
        <w:t>me</w:t>
      </w:r>
      <w:r>
        <w:rPr>
          <w:rFonts w:ascii="Georgia" w:hAnsi="Georgia" w:eastAsia="Georgia"/>
          <w:b w:val="0"/>
          <w:i w:val="0"/>
          <w:sz w:val="21"/>
          <w:u w:val="none"/>
        </w:rPr>
        <w:t xml:space="preserve"> to steal </w:t>
      </w:r>
      <w:r>
        <w:rPr>
          <w:rFonts w:ascii="Georgia" w:hAnsi="Georgia" w:eastAsia="Georgia"/>
          <w:b w:val="0"/>
          <w:i/>
          <w:sz w:val="21"/>
          <w:u w:val="none"/>
        </w:rPr>
        <w:t xml:space="preserve">your </w:t>
      </w:r>
      <w:r>
        <w:rPr>
          <w:rFonts w:ascii="Georgia" w:hAnsi="Georgia" w:eastAsia="Georgia"/>
          <w:b w:val="0"/>
          <w:i w:val="0"/>
          <w:sz w:val="21"/>
          <w:u w:val="none"/>
        </w:rPr>
        <w:t xml:space="preserve">money or murder </w:t>
      </w:r>
      <w:r>
        <w:rPr>
          <w:rFonts w:ascii="Georgia" w:hAnsi="Georgia" w:eastAsia="Georgia"/>
          <w:b w:val="0"/>
          <w:i/>
          <w:sz w:val="21"/>
          <w:u w:val="none"/>
        </w:rPr>
        <w:t>your</w:t>
      </w:r>
      <w:r>
        <w:rPr>
          <w:rFonts w:ascii="Georgia" w:hAnsi="Georgia" w:eastAsia="Georgia"/>
          <w:b w:val="0"/>
          <w:i w:val="0"/>
          <w:sz w:val="21"/>
          <w:u w:val="none"/>
        </w:rPr>
        <w:t xml:space="preserve"> daughter? How can you say that is wrong if it’s </w:t>
      </w:r>
      <w:r>
        <w:rPr>
          <w:rFonts w:ascii="Georgia" w:hAnsi="Georgia" w:eastAsia="Georgia"/>
          <w:b w:val="0"/>
          <w:i/>
          <w:sz w:val="21"/>
          <w:u w:val="none"/>
        </w:rPr>
        <w:t>right</w:t>
      </w:r>
      <w:r>
        <w:rPr>
          <w:rFonts w:ascii="Georgia" w:hAnsi="Georgia" w:eastAsia="Georgia"/>
          <w:b w:val="0"/>
          <w:i w:val="0"/>
          <w:sz w:val="21"/>
          <w:u w:val="none"/>
        </w:rPr>
        <w:t xml:space="preserve"> for </w:t>
      </w:r>
      <w:r>
        <w:rPr>
          <w:rFonts w:ascii="Georgia" w:hAnsi="Georgia" w:eastAsia="Georgia"/>
          <w:b w:val="0"/>
          <w:i/>
          <w:sz w:val="21"/>
          <w:u w:val="none"/>
        </w:rPr>
        <w:t>me</w:t>
      </w:r>
      <w:r>
        <w:rPr>
          <w:rFonts w:ascii="Georgia" w:hAnsi="Georgia" w:eastAsia="Georgia"/>
          <w:b w:val="0"/>
          <w:i w:val="0"/>
          <w:sz w:val="21"/>
          <w:u w:val="none"/>
        </w:rPr>
        <w:t xml:space="preserve">? You say I’m a thief and a murderer, but I don’t see it that way, and since truth is subjective, </w:t>
      </w:r>
      <w:r>
        <w:rPr>
          <w:rFonts w:ascii="Georgia" w:hAnsi="Georgia" w:eastAsia="Georgia"/>
          <w:b w:val="0"/>
          <w:i/>
          <w:sz w:val="21"/>
          <w:u w:val="none"/>
        </w:rPr>
        <w:t>my</w:t>
      </w:r>
      <w:r>
        <w:rPr>
          <w:rFonts w:ascii="Georgia" w:hAnsi="Georgia" w:eastAsia="Georgia"/>
          <w:b w:val="0"/>
          <w:i w:val="0"/>
          <w:sz w:val="21"/>
          <w:u w:val="none"/>
        </w:rPr>
        <w:t xml:space="preserve"> truth is just as valid as </w:t>
      </w:r>
      <w:r>
        <w:rPr>
          <w:rFonts w:ascii="Georgia" w:hAnsi="Georgia" w:eastAsia="Georgia"/>
          <w:b w:val="0"/>
          <w:i/>
          <w:sz w:val="21"/>
          <w:u w:val="none"/>
        </w:rPr>
        <w:t>your</w:t>
      </w:r>
      <w:r>
        <w:rPr>
          <w:rFonts w:ascii="Georgia" w:hAnsi="Georgia" w:eastAsia="Georgia"/>
          <w:b w:val="0"/>
          <w:i w:val="0"/>
          <w:sz w:val="21"/>
          <w:u w:val="none"/>
        </w:rPr>
        <w:t xml:space="preserve"> truth – so </w:t>
      </w:r>
      <w:r>
        <w:rPr>
          <w:rFonts w:ascii="Georgia" w:hAnsi="Georgia" w:eastAsia="Georgia"/>
          <w:b w:val="0"/>
          <w:i/>
          <w:sz w:val="21"/>
          <w:u w:val="none"/>
        </w:rPr>
        <w:t>you</w:t>
      </w:r>
      <w:r>
        <w:rPr>
          <w:rFonts w:ascii="Georgia" w:hAnsi="Georgia" w:eastAsia="Georgia"/>
          <w:b w:val="0"/>
          <w:i w:val="0"/>
          <w:sz w:val="21"/>
          <w:u w:val="none"/>
        </w:rPr>
        <w:t xml:space="preserve"> have no right to judge </w:t>
      </w:r>
      <w:r>
        <w:rPr>
          <w:rFonts w:ascii="Georgia" w:hAnsi="Georgia" w:eastAsia="Georgia"/>
          <w:b w:val="0"/>
          <w:i/>
          <w:sz w:val="21"/>
          <w:u w:val="none"/>
        </w:rPr>
        <w:t>me</w:t>
      </w:r>
      <w:r>
        <w:rPr>
          <w:rFonts w:ascii="Georgia" w:hAnsi="Georgia" w:eastAsia="Georgia"/>
          <w:b w:val="0"/>
          <w:i w:val="0"/>
          <w:sz w:val="21"/>
          <w:u w:val="none"/>
        </w:rPr>
        <w:t xml:space="preserve">! – Now how can you argue with that logic? – Yet the people who buy into this distorted view of what life is all about don’t see it – because they don’t </w:t>
      </w:r>
      <w:r>
        <w:rPr>
          <w:rFonts w:ascii="Georgia" w:hAnsi="Georgia" w:eastAsia="Georgia"/>
          <w:b w:val="0"/>
          <w:i/>
          <w:sz w:val="21"/>
          <w:u w:val="none"/>
        </w:rPr>
        <w:t>want</w:t>
      </w:r>
      <w:r>
        <w:rPr>
          <w:rFonts w:ascii="Georgia" w:hAnsi="Georgia" w:eastAsia="Georgia"/>
          <w:b w:val="0"/>
          <w:i w:val="0"/>
          <w:sz w:val="21"/>
          <w:u w:val="none"/>
        </w:rPr>
        <w:t xml:space="preserve"> to see it. Having freedom to believe, say and do whatever you please without guilt brings instant gratification and pleasure – enticements young people are especially vulnerable to. So they act on impulse, never even considering that choices have consequences.</w:t>
      </w:r>
    </w:p>
    <w:p>
      <w:pPr>
        <w:widowControl/>
      </w:pPr>
      <w:r>
        <w:rPr>
          <w:rFonts w:ascii="Georgia" w:hAnsi="Georgia" w:eastAsia="Georgia"/>
          <w:b w:val="0"/>
          <w:i w:val="0"/>
          <w:sz w:val="21"/>
          <w:u w:val="none"/>
        </w:rPr>
        <w:t xml:space="preserve">Proverbs 14:12 says, “There is a way that </w:t>
      </w:r>
      <w:r>
        <w:rPr>
          <w:rFonts w:ascii="Georgia" w:hAnsi="Georgia" w:eastAsia="Georgia"/>
          <w:b w:val="0"/>
          <w:i/>
          <w:sz w:val="21"/>
          <w:u w:val="none"/>
        </w:rPr>
        <w:t>seems</w:t>
      </w:r>
      <w:r>
        <w:rPr>
          <w:rFonts w:ascii="Georgia" w:hAnsi="Georgia" w:eastAsia="Georgia"/>
          <w:b w:val="0"/>
          <w:i w:val="0"/>
          <w:sz w:val="21"/>
          <w:u w:val="none"/>
        </w:rPr>
        <w:t xml:space="preserve"> right to a man, but in the end it leads to death.”</w:t>
      </w:r>
    </w:p>
    <w:p>
      <w:pPr>
        <w:widowControl/>
      </w:pPr>
      <w:r>
        <w:rPr>
          <w:rFonts w:ascii="Georgia" w:hAnsi="Georgia" w:eastAsia="Georgia"/>
          <w:b w:val="0"/>
          <w:i w:val="0"/>
          <w:sz w:val="21"/>
          <w:u w:val="none"/>
        </w:rPr>
        <w:t xml:space="preserve">Ryan Dobson, son of Dr. James Dobson, has written a book called “Be Intolerant – because some things are just stupid!” We are now using this book in our Sunday School class. Dobson exposes the fallacy of “moral relativism”, calling it a “tumor” that must be removed. He says, “I didn’t write this book to fix America. I didn’t even write it to change the church. I wrote this book to show you that moral relativism and Christianity don’t mix. I’m here to help you decide if you want to go the way of the world or the way of Jesus Christ. It’s time to get off the fence, and you’ve got to come down on one side or the other. Christianity isn’t one of many valid pathways to God. It’s your only option. To disbelieve that is to disbelieve Christianity altogether. If that’s where you are, hey, that’s your choice – But don’t call yourself a Christian.” </w:t>
      </w:r>
    </w:p>
    <w:p>
      <w:pPr>
        <w:widowControl/>
      </w:pPr>
      <w:r>
        <w:rPr>
          <w:rFonts w:ascii="Georgia" w:hAnsi="Georgia" w:eastAsia="Georgia"/>
          <w:b w:val="0"/>
          <w:i w:val="0"/>
          <w:sz w:val="21"/>
          <w:u w:val="none"/>
        </w:rPr>
        <w:t>What about you? Are you one of those trying to live with one foot in each of two opposing realities? Rest assured, it will only end up tearing you apart.</w:t>
      </w:r>
    </w:p>
    <w:p>
      <w:pPr>
        <w:widowControl/>
      </w:pPr>
      <w:r>
        <w:rPr>
          <w:rFonts w:ascii="Georgia" w:hAnsi="Georgia" w:eastAsia="Georgia"/>
          <w:b w:val="0"/>
          <w:i w:val="0"/>
          <w:sz w:val="21"/>
          <w:u w:val="none"/>
        </w:rPr>
        <w:t xml:space="preserve">When I first agreed to teach this class of teenagers I wondered how I could ever meet such an awesome responsibility. The Holy Spirit impressed on me that the </w:t>
      </w:r>
      <w:r>
        <w:rPr>
          <w:rFonts w:ascii="Georgia" w:hAnsi="Georgia" w:eastAsia="Georgia"/>
          <w:b w:val="0"/>
          <w:i/>
          <w:sz w:val="21"/>
          <w:u w:val="none"/>
        </w:rPr>
        <w:t>first</w:t>
      </w:r>
      <w:r>
        <w:rPr>
          <w:rFonts w:ascii="Georgia" w:hAnsi="Georgia" w:eastAsia="Georgia"/>
          <w:b w:val="0"/>
          <w:i w:val="0"/>
          <w:sz w:val="21"/>
          <w:u w:val="none"/>
        </w:rPr>
        <w:t xml:space="preserve"> thing I needed to do was to spend some time focusing on the evidence that the Bible is indeed what it claims to be – God’s perfect Word to us – absolute truth (true at all times in all situations for all people) and the </w:t>
      </w:r>
      <w:r>
        <w:rPr>
          <w:rFonts w:ascii="Georgia" w:hAnsi="Georgia" w:eastAsia="Georgia"/>
          <w:b w:val="0"/>
          <w:i/>
          <w:sz w:val="21"/>
          <w:u w:val="none"/>
        </w:rPr>
        <w:t>only</w:t>
      </w:r>
      <w:r>
        <w:rPr>
          <w:rFonts w:ascii="Georgia" w:hAnsi="Georgia" w:eastAsia="Georgia"/>
          <w:b w:val="0"/>
          <w:i w:val="0"/>
          <w:sz w:val="21"/>
          <w:u w:val="none"/>
        </w:rPr>
        <w:t xml:space="preserve"> source of truth by which all other “truth” can be measured. Because you see, if our children don’t believe </w:t>
      </w:r>
      <w:r>
        <w:rPr>
          <w:rFonts w:ascii="Georgia" w:hAnsi="Georgia" w:eastAsia="Georgia"/>
          <w:b w:val="0"/>
          <w:i/>
          <w:sz w:val="21"/>
          <w:u w:val="none"/>
        </w:rPr>
        <w:t>that</w:t>
      </w:r>
      <w:r>
        <w:rPr>
          <w:rFonts w:ascii="Georgia" w:hAnsi="Georgia" w:eastAsia="Georgia"/>
          <w:b w:val="0"/>
          <w:i w:val="0"/>
          <w:sz w:val="21"/>
          <w:u w:val="none"/>
        </w:rPr>
        <w:t xml:space="preserve">, all other arguments break down. You can’t argue something from a Biblical point of view if the person you’re trying to convince does not accept the Bible as true. Neither does it do any good to argue that something is wrong because the Bible says so, if you can’t explain </w:t>
      </w:r>
      <w:r>
        <w:rPr>
          <w:rFonts w:ascii="Georgia" w:hAnsi="Georgia" w:eastAsia="Georgia"/>
          <w:b w:val="0"/>
          <w:i/>
          <w:sz w:val="21"/>
          <w:u w:val="none"/>
        </w:rPr>
        <w:t>why</w:t>
      </w:r>
      <w:r>
        <w:rPr>
          <w:rFonts w:ascii="Georgia" w:hAnsi="Georgia" w:eastAsia="Georgia"/>
          <w:b w:val="0"/>
          <w:i w:val="0"/>
          <w:sz w:val="21"/>
          <w:u w:val="none"/>
        </w:rPr>
        <w:t xml:space="preserve"> the Bible says so. God did not arbitrarily give us rules on a whim, just to spoil our fun. He gave them as guidelines – a blueprint for living life abundantly – because He </w:t>
      </w:r>
      <w:r>
        <w:rPr>
          <w:rFonts w:ascii="Georgia" w:hAnsi="Georgia" w:eastAsia="Georgia"/>
          <w:b w:val="0"/>
          <w:i/>
          <w:sz w:val="21"/>
          <w:u w:val="none"/>
        </w:rPr>
        <w:t>loves</w:t>
      </w:r>
      <w:r>
        <w:rPr>
          <w:rFonts w:ascii="Georgia" w:hAnsi="Georgia" w:eastAsia="Georgia"/>
          <w:b w:val="0"/>
          <w:i w:val="0"/>
          <w:sz w:val="21"/>
          <w:u w:val="none"/>
        </w:rPr>
        <w:t xml:space="preserve"> us. He </w:t>
      </w:r>
      <w:r>
        <w:rPr>
          <w:rFonts w:ascii="Georgia" w:hAnsi="Georgia" w:eastAsia="Georgia"/>
          <w:b w:val="0"/>
          <w:i/>
          <w:sz w:val="21"/>
          <w:u w:val="none"/>
        </w:rPr>
        <w:t>made</w:t>
      </w:r>
      <w:r>
        <w:rPr>
          <w:rFonts w:ascii="Georgia" w:hAnsi="Georgia" w:eastAsia="Georgia"/>
          <w:b w:val="0"/>
          <w:i w:val="0"/>
          <w:sz w:val="21"/>
          <w:u w:val="none"/>
        </w:rPr>
        <w:t xml:space="preserve"> us and only He knows how we work the most efficiently for a long and productive life, so He has written us a user’s manual. Remember – you don’t </w:t>
      </w:r>
      <w:r>
        <w:rPr>
          <w:rFonts w:ascii="Georgia" w:hAnsi="Georgia" w:eastAsia="Georgia"/>
          <w:b w:val="0"/>
          <w:i/>
          <w:sz w:val="21"/>
          <w:u w:val="none"/>
        </w:rPr>
        <w:t>belong</w:t>
      </w:r>
      <w:r>
        <w:rPr>
          <w:rFonts w:ascii="Georgia" w:hAnsi="Georgia" w:eastAsia="Georgia"/>
          <w:b w:val="0"/>
          <w:i w:val="0"/>
          <w:sz w:val="21"/>
          <w:u w:val="none"/>
        </w:rPr>
        <w:t xml:space="preserve"> to </w:t>
      </w:r>
      <w:r>
        <w:rPr>
          <w:rFonts w:ascii="Georgia" w:hAnsi="Georgia" w:eastAsia="Georgia"/>
          <w:b w:val="0"/>
          <w:i/>
          <w:sz w:val="21"/>
          <w:u w:val="none"/>
        </w:rPr>
        <w:t>yourself</w:t>
      </w:r>
      <w:r>
        <w:rPr>
          <w:rFonts w:ascii="Georgia" w:hAnsi="Georgia" w:eastAsia="Georgia"/>
          <w:b w:val="0"/>
          <w:i w:val="0"/>
          <w:sz w:val="21"/>
          <w:u w:val="none"/>
        </w:rPr>
        <w:t xml:space="preserve"> – you are </w:t>
      </w:r>
      <w:r>
        <w:rPr>
          <w:rFonts w:ascii="Georgia" w:hAnsi="Georgia" w:eastAsia="Georgia"/>
          <w:b w:val="0"/>
          <w:i/>
          <w:sz w:val="21"/>
          <w:u w:val="none"/>
        </w:rPr>
        <w:t>His</w:t>
      </w:r>
      <w:r>
        <w:rPr>
          <w:rFonts w:ascii="Georgia" w:hAnsi="Georgia" w:eastAsia="Georgia"/>
          <w:b w:val="0"/>
          <w:i w:val="0"/>
          <w:sz w:val="21"/>
          <w:u w:val="none"/>
        </w:rPr>
        <w:t xml:space="preserve"> twice over, because He not only made you, He also bought you, at a tremendous price. – “Sanctify us in your truth, O Lord – for your Word </w:t>
      </w:r>
      <w:r>
        <w:rPr>
          <w:rFonts w:ascii="Georgia" w:hAnsi="Georgia" w:eastAsia="Georgia"/>
          <w:b w:val="0"/>
          <w:i/>
          <w:sz w:val="21"/>
          <w:u w:val="none"/>
        </w:rPr>
        <w:t>is</w:t>
      </w:r>
      <w:r>
        <w:rPr>
          <w:rFonts w:ascii="Georgia" w:hAnsi="Georgia" w:eastAsia="Georgia"/>
          <w:b w:val="0"/>
          <w:i w:val="0"/>
          <w:sz w:val="21"/>
          <w:u w:val="none"/>
        </w:rPr>
        <w:t xml:space="preserve"> truth!”</w:t>
      </w:r>
    </w:p>
    <w:p>
      <w:bookmarkStart w:id="17" w:name="reflection_16"/>
      <w:pPr>
        <w:pStyle w:val="Heading1"/>
      </w:pPr>
      <w:r>
        <w:rPr>
          <w:rFonts w:ascii="Georgia" w:hAnsi="Georgia" w:eastAsia="Georgia"/>
          <w:b/>
          <w:color w:val="226FA4"/>
          <w:sz w:val="34"/>
        </w:rPr>
        <w:t>No Fear</w:t>
      </w:r>
      <w:bookmarkEnd w:id="17"/>
    </w:p>
    <w:p>
      <w:pPr>
        <w:widowControl/>
      </w:pPr>
      <w:r>
        <w:rPr>
          <w:rFonts w:ascii="Georgia" w:hAnsi="Georgia" w:eastAsia="Georgia"/>
          <w:b w:val="0"/>
          <w:i w:val="0"/>
          <w:sz w:val="21"/>
          <w:u w:val="none"/>
        </w:rPr>
        <w:t>I’m sitting here in the living area of our apartment just enjoying the sun streaming in the window and the shadows of the blinds that fall across the furniture and the floor. It really is pretty. The whole apartment is pretty, and quiet, and very cozy. It is home and I’m content. When we were gone to Atlanta for two weeks, we had a good time and I’m glad we went, but it was so good to get home. When we came in the door, it was like I was seeing it again for the first time, and my heart was filled with gratitude that God has so blessed us with such a lovely home. Dorothy was right – “There is no place like home.”</w:t>
      </w:r>
    </w:p>
    <w:p>
      <w:pPr>
        <w:widowControl/>
      </w:pPr>
      <w:r>
        <w:rPr>
          <w:rFonts w:ascii="Georgia" w:hAnsi="Georgia" w:eastAsia="Georgia"/>
          <w:b w:val="0"/>
          <w:i w:val="0"/>
          <w:sz w:val="21"/>
          <w:u w:val="none"/>
        </w:rPr>
        <w:t xml:space="preserve">But did you know the Bible says this earth is </w:t>
      </w:r>
      <w:r>
        <w:rPr>
          <w:rFonts w:ascii="Georgia" w:hAnsi="Georgia" w:eastAsia="Georgia"/>
          <w:b w:val="0"/>
          <w:i/>
          <w:sz w:val="21"/>
          <w:u w:val="none"/>
        </w:rPr>
        <w:t xml:space="preserve">not </w:t>
      </w:r>
      <w:r>
        <w:rPr>
          <w:rFonts w:ascii="Georgia" w:hAnsi="Georgia" w:eastAsia="Georgia"/>
          <w:b w:val="0"/>
          <w:i w:val="0"/>
          <w:sz w:val="21"/>
          <w:u w:val="none"/>
        </w:rPr>
        <w:t>our home? Philippians 3:20 says, “Our citizenship is in heaven.”</w:t>
      </w:r>
      <w:r>
        <w:rPr>
          <w:rFonts w:ascii="Georgia" w:hAnsi="Georgia" w:eastAsia="Georgia"/>
          <w:b w:val="0"/>
          <w:i w:val="0"/>
          <w:sz w:val="21"/>
          <w:u w:val="none"/>
        </w:rPr>
        <w:t xml:space="preserve"> These earthly homes, no matter how beautiful, are only temporary, and they </w:t>
      </w:r>
      <w:r>
        <w:rPr>
          <w:rFonts w:ascii="Georgia" w:hAnsi="Georgia" w:eastAsia="Georgia"/>
          <w:b w:val="0"/>
          <w:i/>
          <w:sz w:val="21"/>
          <w:u w:val="none"/>
        </w:rPr>
        <w:t xml:space="preserve">pale </w:t>
      </w:r>
      <w:r>
        <w:rPr>
          <w:rFonts w:ascii="Georgia" w:hAnsi="Georgia" w:eastAsia="Georgia"/>
          <w:b w:val="0"/>
          <w:i w:val="0"/>
          <w:sz w:val="21"/>
          <w:u w:val="none"/>
        </w:rPr>
        <w:t xml:space="preserve">in comparison to the home </w:t>
      </w:r>
      <w:r>
        <w:rPr>
          <w:rFonts w:ascii="Georgia" w:hAnsi="Georgia" w:eastAsia="Georgia"/>
          <w:b w:val="0"/>
          <w:i/>
          <w:sz w:val="21"/>
          <w:u w:val="none"/>
        </w:rPr>
        <w:t xml:space="preserve">Jesus </w:t>
      </w:r>
      <w:r>
        <w:rPr>
          <w:rFonts w:ascii="Georgia" w:hAnsi="Georgia" w:eastAsia="Georgia"/>
          <w:b w:val="0"/>
          <w:i w:val="0"/>
          <w:sz w:val="21"/>
          <w:u w:val="none"/>
        </w:rPr>
        <w:t xml:space="preserve">has prepared for us. On the night He was betrayed, Jesus’ disciples were already in mourning, for He had </w:t>
      </w:r>
      <w:r>
        <w:rPr>
          <w:rFonts w:ascii="Georgia" w:hAnsi="Georgia" w:eastAsia="Georgia"/>
          <w:b w:val="0"/>
          <w:i/>
          <w:sz w:val="21"/>
          <w:u w:val="none"/>
        </w:rPr>
        <w:t xml:space="preserve">told </w:t>
      </w:r>
      <w:r>
        <w:rPr>
          <w:rFonts w:ascii="Georgia" w:hAnsi="Georgia" w:eastAsia="Georgia"/>
          <w:b w:val="0"/>
          <w:i w:val="0"/>
          <w:sz w:val="21"/>
          <w:u w:val="none"/>
        </w:rPr>
        <w:t>them He was about to be crucified, and there wasn’t a thing they could do about it. But He said to them, “</w:t>
      </w:r>
      <w:r>
        <w:rPr>
          <w:rFonts w:ascii="Georgia" w:hAnsi="Georgia" w:eastAsia="Georgia"/>
          <w:b w:val="0"/>
          <w:i/>
          <w:sz w:val="21"/>
          <w:u w:val="none"/>
        </w:rPr>
        <w:t xml:space="preserve">Do not </w:t>
      </w:r>
      <w:r>
        <w:rPr>
          <w:rFonts w:ascii="Georgia" w:hAnsi="Georgia" w:eastAsia="Georgia"/>
          <w:b w:val="0"/>
          <w:i w:val="0"/>
          <w:sz w:val="21"/>
          <w:u w:val="none"/>
        </w:rPr>
        <w:t xml:space="preserve">let your hearts be troubled. You trust in </w:t>
      </w:r>
      <w:r>
        <w:rPr>
          <w:rFonts w:ascii="Georgia" w:hAnsi="Georgia" w:eastAsia="Georgia"/>
          <w:b w:val="0"/>
          <w:i/>
          <w:sz w:val="21"/>
          <w:u w:val="none"/>
        </w:rPr>
        <w:t xml:space="preserve">God </w:t>
      </w:r>
      <w:r>
        <w:rPr>
          <w:rFonts w:ascii="Georgia" w:hAnsi="Georgia" w:eastAsia="Georgia"/>
          <w:b w:val="0"/>
          <w:i w:val="0"/>
          <w:sz w:val="21"/>
          <w:u w:val="none"/>
        </w:rPr>
        <w:t xml:space="preserve">– trust also in </w:t>
      </w:r>
      <w:r>
        <w:rPr>
          <w:rFonts w:ascii="Georgia" w:hAnsi="Georgia" w:eastAsia="Georgia"/>
          <w:b w:val="0"/>
          <w:i/>
          <w:sz w:val="21"/>
          <w:u w:val="none"/>
        </w:rPr>
        <w:t xml:space="preserve">Me. </w:t>
      </w:r>
      <w:r>
        <w:rPr>
          <w:rFonts w:ascii="Georgia" w:hAnsi="Georgia" w:eastAsia="Georgia"/>
          <w:b w:val="0"/>
          <w:i w:val="0"/>
          <w:sz w:val="21"/>
          <w:u w:val="none"/>
        </w:rPr>
        <w:t xml:space="preserve">In My Father’s house there are many rooms; if it were not so I would have told you. I am going </w:t>
      </w:r>
      <w:r>
        <w:rPr>
          <w:rFonts w:ascii="Georgia" w:hAnsi="Georgia" w:eastAsia="Georgia"/>
          <w:b w:val="0"/>
          <w:i/>
          <w:sz w:val="21"/>
          <w:u w:val="none"/>
        </w:rPr>
        <w:t xml:space="preserve">there </w:t>
      </w:r>
      <w:r>
        <w:rPr>
          <w:rFonts w:ascii="Georgia" w:hAnsi="Georgia" w:eastAsia="Georgia"/>
          <w:b w:val="0"/>
          <w:i w:val="0"/>
          <w:sz w:val="21"/>
          <w:u w:val="none"/>
        </w:rPr>
        <w:t xml:space="preserve">to prepare a place for </w:t>
      </w:r>
      <w:r>
        <w:rPr>
          <w:rFonts w:ascii="Georgia" w:hAnsi="Georgia" w:eastAsia="Georgia"/>
          <w:b w:val="0"/>
          <w:i/>
          <w:sz w:val="21"/>
          <w:u w:val="none"/>
        </w:rPr>
        <w:t xml:space="preserve">you </w:t>
      </w:r>
      <w:r>
        <w:rPr>
          <w:rFonts w:ascii="Georgia" w:hAnsi="Georgia" w:eastAsia="Georgia"/>
          <w:b w:val="0"/>
          <w:i w:val="0"/>
          <w:sz w:val="21"/>
          <w:u w:val="none"/>
        </w:rPr>
        <w:t xml:space="preserve">– and if I go and prepare a place for you, I </w:t>
      </w:r>
      <w:r>
        <w:rPr>
          <w:rFonts w:ascii="Georgia" w:hAnsi="Georgia" w:eastAsia="Georgia"/>
          <w:b w:val="0"/>
          <w:i/>
          <w:sz w:val="21"/>
          <w:u w:val="none"/>
        </w:rPr>
        <w:t xml:space="preserve">will come back </w:t>
      </w:r>
      <w:r>
        <w:rPr>
          <w:rFonts w:ascii="Georgia" w:hAnsi="Georgia" w:eastAsia="Georgia"/>
          <w:b w:val="0"/>
          <w:i w:val="0"/>
          <w:sz w:val="21"/>
          <w:u w:val="none"/>
        </w:rPr>
        <w:t xml:space="preserve">and take you to be with Me, that you may be where I am.” This promise was not only for that little band of men, but for you and me and everyone who bears the name of Christ. Now there is much more about this home in heaven that we </w:t>
      </w:r>
      <w:r>
        <w:rPr>
          <w:rFonts w:ascii="Georgia" w:hAnsi="Georgia" w:eastAsia="Georgia"/>
          <w:b w:val="0"/>
          <w:i/>
          <w:sz w:val="21"/>
          <w:u w:val="none"/>
        </w:rPr>
        <w:t xml:space="preserve">don’t know </w:t>
      </w:r>
      <w:r>
        <w:rPr>
          <w:rFonts w:ascii="Georgia" w:hAnsi="Georgia" w:eastAsia="Georgia"/>
          <w:b w:val="0"/>
          <w:i w:val="0"/>
          <w:sz w:val="21"/>
          <w:u w:val="none"/>
        </w:rPr>
        <w:t>as compared to what we do know – but one thing is for sure – it will be so beautiful and so wonderful that we are told our eyes have not seen nor our ears heard anything that compares. It will be an eternal reality that our finite minds cannot even imagine or comprehend.</w:t>
      </w:r>
    </w:p>
    <w:p>
      <w:pPr>
        <w:widowControl/>
      </w:pPr>
      <w:r>
        <w:rPr>
          <w:rFonts w:ascii="Georgia" w:hAnsi="Georgia" w:eastAsia="Georgia"/>
          <w:b w:val="0"/>
          <w:i w:val="0"/>
          <w:sz w:val="21"/>
          <w:u w:val="none"/>
        </w:rPr>
        <w:t xml:space="preserve">Last week, I mentioned how the apostle Paul had been given a glimpse of that splendor as he had almost passed through that portal when he was stoned and left for dead. He said he saw things he was not permitted to reveal, but ever since that day he longed to go back. To the Philippians, he said, “To me, to live is Christ, and to die is gain. If I am to go on living in the body, this will mean fruitful labor for me. Yet what shall I choose? I don’t know! I am </w:t>
      </w:r>
      <w:r>
        <w:rPr>
          <w:rFonts w:ascii="Georgia" w:hAnsi="Georgia" w:eastAsia="Georgia"/>
          <w:b w:val="0"/>
          <w:i/>
          <w:sz w:val="21"/>
          <w:u w:val="none"/>
        </w:rPr>
        <w:t xml:space="preserve">torn </w:t>
      </w:r>
      <w:r>
        <w:rPr>
          <w:rFonts w:ascii="Georgia" w:hAnsi="Georgia" w:eastAsia="Georgia"/>
          <w:b w:val="0"/>
          <w:i w:val="0"/>
          <w:sz w:val="21"/>
          <w:u w:val="none"/>
        </w:rPr>
        <w:t xml:space="preserve">between the two! I desire to depart and be with Christ, which is </w:t>
      </w:r>
      <w:r>
        <w:rPr>
          <w:rFonts w:ascii="Georgia" w:hAnsi="Georgia" w:eastAsia="Georgia"/>
          <w:b w:val="0"/>
          <w:i/>
          <w:sz w:val="21"/>
          <w:u w:val="none"/>
        </w:rPr>
        <w:t xml:space="preserve">better by far; </w:t>
      </w:r>
      <w:r>
        <w:rPr>
          <w:rFonts w:ascii="Georgia" w:hAnsi="Georgia" w:eastAsia="Georgia"/>
          <w:b w:val="0"/>
          <w:i w:val="0"/>
          <w:sz w:val="21"/>
          <w:u w:val="none"/>
        </w:rPr>
        <w:t xml:space="preserve">but it is more necessary for </w:t>
      </w:r>
      <w:r>
        <w:rPr>
          <w:rFonts w:ascii="Georgia" w:hAnsi="Georgia" w:eastAsia="Georgia"/>
          <w:b w:val="0"/>
          <w:i/>
          <w:sz w:val="21"/>
          <w:u w:val="none"/>
        </w:rPr>
        <w:t xml:space="preserve">you </w:t>
      </w:r>
      <w:r>
        <w:rPr>
          <w:rFonts w:ascii="Georgia" w:hAnsi="Georgia" w:eastAsia="Georgia"/>
          <w:b w:val="0"/>
          <w:i w:val="0"/>
          <w:sz w:val="21"/>
          <w:u w:val="none"/>
        </w:rPr>
        <w:t xml:space="preserve">that I remain in the body.” He told the Corinthians, “We </w:t>
      </w:r>
      <w:r>
        <w:rPr>
          <w:rFonts w:ascii="Georgia" w:hAnsi="Georgia" w:eastAsia="Georgia"/>
          <w:b w:val="0"/>
          <w:i/>
          <w:sz w:val="21"/>
          <w:u w:val="none"/>
        </w:rPr>
        <w:t xml:space="preserve">groan, longing </w:t>
      </w:r>
      <w:r>
        <w:rPr>
          <w:rFonts w:ascii="Georgia" w:hAnsi="Georgia" w:eastAsia="Georgia"/>
          <w:b w:val="0"/>
          <w:i w:val="0"/>
          <w:sz w:val="21"/>
          <w:u w:val="none"/>
        </w:rPr>
        <w:t xml:space="preserve">to be clothed with our heavenly dwelling ---- so that what is mortal may be swallowed up by </w:t>
      </w:r>
      <w:r>
        <w:rPr>
          <w:rFonts w:ascii="Georgia" w:hAnsi="Georgia" w:eastAsia="Georgia"/>
          <w:b w:val="0"/>
          <w:i/>
          <w:sz w:val="21"/>
          <w:u w:val="none"/>
        </w:rPr>
        <w:t xml:space="preserve">life. </w:t>
      </w:r>
      <w:r>
        <w:rPr>
          <w:rFonts w:ascii="Georgia" w:hAnsi="Georgia" w:eastAsia="Georgia"/>
          <w:b w:val="0"/>
          <w:i w:val="0"/>
          <w:sz w:val="21"/>
          <w:u w:val="none"/>
        </w:rPr>
        <w:t xml:space="preserve">Now it is God who has </w:t>
      </w:r>
      <w:r>
        <w:rPr>
          <w:rFonts w:ascii="Georgia" w:hAnsi="Georgia" w:eastAsia="Georgia"/>
          <w:b w:val="0"/>
          <w:i/>
          <w:sz w:val="21"/>
          <w:u w:val="none"/>
        </w:rPr>
        <w:t xml:space="preserve">made </w:t>
      </w:r>
      <w:r>
        <w:rPr>
          <w:rFonts w:ascii="Georgia" w:hAnsi="Georgia" w:eastAsia="Georgia"/>
          <w:b w:val="0"/>
          <w:i w:val="0"/>
          <w:sz w:val="21"/>
          <w:u w:val="none"/>
        </w:rPr>
        <w:t xml:space="preserve">us for this very purpose, and has given us His Spirit as a </w:t>
      </w:r>
      <w:r>
        <w:rPr>
          <w:rFonts w:ascii="Georgia" w:hAnsi="Georgia" w:eastAsia="Georgia"/>
          <w:b w:val="0"/>
          <w:i/>
          <w:sz w:val="21"/>
          <w:u w:val="none"/>
        </w:rPr>
        <w:t xml:space="preserve">deposit, guaranteeing </w:t>
      </w:r>
      <w:r>
        <w:rPr>
          <w:rFonts w:ascii="Georgia" w:hAnsi="Georgia" w:eastAsia="Georgia"/>
          <w:b w:val="0"/>
          <w:i w:val="0"/>
          <w:sz w:val="21"/>
          <w:u w:val="none"/>
        </w:rPr>
        <w:t>what is to come.”</w:t>
      </w:r>
    </w:p>
    <w:p>
      <w:pPr>
        <w:widowControl/>
      </w:pPr>
      <w:r>
        <w:rPr>
          <w:rFonts w:ascii="Georgia" w:hAnsi="Georgia" w:eastAsia="Georgia"/>
          <w:b w:val="0"/>
          <w:i w:val="0"/>
          <w:sz w:val="21"/>
          <w:u w:val="none"/>
        </w:rPr>
        <w:t xml:space="preserve">What can we know for sure about this home in heaven? We know it is a </w:t>
      </w:r>
      <w:r>
        <w:rPr>
          <w:rFonts w:ascii="Georgia" w:hAnsi="Georgia" w:eastAsia="Georgia"/>
          <w:b w:val="0"/>
          <w:i/>
          <w:sz w:val="21"/>
          <w:u w:val="none"/>
        </w:rPr>
        <w:t xml:space="preserve">place, </w:t>
      </w:r>
      <w:r>
        <w:rPr>
          <w:rFonts w:ascii="Georgia" w:hAnsi="Georgia" w:eastAsia="Georgia"/>
          <w:b w:val="0"/>
          <w:i w:val="0"/>
          <w:sz w:val="21"/>
          <w:u w:val="none"/>
        </w:rPr>
        <w:t xml:space="preserve">for that’s what Jesus called it, and we also know that it is a “state of being” – an eternal “now” that is not bound by the limits of time or space. Time, space, gravity, mortality and aging are all concepts that limit us here on earth. In the spiritual heavenly realm, they do not exist. God’s Word tells us there will be no more death or mourning or crying or pain, and God Himself will wipe every tear from our eyes. We won’t have to do dishes anymore, for we will eat from the “tree of life”. There won’t be any more dust, because the streets are made of gold. There will be no more night and no need for a sun or moon, because God Himself will be our light. Will that light be different from the light I see streaming through my window? I think so, because science has found that the light we can see with our mortal eyes is only a small section of the entire spectrum called “light”. We won’t have mortal eyes anymore because scripture says we will have new </w:t>
      </w:r>
      <w:r>
        <w:rPr>
          <w:rFonts w:ascii="Georgia" w:hAnsi="Georgia" w:eastAsia="Georgia"/>
          <w:b w:val="0"/>
          <w:i/>
          <w:sz w:val="21"/>
          <w:u w:val="none"/>
        </w:rPr>
        <w:t xml:space="preserve">immortal </w:t>
      </w:r>
      <w:r>
        <w:rPr>
          <w:rFonts w:ascii="Georgia" w:hAnsi="Georgia" w:eastAsia="Georgia"/>
          <w:b w:val="0"/>
          <w:i w:val="0"/>
          <w:sz w:val="21"/>
          <w:u w:val="none"/>
        </w:rPr>
        <w:t xml:space="preserve">bodies just like Jesus’ glorified body. They will be bodies that never age and never get sick or wear out, and they will all be absolutely perfect. Joni Eareckson Tada will dance, Helen Keller will hear the angels sing, the blind will see, and even those born with disabled minds will be able to understand the secrets of the universe. We will be more alive than we have ever been, and if we even </w:t>
      </w:r>
      <w:r>
        <w:rPr>
          <w:rFonts w:ascii="Georgia" w:hAnsi="Georgia" w:eastAsia="Georgia"/>
          <w:b w:val="0"/>
          <w:i/>
          <w:sz w:val="21"/>
          <w:u w:val="none"/>
        </w:rPr>
        <w:t xml:space="preserve">remember </w:t>
      </w:r>
      <w:r>
        <w:rPr>
          <w:rFonts w:ascii="Georgia" w:hAnsi="Georgia" w:eastAsia="Georgia"/>
          <w:b w:val="0"/>
          <w:i w:val="0"/>
          <w:sz w:val="21"/>
          <w:u w:val="none"/>
        </w:rPr>
        <w:t xml:space="preserve">this former life at all, we will wonder </w:t>
      </w:r>
      <w:r>
        <w:rPr>
          <w:rFonts w:ascii="Georgia" w:hAnsi="Georgia" w:eastAsia="Georgia"/>
          <w:b w:val="0"/>
          <w:i/>
          <w:sz w:val="21"/>
          <w:u w:val="none"/>
        </w:rPr>
        <w:t xml:space="preserve">why </w:t>
      </w:r>
      <w:r>
        <w:rPr>
          <w:rFonts w:ascii="Georgia" w:hAnsi="Georgia" w:eastAsia="Georgia"/>
          <w:b w:val="0"/>
          <w:i w:val="0"/>
          <w:sz w:val="21"/>
          <w:u w:val="none"/>
        </w:rPr>
        <w:t>we were ever afraid to leave it.</w:t>
      </w:r>
    </w:p>
    <w:p>
      <w:pPr>
        <w:widowControl/>
      </w:pPr>
      <w:r>
        <w:rPr>
          <w:rFonts w:ascii="Georgia" w:hAnsi="Georgia" w:eastAsia="Georgia"/>
          <w:b w:val="0"/>
          <w:i w:val="0"/>
          <w:sz w:val="21"/>
          <w:u w:val="none"/>
        </w:rPr>
        <w:t xml:space="preserve">What about those we love who have gone on before us? Are they waiting to greet us as we walk through that door? Will we </w:t>
      </w:r>
      <w:r>
        <w:rPr>
          <w:rFonts w:ascii="Georgia" w:hAnsi="Georgia" w:eastAsia="Georgia"/>
          <w:b w:val="0"/>
          <w:i/>
          <w:sz w:val="21"/>
          <w:u w:val="none"/>
        </w:rPr>
        <w:t xml:space="preserve">know </w:t>
      </w:r>
      <w:r>
        <w:rPr>
          <w:rFonts w:ascii="Georgia" w:hAnsi="Georgia" w:eastAsia="Georgia"/>
          <w:b w:val="0"/>
          <w:i w:val="0"/>
          <w:sz w:val="21"/>
          <w:u w:val="none"/>
        </w:rPr>
        <w:t xml:space="preserve">them? Will they know us? The Bible doesn’t say – but God is </w:t>
      </w:r>
      <w:r>
        <w:rPr>
          <w:rFonts w:ascii="Georgia" w:hAnsi="Georgia" w:eastAsia="Georgia"/>
          <w:b w:val="0"/>
          <w:i/>
          <w:sz w:val="21"/>
          <w:u w:val="none"/>
        </w:rPr>
        <w:t xml:space="preserve">Love. </w:t>
      </w:r>
      <w:r>
        <w:rPr>
          <w:rFonts w:ascii="Georgia" w:hAnsi="Georgia" w:eastAsia="Georgia"/>
          <w:b w:val="0"/>
          <w:i w:val="0"/>
          <w:sz w:val="21"/>
          <w:u w:val="none"/>
        </w:rPr>
        <w:t xml:space="preserve">He knows who we love here and how much we miss them when they’re gone. I can’t imagine any reason for Him to deny us a glorious reunion. I wonder about our little boy who died at 11 months. Will he know me after all these years? I don’t see how, but Jesus said many times that </w:t>
      </w:r>
      <w:r>
        <w:rPr>
          <w:rFonts w:ascii="Georgia" w:hAnsi="Georgia" w:eastAsia="Georgia"/>
          <w:b w:val="0"/>
          <w:i/>
          <w:sz w:val="21"/>
          <w:u w:val="none"/>
        </w:rPr>
        <w:t xml:space="preserve">all </w:t>
      </w:r>
      <w:r>
        <w:rPr>
          <w:rFonts w:ascii="Georgia" w:hAnsi="Georgia" w:eastAsia="Georgia"/>
          <w:b w:val="0"/>
          <w:i w:val="0"/>
          <w:sz w:val="21"/>
          <w:u w:val="none"/>
        </w:rPr>
        <w:t>things are possible with God.</w:t>
      </w:r>
    </w:p>
    <w:p>
      <w:pPr>
        <w:widowControl/>
      </w:pPr>
      <w:r>
        <w:rPr>
          <w:rFonts w:ascii="Georgia" w:hAnsi="Georgia" w:eastAsia="Georgia"/>
          <w:b w:val="0"/>
          <w:i w:val="0"/>
          <w:sz w:val="21"/>
          <w:u w:val="none"/>
        </w:rPr>
        <w:t xml:space="preserve">Now if this world isn’t our home, </w:t>
      </w:r>
      <w:r>
        <w:rPr>
          <w:rFonts w:ascii="Georgia" w:hAnsi="Georgia" w:eastAsia="Georgia"/>
          <w:b w:val="0"/>
          <w:i/>
          <w:sz w:val="21"/>
          <w:u w:val="none"/>
        </w:rPr>
        <w:t xml:space="preserve">why </w:t>
      </w:r>
      <w:r>
        <w:rPr>
          <w:rFonts w:ascii="Georgia" w:hAnsi="Georgia" w:eastAsia="Georgia"/>
          <w:b w:val="0"/>
          <w:i w:val="0"/>
          <w:sz w:val="21"/>
          <w:u w:val="none"/>
        </w:rPr>
        <w:t xml:space="preserve">are we here? Why didn’t God just make us perfect and sinless in the first place and place us in that Paradise? Well, if you think about it, He </w:t>
      </w:r>
      <w:r>
        <w:rPr>
          <w:rFonts w:ascii="Georgia" w:hAnsi="Georgia" w:eastAsia="Georgia"/>
          <w:b w:val="0"/>
          <w:i/>
          <w:sz w:val="21"/>
          <w:u w:val="none"/>
        </w:rPr>
        <w:t xml:space="preserve">did! </w:t>
      </w:r>
      <w:r>
        <w:rPr>
          <w:rFonts w:ascii="Georgia" w:hAnsi="Georgia" w:eastAsia="Georgia"/>
          <w:b w:val="0"/>
          <w:i w:val="0"/>
          <w:sz w:val="21"/>
          <w:u w:val="none"/>
        </w:rPr>
        <w:t xml:space="preserve">Adam was perfect in every detail, and so was Eve, and God walked with them and </w:t>
      </w:r>
      <w:r>
        <w:rPr>
          <w:rFonts w:ascii="Georgia" w:hAnsi="Georgia" w:eastAsia="Georgia"/>
          <w:b w:val="0"/>
          <w:i/>
          <w:sz w:val="21"/>
          <w:u w:val="none"/>
        </w:rPr>
        <w:t xml:space="preserve">talked </w:t>
      </w:r>
      <w:r>
        <w:rPr>
          <w:rFonts w:ascii="Georgia" w:hAnsi="Georgia" w:eastAsia="Georgia"/>
          <w:b w:val="0"/>
          <w:i w:val="0"/>
          <w:sz w:val="21"/>
          <w:u w:val="none"/>
        </w:rPr>
        <w:t xml:space="preserve">with them in the garden. The garden was perfect. There were no weeds to deal with, and no bad weather they needed to be sheltered from. The animals lived together in peace and were not afraid. There was no such thing as pain or sickness or death, and the food they ate from the trees was perfect food. We know from the Genesis story that this “tree of life” talked about in the book of Revelation was </w:t>
      </w:r>
      <w:r>
        <w:rPr>
          <w:rFonts w:ascii="Georgia" w:hAnsi="Georgia" w:eastAsia="Georgia"/>
          <w:b w:val="0"/>
          <w:i/>
          <w:sz w:val="21"/>
          <w:u w:val="none"/>
        </w:rPr>
        <w:t xml:space="preserve">in </w:t>
      </w:r>
      <w:r>
        <w:rPr>
          <w:rFonts w:ascii="Georgia" w:hAnsi="Georgia" w:eastAsia="Georgia"/>
          <w:b w:val="0"/>
          <w:i w:val="0"/>
          <w:sz w:val="21"/>
          <w:u w:val="none"/>
        </w:rPr>
        <w:t xml:space="preserve">that garden. God had intended it for them in the first place, but they </w:t>
      </w:r>
      <w:r>
        <w:rPr>
          <w:rFonts w:ascii="Georgia" w:hAnsi="Georgia" w:eastAsia="Georgia"/>
          <w:b w:val="0"/>
          <w:i/>
          <w:sz w:val="21"/>
          <w:u w:val="none"/>
        </w:rPr>
        <w:t xml:space="preserve">ruined </w:t>
      </w:r>
      <w:r>
        <w:rPr>
          <w:rFonts w:ascii="Georgia" w:hAnsi="Georgia" w:eastAsia="Georgia"/>
          <w:b w:val="0"/>
          <w:i w:val="0"/>
          <w:sz w:val="21"/>
          <w:u w:val="none"/>
        </w:rPr>
        <w:t>it all. When they disobeyed, they were banished from that perfect place, and an angel with a flaming sword was stationed at its entrance to prevent them from returning. Why? “Lest they now take and eat from the tree of life and live forever”, He said. When sin entered the world, so did death, and man began to grow old and die, just as God told them they would.</w:t>
      </w:r>
    </w:p>
    <w:p>
      <w:pPr>
        <w:widowControl/>
      </w:pPr>
      <w:r>
        <w:rPr>
          <w:rFonts w:ascii="Georgia" w:hAnsi="Georgia" w:eastAsia="Georgia"/>
          <w:b w:val="0"/>
          <w:i w:val="0"/>
          <w:sz w:val="21"/>
          <w:u w:val="none"/>
        </w:rPr>
        <w:t xml:space="preserve">Now God is omniscient and He is not limited by time. </w:t>
      </w:r>
      <w:r>
        <w:rPr>
          <w:rFonts w:ascii="Georgia" w:hAnsi="Georgia" w:eastAsia="Georgia"/>
          <w:b w:val="0"/>
          <w:i/>
          <w:sz w:val="21"/>
          <w:u w:val="none"/>
        </w:rPr>
        <w:t xml:space="preserve">He knew </w:t>
      </w:r>
      <w:r>
        <w:rPr>
          <w:rFonts w:ascii="Georgia" w:hAnsi="Georgia" w:eastAsia="Georgia"/>
          <w:b w:val="0"/>
          <w:i w:val="0"/>
          <w:sz w:val="21"/>
          <w:u w:val="none"/>
        </w:rPr>
        <w:t xml:space="preserve">before He ever created man that this would happen. But He didn’t want a race of robots. He wanted children who would </w:t>
      </w:r>
      <w:r>
        <w:rPr>
          <w:rFonts w:ascii="Georgia" w:hAnsi="Georgia" w:eastAsia="Georgia"/>
          <w:b w:val="0"/>
          <w:i/>
          <w:sz w:val="21"/>
          <w:u w:val="none"/>
        </w:rPr>
        <w:t xml:space="preserve">choose </w:t>
      </w:r>
      <w:r>
        <w:rPr>
          <w:rFonts w:ascii="Georgia" w:hAnsi="Georgia" w:eastAsia="Georgia"/>
          <w:b w:val="0"/>
          <w:i w:val="0"/>
          <w:sz w:val="21"/>
          <w:u w:val="none"/>
        </w:rPr>
        <w:t xml:space="preserve">to obey Him out of love, and in order for that to be, they would also have to have the choice to disobey. But God had “Plan B” in place before He ever implemented “Plan A”. He would restore all to the way it should be by becoming the sacrifice </w:t>
      </w:r>
      <w:r>
        <w:rPr>
          <w:rFonts w:ascii="Georgia" w:hAnsi="Georgia" w:eastAsia="Georgia"/>
          <w:b w:val="0"/>
          <w:i/>
          <w:sz w:val="21"/>
          <w:u w:val="none"/>
        </w:rPr>
        <w:t xml:space="preserve">Himself </w:t>
      </w:r>
      <w:r>
        <w:rPr>
          <w:rFonts w:ascii="Georgia" w:hAnsi="Georgia" w:eastAsia="Georgia"/>
          <w:b w:val="0"/>
          <w:i w:val="0"/>
          <w:sz w:val="21"/>
          <w:u w:val="none"/>
        </w:rPr>
        <w:t xml:space="preserve">to pay the price </w:t>
      </w:r>
      <w:r>
        <w:rPr>
          <w:rFonts w:ascii="Georgia" w:hAnsi="Georgia" w:eastAsia="Georgia"/>
          <w:b w:val="0"/>
          <w:i/>
          <w:sz w:val="21"/>
          <w:u w:val="none"/>
        </w:rPr>
        <w:t xml:space="preserve">He Himself required </w:t>
      </w:r>
      <w:r>
        <w:rPr>
          <w:rFonts w:ascii="Georgia" w:hAnsi="Georgia" w:eastAsia="Georgia"/>
          <w:b w:val="0"/>
          <w:i w:val="0"/>
          <w:sz w:val="21"/>
          <w:u w:val="none"/>
        </w:rPr>
        <w:t xml:space="preserve">as the consequence of sin. He would step into history as a human baby, </w:t>
      </w:r>
      <w:r>
        <w:rPr>
          <w:rFonts w:ascii="Georgia" w:hAnsi="Georgia" w:eastAsia="Georgia"/>
          <w:b w:val="0"/>
          <w:i/>
          <w:sz w:val="21"/>
          <w:u w:val="none"/>
        </w:rPr>
        <w:t xml:space="preserve">fulfill </w:t>
      </w:r>
      <w:r>
        <w:rPr>
          <w:rFonts w:ascii="Georgia" w:hAnsi="Georgia" w:eastAsia="Georgia"/>
          <w:b w:val="0"/>
          <w:i w:val="0"/>
          <w:sz w:val="21"/>
          <w:u w:val="none"/>
        </w:rPr>
        <w:t xml:space="preserve">His own perfect law and then die in our place. By His resurrection He declared His victory over death and then </w:t>
      </w:r>
      <w:r>
        <w:rPr>
          <w:rFonts w:ascii="Georgia" w:hAnsi="Georgia" w:eastAsia="Georgia"/>
          <w:b w:val="0"/>
          <w:i/>
          <w:sz w:val="21"/>
          <w:u w:val="none"/>
        </w:rPr>
        <w:t xml:space="preserve">gave </w:t>
      </w:r>
      <w:r>
        <w:rPr>
          <w:rFonts w:ascii="Georgia" w:hAnsi="Georgia" w:eastAsia="Georgia"/>
          <w:b w:val="0"/>
          <w:i w:val="0"/>
          <w:sz w:val="21"/>
          <w:u w:val="none"/>
        </w:rPr>
        <w:t xml:space="preserve">that victory to us as a </w:t>
      </w:r>
      <w:r>
        <w:rPr>
          <w:rFonts w:ascii="Georgia" w:hAnsi="Georgia" w:eastAsia="Georgia"/>
          <w:b w:val="0"/>
          <w:i/>
          <w:sz w:val="21"/>
          <w:u w:val="none"/>
        </w:rPr>
        <w:t xml:space="preserve">gift! </w:t>
      </w:r>
      <w:r>
        <w:rPr>
          <w:rFonts w:ascii="Georgia" w:hAnsi="Georgia" w:eastAsia="Georgia"/>
          <w:b w:val="0"/>
          <w:i w:val="0"/>
          <w:sz w:val="21"/>
          <w:u w:val="none"/>
        </w:rPr>
        <w:t xml:space="preserve">Because of Adam we live in a fallen world, but Jesus has overcome the world, and if we accept His free gift of eternal life, when our body dies, we step through that door into the life He had for us all along. Our life here is only a test. It’s meant to mold us and refine us until we come forth as gold, so when we stand one day before His throne He can say, “Well done, thou good and faithful servant – </w:t>
      </w:r>
      <w:r>
        <w:rPr>
          <w:rFonts w:ascii="Georgia" w:hAnsi="Georgia" w:eastAsia="Georgia"/>
          <w:b w:val="0"/>
          <w:i/>
          <w:sz w:val="21"/>
          <w:u w:val="none"/>
        </w:rPr>
        <w:t>enter into</w:t>
      </w:r>
      <w:r>
        <w:rPr>
          <w:rFonts w:ascii="Georgia" w:hAnsi="Georgia" w:eastAsia="Georgia"/>
          <w:b w:val="0"/>
          <w:i w:val="0"/>
          <w:sz w:val="21"/>
          <w:u w:val="none"/>
        </w:rPr>
        <w:t xml:space="preserve"> the </w:t>
      </w:r>
      <w:r>
        <w:rPr>
          <w:rFonts w:ascii="Georgia" w:hAnsi="Georgia" w:eastAsia="Georgia"/>
          <w:b w:val="0"/>
          <w:i/>
          <w:sz w:val="21"/>
          <w:u w:val="none"/>
        </w:rPr>
        <w:t xml:space="preserve">Joy </w:t>
      </w:r>
      <w:r>
        <w:rPr>
          <w:rFonts w:ascii="Georgia" w:hAnsi="Georgia" w:eastAsia="Georgia"/>
          <w:b w:val="0"/>
          <w:i w:val="0"/>
          <w:sz w:val="21"/>
          <w:u w:val="none"/>
        </w:rPr>
        <w:t>of the Lord!”</w:t>
      </w:r>
    </w:p>
    <w:p>
      <w:pPr>
        <w:widowControl/>
      </w:pPr>
      <w:r>
        <w:rPr>
          <w:rFonts w:ascii="Georgia" w:hAnsi="Georgia" w:eastAsia="Georgia"/>
          <w:b w:val="0"/>
          <w:i w:val="0"/>
          <w:sz w:val="21"/>
          <w:u w:val="none"/>
        </w:rPr>
        <w:t>I’d like to close today with a story taken from my devotional Bible that touched me, and I hope it will touch your heart too:</w:t>
      </w:r>
    </w:p>
    <w:p>
      <w:pPr>
        <w:widowControl/>
      </w:pPr>
      <w:r>
        <w:rPr>
          <w:rFonts w:ascii="Georgia" w:hAnsi="Georgia" w:eastAsia="Georgia"/>
          <w:b w:val="0"/>
          <w:i w:val="0"/>
          <w:sz w:val="21"/>
          <w:u w:val="none"/>
        </w:rPr>
        <w:t xml:space="preserve">“When John Todd was only six, both his parents died. A loving aunt sent her horse and a slave named Caesar to get John. On the way home, John asked Caesar if he was expected, if his aunt would </w:t>
      </w:r>
      <w:r>
        <w:rPr>
          <w:rFonts w:ascii="Georgia" w:hAnsi="Georgia" w:eastAsia="Georgia"/>
          <w:b w:val="0"/>
          <w:i/>
          <w:sz w:val="21"/>
          <w:u w:val="none"/>
        </w:rPr>
        <w:t xml:space="preserve">be there, </w:t>
      </w:r>
      <w:r>
        <w:rPr>
          <w:rFonts w:ascii="Georgia" w:hAnsi="Georgia" w:eastAsia="Georgia"/>
          <w:b w:val="0"/>
          <w:i w:val="0"/>
          <w:sz w:val="21"/>
          <w:u w:val="none"/>
        </w:rPr>
        <w:t xml:space="preserve">if he would </w:t>
      </w:r>
      <w:r>
        <w:rPr>
          <w:rFonts w:ascii="Georgia" w:hAnsi="Georgia" w:eastAsia="Georgia"/>
          <w:b w:val="0"/>
          <w:i/>
          <w:sz w:val="21"/>
          <w:u w:val="none"/>
        </w:rPr>
        <w:t xml:space="preserve">like </w:t>
      </w:r>
      <w:r>
        <w:rPr>
          <w:rFonts w:ascii="Georgia" w:hAnsi="Georgia" w:eastAsia="Georgia"/>
          <w:b w:val="0"/>
          <w:i w:val="0"/>
          <w:sz w:val="21"/>
          <w:u w:val="none"/>
        </w:rPr>
        <w:t>living with her, if she would love him. To each question, Caesar replied, “Oh yes – You fall into good hands.” When they arrived, his aunt was waiting with open arms and an open heart. She became his second mother, and he loved her dearly. Years later, as his aunt was nearing death, John wrote:</w:t>
      </w:r>
    </w:p>
    <w:p>
      <w:pPr>
        <w:widowControl/>
      </w:pPr>
      <w:r>
        <w:rPr>
          <w:rFonts w:ascii="Georgia" w:hAnsi="Georgia" w:eastAsia="Georgia"/>
          <w:b w:val="0"/>
          <w:i w:val="0"/>
          <w:sz w:val="21"/>
          <w:u w:val="none"/>
        </w:rPr>
        <w:t xml:space="preserve">“My dear aunt – Years ago I left a house of death not knowing where I was to go, whether anyone cared, whether it was the end of me. The ride was long but --- there we were in the yard, and you embraced me and took me by the hand into my own room that you had made up. After all these years I still can’t believe it – how you did </w:t>
      </w:r>
      <w:r>
        <w:rPr>
          <w:rFonts w:ascii="Georgia" w:hAnsi="Georgia" w:eastAsia="Georgia"/>
          <w:b w:val="0"/>
          <w:i/>
          <w:sz w:val="21"/>
          <w:u w:val="none"/>
        </w:rPr>
        <w:t xml:space="preserve">all that </w:t>
      </w:r>
      <w:r>
        <w:rPr>
          <w:rFonts w:ascii="Georgia" w:hAnsi="Georgia" w:eastAsia="Georgia"/>
          <w:b w:val="0"/>
          <w:i w:val="0"/>
          <w:sz w:val="21"/>
          <w:u w:val="none"/>
        </w:rPr>
        <w:t xml:space="preserve">for </w:t>
      </w:r>
      <w:r>
        <w:rPr>
          <w:rFonts w:ascii="Georgia" w:hAnsi="Georgia" w:eastAsia="Georgia"/>
          <w:b w:val="0"/>
          <w:i/>
          <w:sz w:val="21"/>
          <w:u w:val="none"/>
        </w:rPr>
        <w:t>me</w:t>
      </w:r>
      <w:r>
        <w:rPr>
          <w:rFonts w:ascii="Georgia" w:hAnsi="Georgia" w:eastAsia="Georgia"/>
          <w:b w:val="0"/>
          <w:i w:val="0"/>
          <w:sz w:val="21"/>
          <w:u w:val="none"/>
        </w:rPr>
        <w:t xml:space="preserve">! – I was </w:t>
      </w:r>
      <w:r>
        <w:rPr>
          <w:rFonts w:ascii="Georgia" w:hAnsi="Georgia" w:eastAsia="Georgia"/>
          <w:b w:val="0"/>
          <w:i/>
          <w:sz w:val="21"/>
          <w:u w:val="none"/>
        </w:rPr>
        <w:t xml:space="preserve">expected! </w:t>
      </w:r>
      <w:r>
        <w:rPr>
          <w:rFonts w:ascii="Georgia" w:hAnsi="Georgia" w:eastAsia="Georgia"/>
          <w:b w:val="0"/>
          <w:i w:val="0"/>
          <w:sz w:val="21"/>
          <w:u w:val="none"/>
        </w:rPr>
        <w:t xml:space="preserve">I felt </w:t>
      </w:r>
      <w:r>
        <w:rPr>
          <w:rFonts w:ascii="Georgia" w:hAnsi="Georgia" w:eastAsia="Georgia"/>
          <w:b w:val="0"/>
          <w:i/>
          <w:sz w:val="21"/>
          <w:u w:val="none"/>
        </w:rPr>
        <w:t xml:space="preserve">safe </w:t>
      </w:r>
      <w:r>
        <w:rPr>
          <w:rFonts w:ascii="Georgia" w:hAnsi="Georgia" w:eastAsia="Georgia"/>
          <w:b w:val="0"/>
          <w:i w:val="0"/>
          <w:sz w:val="21"/>
          <w:u w:val="none"/>
        </w:rPr>
        <w:t xml:space="preserve">in that room – so welcomed. It was </w:t>
      </w:r>
      <w:r>
        <w:rPr>
          <w:rFonts w:ascii="Georgia" w:hAnsi="Georgia" w:eastAsia="Georgia"/>
          <w:b w:val="0"/>
          <w:i/>
          <w:sz w:val="21"/>
          <w:u w:val="none"/>
        </w:rPr>
        <w:t xml:space="preserve">my room! </w:t>
      </w:r>
      <w:r>
        <w:rPr>
          <w:rFonts w:ascii="Georgia" w:hAnsi="Georgia" w:eastAsia="Georgia"/>
          <w:b w:val="0"/>
          <w:i w:val="0"/>
          <w:sz w:val="21"/>
          <w:u w:val="none"/>
        </w:rPr>
        <w:t xml:space="preserve">Now it’s your turn to go, and as one who has tried it out, I’m writing to let you know that Someone is waiting up. Your room is all ready, the light is on, the door is open – and as you ride into the yard – don’t worry Auntie. You’re expected! I know! I once saw God standing in </w:t>
      </w:r>
      <w:r>
        <w:rPr>
          <w:rFonts w:ascii="Georgia" w:hAnsi="Georgia" w:eastAsia="Georgia"/>
          <w:b w:val="0"/>
          <w:i/>
          <w:sz w:val="21"/>
          <w:u w:val="none"/>
        </w:rPr>
        <w:t xml:space="preserve">your </w:t>
      </w:r>
      <w:r>
        <w:rPr>
          <w:rFonts w:ascii="Georgia" w:hAnsi="Georgia" w:eastAsia="Georgia"/>
          <w:b w:val="0"/>
          <w:i w:val="0"/>
          <w:sz w:val="21"/>
          <w:u w:val="none"/>
        </w:rPr>
        <w:t>doorway – on that night long ago.”</w:t>
      </w:r>
    </w:p>
    <w:p>
      <w:bookmarkStart w:id="18" w:name="reflection_17"/>
      <w:pPr>
        <w:pStyle w:val="Heading1"/>
      </w:pPr>
      <w:r>
        <w:rPr>
          <w:rFonts w:ascii="Georgia" w:hAnsi="Georgia" w:eastAsia="Georgia"/>
          <w:b/>
          <w:color w:val="226FA4"/>
          <w:sz w:val="34"/>
        </w:rPr>
        <w:t>Things</w:t>
      </w:r>
      <w:bookmarkEnd w:id="18"/>
    </w:p>
    <w:p>
      <w:pPr>
        <w:widowControl/>
      </w:pPr>
      <w:r>
        <w:rPr>
          <w:rFonts w:ascii="Georgia" w:hAnsi="Georgia" w:eastAsia="Georgia"/>
          <w:b w:val="0"/>
          <w:i w:val="0"/>
          <w:sz w:val="21"/>
          <w:u w:val="none"/>
        </w:rPr>
        <w:t xml:space="preserve">We are gradually getting back to normal in our house. It is Friday as I write this. Today I watered and groomed my houseplants including four new ones left from my mother-in-law’s funeral. It is taking me a while to decide the best place for them in the house since three of them are large. They are beautiful and I will think of Irene when I look at them. I also have </w:t>
      </w:r>
      <w:r>
        <w:rPr>
          <w:rFonts w:ascii="Georgia" w:hAnsi="Georgia" w:eastAsia="Georgia"/>
          <w:b w:val="0"/>
          <w:i/>
          <w:sz w:val="21"/>
          <w:u w:val="none"/>
        </w:rPr>
        <w:t>another</w:t>
      </w:r>
      <w:r>
        <w:rPr>
          <w:rFonts w:ascii="Georgia" w:hAnsi="Georgia" w:eastAsia="Georgia"/>
          <w:b w:val="0"/>
          <w:i w:val="0"/>
          <w:sz w:val="21"/>
          <w:u w:val="none"/>
        </w:rPr>
        <w:t xml:space="preserve"> big thing that needs a special place – it came by FedEx yesterday in a huge box and I ended up with packing foam peanuts all over my kitchen. It’s a 60 liter green demi-john bottle, and it came all the way from Delaware. I have collected green bottles for years and have more than I can display at one time, so I don’t pick up any new ones anymore unless they are really unique, which this one certainly is. It’s the biggest bottle I have ever seen, and I knew I would never find another like it. It was part of an estate that I found on eBay the day it was listed for a starting bid of ninety-nine cents. My first thought was, “I </w:t>
      </w:r>
      <w:r>
        <w:rPr>
          <w:rFonts w:ascii="Georgia" w:hAnsi="Georgia" w:eastAsia="Georgia"/>
          <w:b w:val="0"/>
          <w:i/>
          <w:sz w:val="21"/>
          <w:u w:val="none"/>
        </w:rPr>
        <w:t>want</w:t>
      </w:r>
      <w:r>
        <w:rPr>
          <w:rFonts w:ascii="Georgia" w:hAnsi="Georgia" w:eastAsia="Georgia"/>
          <w:b w:val="0"/>
          <w:i w:val="0"/>
          <w:sz w:val="21"/>
          <w:u w:val="none"/>
        </w:rPr>
        <w:t xml:space="preserve"> this bottle!!” Now I have never bought anything online</w:t>
      </w:r>
      <w:r>
        <w:rPr>
          <w:rFonts w:ascii="Georgia" w:hAnsi="Georgia" w:eastAsia="Georgia"/>
          <w:b w:val="0"/>
          <w:i w:val="0"/>
          <w:sz w:val="21"/>
          <w:u w:val="none"/>
        </w:rPr>
        <w:t xml:space="preserve"> before, but I decided to register and give it a shot. By the last day it was higher than I wanted to pay and I was resigned to the fact that this bottle would not be mine. “God must not want you to have it, and this is </w:t>
      </w:r>
      <w:r>
        <w:rPr>
          <w:rFonts w:ascii="Georgia" w:hAnsi="Georgia" w:eastAsia="Georgia"/>
          <w:b w:val="0"/>
          <w:i/>
          <w:sz w:val="21"/>
          <w:u w:val="none"/>
        </w:rPr>
        <w:t>not</w:t>
      </w:r>
      <w:r>
        <w:rPr>
          <w:rFonts w:ascii="Georgia" w:hAnsi="Georgia" w:eastAsia="Georgia"/>
          <w:b w:val="0"/>
          <w:i w:val="0"/>
          <w:sz w:val="21"/>
          <w:u w:val="none"/>
        </w:rPr>
        <w:t xml:space="preserve"> something you need”, I told myself, “so accept it and forget about it!” But I </w:t>
      </w:r>
      <w:r>
        <w:rPr>
          <w:rFonts w:ascii="Georgia" w:hAnsi="Georgia" w:eastAsia="Georgia"/>
          <w:b w:val="0"/>
          <w:i/>
          <w:sz w:val="21"/>
          <w:u w:val="none"/>
        </w:rPr>
        <w:t>was</w:t>
      </w:r>
      <w:r>
        <w:rPr>
          <w:rFonts w:ascii="Georgia" w:hAnsi="Georgia" w:eastAsia="Georgia"/>
          <w:b w:val="0"/>
          <w:i w:val="0"/>
          <w:sz w:val="21"/>
          <w:u w:val="none"/>
        </w:rPr>
        <w:t xml:space="preserve"> disappointed. I decided maybe this was a test, to see if I had really learned anything. It brought to mind a similar experience of almost thirty years ago:</w:t>
      </w:r>
    </w:p>
    <w:p>
      <w:pPr>
        <w:widowControl/>
      </w:pPr>
      <w:r>
        <w:rPr>
          <w:rFonts w:ascii="Georgia" w:hAnsi="Georgia" w:eastAsia="Georgia"/>
          <w:b w:val="0"/>
          <w:i w:val="0"/>
          <w:sz w:val="21"/>
          <w:u w:val="none"/>
        </w:rPr>
        <w:t xml:space="preserve">My grandmother had died and the children and grandchildren had gathered at her house to divide up her things. She had a beautiful old bedroom set with a dressing table with three large mirrors that fold in so you could see yourself from all angles. I had slept in that bed many times and thought I sure would like to have that bedroom set. Everyone agreed to let me have it, and the men loaded the disassembled bed into our trailer. I was overjoyed! But that joy was short-lived. Since the pieces had been put into an upstairs room, her stairway had been changed and now came through the opposite side of the wall at a sharp angle. Try as they might, the men could not get either the dressing table or the armoire around that corner at the bottom of the steps. They tried for several </w:t>
      </w:r>
      <w:r>
        <w:rPr>
          <w:rFonts w:ascii="Georgia" w:hAnsi="Georgia" w:eastAsia="Georgia"/>
          <w:b w:val="0"/>
          <w:i/>
          <w:sz w:val="21"/>
          <w:u w:val="none"/>
        </w:rPr>
        <w:t>hours</w:t>
      </w:r>
      <w:r>
        <w:rPr>
          <w:rFonts w:ascii="Georgia" w:hAnsi="Georgia" w:eastAsia="Georgia"/>
          <w:b w:val="0"/>
          <w:i w:val="0"/>
          <w:sz w:val="21"/>
          <w:u w:val="none"/>
        </w:rPr>
        <w:t xml:space="preserve">, taking each piece back upstairs and down again at a different angle, but it was not to be. It was decided they would have to stay in the house. I went home that day </w:t>
      </w:r>
      <w:r>
        <w:rPr>
          <w:rFonts w:ascii="Georgia" w:hAnsi="Georgia" w:eastAsia="Georgia"/>
          <w:b w:val="0"/>
          <w:i/>
          <w:sz w:val="21"/>
          <w:u w:val="none"/>
        </w:rPr>
        <w:t>dissatisfied</w:t>
      </w:r>
      <w:r>
        <w:rPr>
          <w:rFonts w:ascii="Georgia" w:hAnsi="Georgia" w:eastAsia="Georgia"/>
          <w:b w:val="0"/>
          <w:i w:val="0"/>
          <w:sz w:val="21"/>
          <w:u w:val="none"/>
        </w:rPr>
        <w:t xml:space="preserve"> even though the load </w:t>
      </w:r>
      <w:r>
        <w:rPr>
          <w:rFonts w:ascii="Georgia" w:hAnsi="Georgia" w:eastAsia="Georgia"/>
          <w:b w:val="0"/>
          <w:i/>
          <w:sz w:val="21"/>
          <w:u w:val="none"/>
        </w:rPr>
        <w:t>we</w:t>
      </w:r>
      <w:r>
        <w:rPr>
          <w:rFonts w:ascii="Georgia" w:hAnsi="Georgia" w:eastAsia="Georgia"/>
          <w:b w:val="0"/>
          <w:i w:val="0"/>
          <w:sz w:val="21"/>
          <w:u w:val="none"/>
        </w:rPr>
        <w:t xml:space="preserve"> took was actually the </w:t>
      </w:r>
      <w:r>
        <w:rPr>
          <w:rFonts w:ascii="Georgia" w:hAnsi="Georgia" w:eastAsia="Georgia"/>
          <w:b w:val="0"/>
          <w:i/>
          <w:sz w:val="21"/>
          <w:u w:val="none"/>
        </w:rPr>
        <w:t>most</w:t>
      </w:r>
      <w:r>
        <w:rPr>
          <w:rFonts w:ascii="Georgia" w:hAnsi="Georgia" w:eastAsia="Georgia"/>
          <w:b w:val="0"/>
          <w:i w:val="0"/>
          <w:sz w:val="21"/>
          <w:u w:val="none"/>
        </w:rPr>
        <w:t xml:space="preserve"> any of us took home. I had had my hopes dashed, and I secretly mourned for two pieces of furniture that “should have been” mine. “What good was the bed if nothing else in the room would match?” I thought. --- Now I </w:t>
      </w:r>
      <w:r>
        <w:rPr>
          <w:rFonts w:ascii="Georgia" w:hAnsi="Georgia" w:eastAsia="Georgia"/>
          <w:b w:val="0"/>
          <w:i/>
          <w:sz w:val="21"/>
          <w:u w:val="none"/>
        </w:rPr>
        <w:t>knew</w:t>
      </w:r>
      <w:r>
        <w:rPr>
          <w:rFonts w:ascii="Georgia" w:hAnsi="Georgia" w:eastAsia="Georgia"/>
          <w:b w:val="0"/>
          <w:i w:val="0"/>
          <w:sz w:val="21"/>
          <w:u w:val="none"/>
        </w:rPr>
        <w:t xml:space="preserve"> I was acting like a spoiled child, but I couldn’t get my lust for what I couldn’t </w:t>
      </w:r>
      <w:r>
        <w:rPr>
          <w:rFonts w:ascii="Georgia" w:hAnsi="Georgia" w:eastAsia="Georgia"/>
          <w:b w:val="0"/>
          <w:i/>
          <w:sz w:val="21"/>
          <w:u w:val="none"/>
        </w:rPr>
        <w:t>have</w:t>
      </w:r>
      <w:r>
        <w:rPr>
          <w:rFonts w:ascii="Georgia" w:hAnsi="Georgia" w:eastAsia="Georgia"/>
          <w:b w:val="0"/>
          <w:i w:val="0"/>
          <w:sz w:val="21"/>
          <w:u w:val="none"/>
        </w:rPr>
        <w:t xml:space="preserve"> to go away, and it was making me miserable. I was ashamed of myself, so told no-one about this ridiculous struggle I was having with my own greed. It was like God was saying to me, “You really don’t need those things – let it go”, and my reply was, “No- I won’t! They said I could have them and I want them – it’s not </w:t>
      </w:r>
      <w:r>
        <w:rPr>
          <w:rFonts w:ascii="Georgia" w:hAnsi="Georgia" w:eastAsia="Georgia"/>
          <w:b w:val="0"/>
          <w:i/>
          <w:sz w:val="21"/>
          <w:u w:val="none"/>
        </w:rPr>
        <w:t>fair!!!”</w:t>
      </w:r>
    </w:p>
    <w:p>
      <w:pPr>
        <w:widowControl/>
      </w:pPr>
      <w:r>
        <w:rPr>
          <w:rFonts w:ascii="Georgia" w:hAnsi="Georgia" w:eastAsia="Georgia"/>
          <w:b w:val="0"/>
          <w:i w:val="0"/>
          <w:sz w:val="21"/>
          <w:u w:val="none"/>
        </w:rPr>
        <w:t>The day finally came when I had had enough. Did I intend to continue resenting the facts of life, and resenting God for not letting me have my way, for the rest of my life? What a small thing to get all bent out of shape over! So I finally gave up and let it go. I accepted that this was the way it was meant to be and having a tantrum over it would not change one thing. I asked God to forgive me for my stinking attitude and to change my heart so that I would long for these “things” no longer. It was like a load had actually been lifted off of me and I was free. I didn’t even think about the bedroom set again for two weeks – and then one night I got a phone call. It was my uncle who lived in Houston. He owned grandma’s house now and he had rented it out to a local family. “I’m in Osage”, he said, “and I’ve hired a carpenter to remove the window frame. If you come down tomorrow to get them, we’ll get the other two pieces of your bedroom set out through the window and you can take them home.” …. We are sleeping in that bed to this day, and the armoire and the dressing table match.</w:t>
      </w:r>
    </w:p>
    <w:p>
      <w:pPr>
        <w:widowControl/>
      </w:pPr>
      <w:r>
        <w:rPr>
          <w:rFonts w:ascii="Georgia" w:hAnsi="Georgia" w:eastAsia="Georgia"/>
          <w:b w:val="0"/>
          <w:i w:val="0"/>
          <w:sz w:val="21"/>
          <w:u w:val="none"/>
        </w:rPr>
        <w:t xml:space="preserve">Does God really care about such things as these in our lives? I have no doubt about it because I have seen how it works. When I was finally willing to let go of what </w:t>
      </w:r>
      <w:r>
        <w:rPr>
          <w:rFonts w:ascii="Georgia" w:hAnsi="Georgia" w:eastAsia="Georgia"/>
          <w:b w:val="0"/>
          <w:i/>
          <w:sz w:val="21"/>
          <w:u w:val="none"/>
        </w:rPr>
        <w:t>I</w:t>
      </w:r>
      <w:r>
        <w:rPr>
          <w:rFonts w:ascii="Georgia" w:hAnsi="Georgia" w:eastAsia="Georgia"/>
          <w:b w:val="0"/>
          <w:i w:val="0"/>
          <w:sz w:val="21"/>
          <w:u w:val="none"/>
        </w:rPr>
        <w:t xml:space="preserve"> wanted and accept </w:t>
      </w:r>
      <w:r>
        <w:rPr>
          <w:rFonts w:ascii="Georgia" w:hAnsi="Georgia" w:eastAsia="Georgia"/>
          <w:b w:val="0"/>
          <w:i/>
          <w:sz w:val="21"/>
          <w:u w:val="none"/>
        </w:rPr>
        <w:t>His</w:t>
      </w:r>
      <w:r>
        <w:rPr>
          <w:rFonts w:ascii="Georgia" w:hAnsi="Georgia" w:eastAsia="Georgia"/>
          <w:b w:val="0"/>
          <w:i w:val="0"/>
          <w:sz w:val="21"/>
          <w:u w:val="none"/>
        </w:rPr>
        <w:t xml:space="preserve"> will for me with no strings attached, then it’s as though He was saying to me, “Okay – you’ve learned what I wanted to teach you through this – </w:t>
      </w:r>
      <w:r>
        <w:rPr>
          <w:rFonts w:ascii="Georgia" w:hAnsi="Georgia" w:eastAsia="Georgia"/>
          <w:b w:val="0"/>
          <w:i/>
          <w:sz w:val="21"/>
          <w:u w:val="none"/>
        </w:rPr>
        <w:t>now</w:t>
      </w:r>
      <w:r>
        <w:rPr>
          <w:rFonts w:ascii="Georgia" w:hAnsi="Georgia" w:eastAsia="Georgia"/>
          <w:b w:val="0"/>
          <w:i w:val="0"/>
          <w:sz w:val="21"/>
          <w:u w:val="none"/>
        </w:rPr>
        <w:t xml:space="preserve"> you may have your treasure.” Psalm 37:4 says, “Delight yourself in the Lord and He will give you the desires of your heart.” In Matthew 6 Jesus Himself says we are not to </w:t>
      </w:r>
      <w:r>
        <w:rPr>
          <w:rFonts w:ascii="Georgia" w:hAnsi="Georgia" w:eastAsia="Georgia"/>
          <w:b w:val="0"/>
          <w:i/>
          <w:sz w:val="21"/>
          <w:u w:val="none"/>
        </w:rPr>
        <w:t>worry</w:t>
      </w:r>
      <w:r>
        <w:rPr>
          <w:rFonts w:ascii="Georgia" w:hAnsi="Georgia" w:eastAsia="Georgia"/>
          <w:b w:val="0"/>
          <w:i w:val="0"/>
          <w:sz w:val="21"/>
          <w:u w:val="none"/>
        </w:rPr>
        <w:t xml:space="preserve"> about any of these things – not even what we will eat or what we will wear. He says, “Your heavenly Father </w:t>
      </w:r>
      <w:r>
        <w:rPr>
          <w:rFonts w:ascii="Georgia" w:hAnsi="Georgia" w:eastAsia="Georgia"/>
          <w:b w:val="0"/>
          <w:i/>
          <w:sz w:val="21"/>
          <w:u w:val="none"/>
        </w:rPr>
        <w:t>knows</w:t>
      </w:r>
      <w:r>
        <w:rPr>
          <w:rFonts w:ascii="Georgia" w:hAnsi="Georgia" w:eastAsia="Georgia"/>
          <w:b w:val="0"/>
          <w:i w:val="0"/>
          <w:sz w:val="21"/>
          <w:u w:val="none"/>
        </w:rPr>
        <w:t xml:space="preserve"> that you need these things – but you seek </w:t>
      </w:r>
      <w:r>
        <w:rPr>
          <w:rFonts w:ascii="Georgia" w:hAnsi="Georgia" w:eastAsia="Georgia"/>
          <w:b w:val="0"/>
          <w:i/>
          <w:sz w:val="21"/>
          <w:u w:val="none"/>
        </w:rPr>
        <w:t>first</w:t>
      </w:r>
      <w:r>
        <w:rPr>
          <w:rFonts w:ascii="Georgia" w:hAnsi="Georgia" w:eastAsia="Georgia"/>
          <w:b w:val="0"/>
          <w:i w:val="0"/>
          <w:sz w:val="21"/>
          <w:u w:val="none"/>
        </w:rPr>
        <w:t xml:space="preserve"> His kingdom and His </w:t>
      </w:r>
      <w:r>
        <w:rPr>
          <w:rFonts w:ascii="Georgia" w:hAnsi="Georgia" w:eastAsia="Georgia"/>
          <w:b w:val="0"/>
          <w:i/>
          <w:sz w:val="21"/>
          <w:u w:val="none"/>
        </w:rPr>
        <w:t>righteousness</w:t>
      </w:r>
      <w:r>
        <w:rPr>
          <w:rFonts w:ascii="Georgia" w:hAnsi="Georgia" w:eastAsia="Georgia"/>
          <w:b w:val="0"/>
          <w:i w:val="0"/>
          <w:sz w:val="21"/>
          <w:u w:val="none"/>
        </w:rPr>
        <w:t xml:space="preserve"> – then all these </w:t>
      </w:r>
      <w:r>
        <w:rPr>
          <w:rFonts w:ascii="Georgia" w:hAnsi="Georgia" w:eastAsia="Georgia"/>
          <w:b w:val="0"/>
          <w:i/>
          <w:sz w:val="21"/>
          <w:u w:val="none"/>
        </w:rPr>
        <w:t>things</w:t>
      </w:r>
      <w:r>
        <w:rPr>
          <w:rFonts w:ascii="Georgia" w:hAnsi="Georgia" w:eastAsia="Georgia"/>
          <w:b w:val="0"/>
          <w:i w:val="0"/>
          <w:sz w:val="21"/>
          <w:u w:val="none"/>
        </w:rPr>
        <w:t xml:space="preserve"> will be given to you as </w:t>
      </w:r>
      <w:r>
        <w:rPr>
          <w:rFonts w:ascii="Georgia" w:hAnsi="Georgia" w:eastAsia="Georgia"/>
          <w:b w:val="0"/>
          <w:i/>
          <w:sz w:val="21"/>
          <w:u w:val="none"/>
        </w:rPr>
        <w:t>well</w:t>
      </w:r>
      <w:r>
        <w:rPr>
          <w:rFonts w:ascii="Georgia" w:hAnsi="Georgia" w:eastAsia="Georgia"/>
          <w:b w:val="0"/>
          <w:i w:val="0"/>
          <w:sz w:val="21"/>
          <w:u w:val="none"/>
        </w:rPr>
        <w:t xml:space="preserve">.” Can we </w:t>
      </w:r>
      <w:r>
        <w:rPr>
          <w:rFonts w:ascii="Georgia" w:hAnsi="Georgia" w:eastAsia="Georgia"/>
          <w:b w:val="0"/>
          <w:i/>
          <w:sz w:val="21"/>
          <w:u w:val="none"/>
        </w:rPr>
        <w:t>trust</w:t>
      </w:r>
      <w:r>
        <w:rPr>
          <w:rFonts w:ascii="Georgia" w:hAnsi="Georgia" w:eastAsia="Georgia"/>
          <w:b w:val="0"/>
          <w:i w:val="0"/>
          <w:sz w:val="21"/>
          <w:u w:val="none"/>
        </w:rPr>
        <w:t xml:space="preserve"> Him to keep His word on this? “No”, you may say – I asked Him for this and I asked Him for that, but He always says “No”. If this is our experience maybe it’s because we are paying too much attention to the </w:t>
      </w:r>
      <w:r>
        <w:rPr>
          <w:rFonts w:ascii="Georgia" w:hAnsi="Georgia" w:eastAsia="Georgia"/>
          <w:b w:val="0"/>
          <w:i/>
          <w:sz w:val="21"/>
          <w:u w:val="none"/>
        </w:rPr>
        <w:t>last</w:t>
      </w:r>
      <w:r>
        <w:rPr>
          <w:rFonts w:ascii="Georgia" w:hAnsi="Georgia" w:eastAsia="Georgia"/>
          <w:b w:val="0"/>
          <w:i w:val="0"/>
          <w:sz w:val="21"/>
          <w:u w:val="none"/>
        </w:rPr>
        <w:t xml:space="preserve"> part. </w:t>
      </w:r>
      <w:r>
        <w:rPr>
          <w:rFonts w:ascii="Georgia" w:hAnsi="Georgia" w:eastAsia="Georgia"/>
          <w:b w:val="0"/>
          <w:i/>
          <w:sz w:val="21"/>
          <w:u w:val="none"/>
        </w:rPr>
        <w:t>Are</w:t>
      </w:r>
      <w:r>
        <w:rPr>
          <w:rFonts w:ascii="Georgia" w:hAnsi="Georgia" w:eastAsia="Georgia"/>
          <w:b w:val="0"/>
          <w:i w:val="0"/>
          <w:sz w:val="21"/>
          <w:u w:val="none"/>
        </w:rPr>
        <w:t xml:space="preserve"> we seeking God’s kingdom above all else? Are we seeking </w:t>
      </w:r>
      <w:r>
        <w:rPr>
          <w:rFonts w:ascii="Georgia" w:hAnsi="Georgia" w:eastAsia="Georgia"/>
          <w:b w:val="0"/>
          <w:i/>
          <w:sz w:val="21"/>
          <w:u w:val="none"/>
        </w:rPr>
        <w:t>His</w:t>
      </w:r>
      <w:r>
        <w:rPr>
          <w:rFonts w:ascii="Georgia" w:hAnsi="Georgia" w:eastAsia="Georgia"/>
          <w:b w:val="0"/>
          <w:i w:val="0"/>
          <w:sz w:val="21"/>
          <w:u w:val="none"/>
        </w:rPr>
        <w:t xml:space="preserve"> righteousness? And is the </w:t>
      </w:r>
      <w:r>
        <w:rPr>
          <w:rFonts w:ascii="Georgia" w:hAnsi="Georgia" w:eastAsia="Georgia"/>
          <w:b w:val="0"/>
          <w:i/>
          <w:sz w:val="21"/>
          <w:u w:val="none"/>
        </w:rPr>
        <w:t>Lord</w:t>
      </w:r>
      <w:r>
        <w:rPr>
          <w:rFonts w:ascii="Georgia" w:hAnsi="Georgia" w:eastAsia="Georgia"/>
          <w:b w:val="0"/>
          <w:i w:val="0"/>
          <w:sz w:val="21"/>
          <w:u w:val="none"/>
        </w:rPr>
        <w:t xml:space="preserve"> our </w:t>
      </w:r>
      <w:r>
        <w:rPr>
          <w:rFonts w:ascii="Georgia" w:hAnsi="Georgia" w:eastAsia="Georgia"/>
          <w:b w:val="0"/>
          <w:i/>
          <w:sz w:val="21"/>
          <w:u w:val="none"/>
        </w:rPr>
        <w:t>delight first</w:t>
      </w:r>
      <w:r>
        <w:rPr>
          <w:rFonts w:ascii="Georgia" w:hAnsi="Georgia" w:eastAsia="Georgia"/>
          <w:b w:val="0"/>
          <w:i w:val="0"/>
          <w:sz w:val="21"/>
          <w:u w:val="none"/>
        </w:rPr>
        <w:t xml:space="preserve"> above everything else? When material things become more important to us than our relationship with Him, they become </w:t>
      </w:r>
      <w:r>
        <w:rPr>
          <w:rFonts w:ascii="Georgia" w:hAnsi="Georgia" w:eastAsia="Georgia"/>
          <w:b w:val="0"/>
          <w:i/>
          <w:sz w:val="21"/>
          <w:u w:val="none"/>
        </w:rPr>
        <w:t>idols</w:t>
      </w:r>
      <w:r>
        <w:rPr>
          <w:rFonts w:ascii="Georgia" w:hAnsi="Georgia" w:eastAsia="Georgia"/>
          <w:b w:val="0"/>
          <w:i w:val="0"/>
          <w:sz w:val="21"/>
          <w:u w:val="none"/>
        </w:rPr>
        <w:t xml:space="preserve">! This is why Jesus said it’s so hard for a rich man to enter the kingdom of God. But when we put Him </w:t>
      </w:r>
      <w:r>
        <w:rPr>
          <w:rFonts w:ascii="Georgia" w:hAnsi="Georgia" w:eastAsia="Georgia"/>
          <w:b w:val="0"/>
          <w:i/>
          <w:sz w:val="21"/>
          <w:u w:val="none"/>
        </w:rPr>
        <w:t>first</w:t>
      </w:r>
      <w:r>
        <w:rPr>
          <w:rFonts w:ascii="Georgia" w:hAnsi="Georgia" w:eastAsia="Georgia"/>
          <w:b w:val="0"/>
          <w:i w:val="0"/>
          <w:sz w:val="21"/>
          <w:u w:val="none"/>
        </w:rPr>
        <w:t xml:space="preserve"> He will bend over backwards to give in return just as a loving earthly father gives to the children in whom he delights.</w:t>
      </w:r>
    </w:p>
    <w:p>
      <w:pPr>
        <w:widowControl/>
      </w:pPr>
      <w:r>
        <w:rPr>
          <w:rFonts w:ascii="Georgia" w:hAnsi="Georgia" w:eastAsia="Georgia"/>
          <w:b w:val="0"/>
          <w:i w:val="0"/>
          <w:sz w:val="21"/>
          <w:u w:val="none"/>
        </w:rPr>
        <w:t xml:space="preserve">Jesus said God will give us whatever we ask </w:t>
      </w:r>
      <w:r>
        <w:rPr>
          <w:rFonts w:ascii="Georgia" w:hAnsi="Georgia" w:eastAsia="Georgia"/>
          <w:b w:val="0"/>
          <w:i/>
          <w:sz w:val="21"/>
          <w:u w:val="none"/>
        </w:rPr>
        <w:t>in His name</w:t>
      </w:r>
      <w:r>
        <w:rPr>
          <w:rFonts w:ascii="Georgia" w:hAnsi="Georgia" w:eastAsia="Georgia"/>
          <w:b w:val="0"/>
          <w:i w:val="0"/>
          <w:sz w:val="21"/>
          <w:u w:val="none"/>
        </w:rPr>
        <w:t xml:space="preserve"> and according to the Father’s </w:t>
      </w:r>
      <w:r>
        <w:rPr>
          <w:rFonts w:ascii="Georgia" w:hAnsi="Georgia" w:eastAsia="Georgia"/>
          <w:b w:val="0"/>
          <w:i/>
          <w:sz w:val="21"/>
          <w:u w:val="none"/>
        </w:rPr>
        <w:t>will</w:t>
      </w:r>
      <w:r>
        <w:rPr>
          <w:rFonts w:ascii="Georgia" w:hAnsi="Georgia" w:eastAsia="Georgia"/>
          <w:b w:val="0"/>
          <w:i w:val="0"/>
          <w:sz w:val="21"/>
          <w:u w:val="none"/>
        </w:rPr>
        <w:t xml:space="preserve">. When we ask in Jesus name, we will not </w:t>
      </w:r>
      <w:r>
        <w:rPr>
          <w:rFonts w:ascii="Georgia" w:hAnsi="Georgia" w:eastAsia="Georgia"/>
          <w:b w:val="0"/>
          <w:i/>
          <w:sz w:val="21"/>
          <w:u w:val="none"/>
        </w:rPr>
        <w:t>ask</w:t>
      </w:r>
      <w:r>
        <w:rPr>
          <w:rFonts w:ascii="Georgia" w:hAnsi="Georgia" w:eastAsia="Georgia"/>
          <w:b w:val="0"/>
          <w:i w:val="0"/>
          <w:sz w:val="21"/>
          <w:u w:val="none"/>
        </w:rPr>
        <w:t xml:space="preserve"> for anything Jesus Himself would not ask for, and when we are filled with the Holy Spirit who lives </w:t>
      </w:r>
      <w:r>
        <w:rPr>
          <w:rFonts w:ascii="Georgia" w:hAnsi="Georgia" w:eastAsia="Georgia"/>
          <w:b w:val="0"/>
          <w:i/>
          <w:sz w:val="21"/>
          <w:u w:val="none"/>
        </w:rPr>
        <w:t>in</w:t>
      </w:r>
      <w:r>
        <w:rPr>
          <w:rFonts w:ascii="Georgia" w:hAnsi="Georgia" w:eastAsia="Georgia"/>
          <w:b w:val="0"/>
          <w:i w:val="0"/>
          <w:sz w:val="21"/>
          <w:u w:val="none"/>
        </w:rPr>
        <w:t xml:space="preserve"> us who are born again, our will becomes </w:t>
      </w:r>
      <w:r>
        <w:rPr>
          <w:rFonts w:ascii="Georgia" w:hAnsi="Georgia" w:eastAsia="Georgia"/>
          <w:b w:val="0"/>
          <w:i/>
          <w:sz w:val="21"/>
          <w:u w:val="none"/>
        </w:rPr>
        <w:t>His</w:t>
      </w:r>
      <w:r>
        <w:rPr>
          <w:rFonts w:ascii="Georgia" w:hAnsi="Georgia" w:eastAsia="Georgia"/>
          <w:b w:val="0"/>
          <w:i w:val="0"/>
          <w:sz w:val="21"/>
          <w:u w:val="none"/>
        </w:rPr>
        <w:t xml:space="preserve"> will. Oswald Chambers says, “As you yield to His working </w:t>
      </w:r>
      <w:r>
        <w:rPr>
          <w:rFonts w:ascii="Georgia" w:hAnsi="Georgia" w:eastAsia="Georgia"/>
          <w:b w:val="0"/>
          <w:i/>
          <w:sz w:val="21"/>
          <w:u w:val="none"/>
        </w:rPr>
        <w:t>in</w:t>
      </w:r>
      <w:r>
        <w:rPr>
          <w:rFonts w:ascii="Georgia" w:hAnsi="Georgia" w:eastAsia="Georgia"/>
          <w:b w:val="0"/>
          <w:i w:val="0"/>
          <w:sz w:val="21"/>
          <w:u w:val="none"/>
        </w:rPr>
        <w:t xml:space="preserve"> you, you do not bring an opposing will up against God’s will – God’s will </w:t>
      </w:r>
      <w:r>
        <w:rPr>
          <w:rFonts w:ascii="Georgia" w:hAnsi="Georgia" w:eastAsia="Georgia"/>
          <w:b w:val="0"/>
          <w:i/>
          <w:sz w:val="21"/>
          <w:u w:val="none"/>
        </w:rPr>
        <w:t>is your</w:t>
      </w:r>
      <w:r>
        <w:rPr>
          <w:rFonts w:ascii="Georgia" w:hAnsi="Georgia" w:eastAsia="Georgia"/>
          <w:b w:val="0"/>
          <w:i w:val="0"/>
          <w:sz w:val="21"/>
          <w:u w:val="none"/>
        </w:rPr>
        <w:t xml:space="preserve"> will! Your natural choices will be in accordance with God’s will, and living this life will be as natural as breathing.”</w:t>
      </w:r>
    </w:p>
    <w:p>
      <w:pPr>
        <w:widowControl/>
      </w:pPr>
      <w:r>
        <w:rPr>
          <w:rFonts w:ascii="Georgia" w:hAnsi="Georgia" w:eastAsia="Georgia"/>
          <w:b w:val="0"/>
          <w:i w:val="0"/>
          <w:sz w:val="21"/>
          <w:u w:val="none"/>
        </w:rPr>
        <w:t xml:space="preserve">Now I’m not as stubborn as I used to be. I like to think I have grown up, but in Christ I am still a child – still growing and still learning – learning to obey and learning to trust – learning to </w:t>
      </w:r>
      <w:r>
        <w:rPr>
          <w:rFonts w:ascii="Georgia" w:hAnsi="Georgia" w:eastAsia="Georgia"/>
          <w:b w:val="0"/>
          <w:i/>
          <w:sz w:val="21"/>
          <w:u w:val="none"/>
        </w:rPr>
        <w:t>love</w:t>
      </w:r>
      <w:r>
        <w:rPr>
          <w:rFonts w:ascii="Georgia" w:hAnsi="Georgia" w:eastAsia="Georgia"/>
          <w:b w:val="0"/>
          <w:i w:val="0"/>
          <w:sz w:val="21"/>
          <w:u w:val="none"/>
        </w:rPr>
        <w:t xml:space="preserve"> Him and “delight” in Him and to seek His kingdom first – </w:t>
      </w:r>
      <w:r>
        <w:rPr>
          <w:rFonts w:ascii="Georgia" w:hAnsi="Georgia" w:eastAsia="Georgia"/>
          <w:b w:val="0"/>
          <w:i/>
          <w:sz w:val="21"/>
          <w:u w:val="none"/>
        </w:rPr>
        <w:t>and</w:t>
      </w:r>
      <w:r>
        <w:rPr>
          <w:rFonts w:ascii="Georgia" w:hAnsi="Georgia" w:eastAsia="Georgia"/>
          <w:b w:val="0"/>
          <w:i w:val="0"/>
          <w:sz w:val="21"/>
          <w:u w:val="none"/>
        </w:rPr>
        <w:t xml:space="preserve"> to believe that </w:t>
      </w:r>
      <w:r>
        <w:rPr>
          <w:rFonts w:ascii="Georgia" w:hAnsi="Georgia" w:eastAsia="Georgia"/>
          <w:b w:val="0"/>
          <w:i/>
          <w:sz w:val="21"/>
          <w:u w:val="none"/>
        </w:rPr>
        <w:t>He</w:t>
      </w:r>
      <w:r>
        <w:rPr>
          <w:rFonts w:ascii="Georgia" w:hAnsi="Georgia" w:eastAsia="Georgia"/>
          <w:b w:val="0"/>
          <w:i w:val="0"/>
          <w:sz w:val="21"/>
          <w:u w:val="none"/>
        </w:rPr>
        <w:t xml:space="preserve"> loves me. The lesson I learned thirty years ago is always there as a reminder. And God is still blessing me even with things. When I accepted that the green bottle was not to be mine, much to my surprise, my </w:t>
      </w:r>
      <w:r>
        <w:rPr>
          <w:rFonts w:ascii="Georgia" w:hAnsi="Georgia" w:eastAsia="Georgia"/>
          <w:b w:val="0"/>
          <w:i/>
          <w:sz w:val="21"/>
          <w:u w:val="none"/>
        </w:rPr>
        <w:t>husband</w:t>
      </w:r>
      <w:r>
        <w:rPr>
          <w:rFonts w:ascii="Georgia" w:hAnsi="Georgia" w:eastAsia="Georgia"/>
          <w:b w:val="0"/>
          <w:i w:val="0"/>
          <w:sz w:val="21"/>
          <w:u w:val="none"/>
        </w:rPr>
        <w:t xml:space="preserve"> raised the bid- just because he loves me and he wanted to give me something – just like God does. There the wonderful bottle sits in my living room to remind me to never forget the lesson. God is good!</w:t>
      </w:r>
    </w:p>
    <w:p>
      <w:bookmarkStart w:id="19" w:name="reflection_18"/>
      <w:pPr>
        <w:pStyle w:val="Heading1"/>
      </w:pPr>
      <w:r>
        <w:rPr>
          <w:rFonts w:ascii="Georgia" w:hAnsi="Georgia" w:eastAsia="Georgia"/>
          <w:b/>
          <w:color w:val="226FA4"/>
          <w:sz w:val="34"/>
        </w:rPr>
        <w:t>Love – of God</w:t>
      </w:r>
      <w:bookmarkEnd w:id="19"/>
    </w:p>
    <w:p>
      <w:pPr>
        <w:widowControl/>
      </w:pPr>
      <w:r>
        <w:rPr>
          <w:rFonts w:ascii="Georgia" w:hAnsi="Georgia" w:eastAsia="Georgia"/>
          <w:b w:val="0"/>
          <w:i w:val="0"/>
          <w:sz w:val="21"/>
          <w:u w:val="none"/>
        </w:rPr>
        <w:t>As I look out our apartment door over all the other doors and windows surrounding the atrium, I see hearts and flowers and lace – because this is the month for Valentines and we have decorated our entryways to fit the theme. One word, spelled out in several places, says what it’s all about. That word is “love”.</w:t>
      </w:r>
    </w:p>
    <w:p>
      <w:pPr>
        <w:widowControl/>
      </w:pPr>
      <w:r>
        <w:rPr>
          <w:rFonts w:ascii="Georgia" w:hAnsi="Georgia" w:eastAsia="Georgia"/>
          <w:b w:val="0"/>
          <w:i w:val="0"/>
          <w:sz w:val="21"/>
          <w:u w:val="none"/>
        </w:rPr>
        <w:t>But “love” is a word hard to define. We use the same word in so many ways today. I say I love Jesus, I love my husband and I love my children and grandchildren – but then I also can say I love beautiful antiques, I love rummage sales, I love flowers; or I love pecan pie and ice cream or corned beef and cabbage; I love my cat as you may love your dog; and I even love back</w:t>
      </w:r>
      <w:r>
        <w:rPr>
          <w:rFonts w:ascii="Georgia" w:hAnsi="Georgia" w:eastAsia="Georgia"/>
          <w:b w:val="0"/>
          <w:i w:val="0"/>
          <w:sz w:val="21"/>
          <w:u w:val="none"/>
        </w:rPr>
        <w:t xml:space="preserve"> </w:t>
      </w:r>
      <w:r>
        <w:rPr>
          <w:rFonts w:ascii="Georgia" w:hAnsi="Georgia" w:eastAsia="Georgia"/>
          <w:b w:val="0"/>
          <w:i w:val="0"/>
          <w:sz w:val="21"/>
          <w:u w:val="none"/>
        </w:rPr>
        <w:t>rubs and my comfortable warm bed at the end of a long day. Now, does saying I “love” these things distort and minimize the real meaning of the word “love” as God intended it to be?</w:t>
      </w:r>
    </w:p>
    <w:p>
      <w:pPr>
        <w:widowControl/>
      </w:pPr>
      <w:r>
        <w:rPr>
          <w:rFonts w:ascii="Georgia" w:hAnsi="Georgia" w:eastAsia="Georgia"/>
          <w:b w:val="0"/>
          <w:i w:val="0"/>
          <w:sz w:val="21"/>
          <w:u w:val="none"/>
        </w:rPr>
        <w:t xml:space="preserve">Jesus said a lot about love. He asked the question, “Why do you call Me Lord, Lord, but you don’t </w:t>
      </w:r>
      <w:r>
        <w:rPr>
          <w:rFonts w:ascii="Georgia" w:hAnsi="Georgia" w:eastAsia="Georgia"/>
          <w:b w:val="0"/>
          <w:i/>
          <w:sz w:val="21"/>
          <w:u w:val="none"/>
        </w:rPr>
        <w:t xml:space="preserve">do </w:t>
      </w:r>
      <w:r>
        <w:rPr>
          <w:rFonts w:ascii="Georgia" w:hAnsi="Georgia" w:eastAsia="Georgia"/>
          <w:b w:val="0"/>
          <w:i w:val="0"/>
          <w:sz w:val="21"/>
          <w:u w:val="none"/>
        </w:rPr>
        <w:t xml:space="preserve">the thing? </w:t>
      </w:r>
      <w:r>
        <w:rPr>
          <w:rFonts w:ascii="Georgia" w:hAnsi="Georgia" w:eastAsia="Georgia"/>
          <w:b w:val="0"/>
          <w:i/>
          <w:sz w:val="21"/>
          <w:u w:val="none"/>
        </w:rPr>
        <w:t xml:space="preserve">If </w:t>
      </w:r>
      <w:r>
        <w:rPr>
          <w:rFonts w:ascii="Georgia" w:hAnsi="Georgia" w:eastAsia="Georgia"/>
          <w:b w:val="0"/>
          <w:i w:val="0"/>
          <w:sz w:val="21"/>
          <w:u w:val="none"/>
        </w:rPr>
        <w:t xml:space="preserve">you </w:t>
      </w:r>
      <w:r>
        <w:rPr>
          <w:rFonts w:ascii="Georgia" w:hAnsi="Georgia" w:eastAsia="Georgia"/>
          <w:b w:val="0"/>
          <w:i/>
          <w:sz w:val="21"/>
          <w:u w:val="none"/>
        </w:rPr>
        <w:t xml:space="preserve">love </w:t>
      </w:r>
      <w:r>
        <w:rPr>
          <w:rFonts w:ascii="Georgia" w:hAnsi="Georgia" w:eastAsia="Georgia"/>
          <w:b w:val="0"/>
          <w:i w:val="0"/>
          <w:sz w:val="21"/>
          <w:u w:val="none"/>
        </w:rPr>
        <w:t xml:space="preserve">Me, keep My commandments!” This </w:t>
      </w:r>
      <w:r>
        <w:rPr>
          <w:rFonts w:ascii="Georgia" w:hAnsi="Georgia" w:eastAsia="Georgia"/>
          <w:b w:val="0"/>
          <w:i/>
          <w:sz w:val="21"/>
          <w:u w:val="none"/>
        </w:rPr>
        <w:t xml:space="preserve">sounds </w:t>
      </w:r>
      <w:r>
        <w:rPr>
          <w:rFonts w:ascii="Georgia" w:hAnsi="Georgia" w:eastAsia="Georgia"/>
          <w:b w:val="0"/>
          <w:i w:val="0"/>
          <w:sz w:val="21"/>
          <w:u w:val="none"/>
        </w:rPr>
        <w:t xml:space="preserve">simple enough, but just what </w:t>
      </w:r>
      <w:r>
        <w:rPr>
          <w:rFonts w:ascii="Georgia" w:hAnsi="Georgia" w:eastAsia="Georgia"/>
          <w:b w:val="0"/>
          <w:i/>
          <w:sz w:val="21"/>
          <w:u w:val="none"/>
        </w:rPr>
        <w:t xml:space="preserve">are </w:t>
      </w:r>
      <w:r>
        <w:rPr>
          <w:rFonts w:ascii="Georgia" w:hAnsi="Georgia" w:eastAsia="Georgia"/>
          <w:b w:val="0"/>
          <w:i w:val="0"/>
          <w:sz w:val="21"/>
          <w:u w:val="none"/>
        </w:rPr>
        <w:t xml:space="preserve">His commandments? Someone asked Him once what </w:t>
      </w:r>
      <w:r>
        <w:rPr>
          <w:rFonts w:ascii="Georgia" w:hAnsi="Georgia" w:eastAsia="Georgia"/>
          <w:b w:val="0"/>
          <w:i/>
          <w:sz w:val="21"/>
          <w:u w:val="none"/>
        </w:rPr>
        <w:t xml:space="preserve">is </w:t>
      </w:r>
      <w:r>
        <w:rPr>
          <w:rFonts w:ascii="Georgia" w:hAnsi="Georgia" w:eastAsia="Georgia"/>
          <w:b w:val="0"/>
          <w:i w:val="0"/>
          <w:sz w:val="21"/>
          <w:u w:val="none"/>
        </w:rPr>
        <w:t xml:space="preserve">the greatest commandment? Mark 12:29-31 says He answered, “Hear O Israel, the Lord is One. </w:t>
      </w:r>
      <w:r>
        <w:rPr>
          <w:rFonts w:ascii="Georgia" w:hAnsi="Georgia" w:eastAsia="Georgia"/>
          <w:b w:val="0"/>
          <w:i/>
          <w:sz w:val="21"/>
          <w:u w:val="none"/>
        </w:rPr>
        <w:t xml:space="preserve">Love </w:t>
      </w:r>
      <w:r>
        <w:rPr>
          <w:rFonts w:ascii="Georgia" w:hAnsi="Georgia" w:eastAsia="Georgia"/>
          <w:b w:val="0"/>
          <w:i w:val="0"/>
          <w:sz w:val="21"/>
          <w:u w:val="none"/>
        </w:rPr>
        <w:t xml:space="preserve">the Lord your God with all your heart and with all your </w:t>
      </w:r>
      <w:r>
        <w:rPr>
          <w:rFonts w:ascii="Georgia" w:hAnsi="Georgia" w:eastAsia="Georgia"/>
          <w:b w:val="0"/>
          <w:i/>
          <w:sz w:val="21"/>
          <w:u w:val="none"/>
        </w:rPr>
        <w:t xml:space="preserve">soul </w:t>
      </w:r>
      <w:r>
        <w:rPr>
          <w:rFonts w:ascii="Georgia" w:hAnsi="Georgia" w:eastAsia="Georgia"/>
          <w:b w:val="0"/>
          <w:i w:val="0"/>
          <w:sz w:val="21"/>
          <w:u w:val="none"/>
        </w:rPr>
        <w:t xml:space="preserve">and with all your </w:t>
      </w:r>
      <w:r>
        <w:rPr>
          <w:rFonts w:ascii="Georgia" w:hAnsi="Georgia" w:eastAsia="Georgia"/>
          <w:b w:val="0"/>
          <w:i/>
          <w:sz w:val="21"/>
          <w:u w:val="none"/>
        </w:rPr>
        <w:t xml:space="preserve">mind </w:t>
      </w:r>
      <w:r>
        <w:rPr>
          <w:rFonts w:ascii="Georgia" w:hAnsi="Georgia" w:eastAsia="Georgia"/>
          <w:b w:val="0"/>
          <w:i w:val="0"/>
          <w:sz w:val="21"/>
          <w:u w:val="none"/>
        </w:rPr>
        <w:t xml:space="preserve">and with all your </w:t>
      </w:r>
      <w:r>
        <w:rPr>
          <w:rFonts w:ascii="Georgia" w:hAnsi="Georgia" w:eastAsia="Georgia"/>
          <w:b w:val="0"/>
          <w:i/>
          <w:sz w:val="21"/>
          <w:u w:val="none"/>
        </w:rPr>
        <w:t xml:space="preserve">strength. This </w:t>
      </w:r>
      <w:r>
        <w:rPr>
          <w:rFonts w:ascii="Georgia" w:hAnsi="Georgia" w:eastAsia="Georgia"/>
          <w:b w:val="0"/>
          <w:i w:val="0"/>
          <w:sz w:val="21"/>
          <w:u w:val="none"/>
        </w:rPr>
        <w:t xml:space="preserve">is the first and greatest commandment. And the second is </w:t>
      </w:r>
      <w:r>
        <w:rPr>
          <w:rFonts w:ascii="Georgia" w:hAnsi="Georgia" w:eastAsia="Georgia"/>
          <w:b w:val="0"/>
          <w:i/>
          <w:sz w:val="21"/>
          <w:u w:val="none"/>
        </w:rPr>
        <w:t xml:space="preserve">like </w:t>
      </w:r>
      <w:r>
        <w:rPr>
          <w:rFonts w:ascii="Georgia" w:hAnsi="Georgia" w:eastAsia="Georgia"/>
          <w:b w:val="0"/>
          <w:i w:val="0"/>
          <w:sz w:val="21"/>
          <w:u w:val="none"/>
        </w:rPr>
        <w:t xml:space="preserve">it: Love your neighbor as yourself. On these two commandments hang </w:t>
      </w:r>
      <w:r>
        <w:rPr>
          <w:rFonts w:ascii="Georgia" w:hAnsi="Georgia" w:eastAsia="Georgia"/>
          <w:b w:val="0"/>
          <w:i/>
          <w:sz w:val="21"/>
          <w:u w:val="none"/>
        </w:rPr>
        <w:t xml:space="preserve">all </w:t>
      </w:r>
      <w:r>
        <w:rPr>
          <w:rFonts w:ascii="Georgia" w:hAnsi="Georgia" w:eastAsia="Georgia"/>
          <w:b w:val="0"/>
          <w:i w:val="0"/>
          <w:sz w:val="21"/>
          <w:u w:val="none"/>
        </w:rPr>
        <w:t xml:space="preserve">the law and the prophets. There is </w:t>
      </w:r>
      <w:r>
        <w:rPr>
          <w:rFonts w:ascii="Georgia" w:hAnsi="Georgia" w:eastAsia="Georgia"/>
          <w:b w:val="0"/>
          <w:i/>
          <w:sz w:val="21"/>
          <w:u w:val="none"/>
        </w:rPr>
        <w:t xml:space="preserve">no </w:t>
      </w:r>
      <w:r>
        <w:rPr>
          <w:rFonts w:ascii="Georgia" w:hAnsi="Georgia" w:eastAsia="Georgia"/>
          <w:b w:val="0"/>
          <w:i w:val="0"/>
          <w:sz w:val="21"/>
          <w:u w:val="none"/>
        </w:rPr>
        <w:t xml:space="preserve">commandment greater than these.” He is saying here that all other laws, regulations, precepts or statutes of God recorded in His Word are wrapped up in the words of these two. If we can keep these two commandments, we will have kept the </w:t>
      </w:r>
      <w:r>
        <w:rPr>
          <w:rFonts w:ascii="Georgia" w:hAnsi="Georgia" w:eastAsia="Georgia"/>
          <w:b w:val="0"/>
          <w:i/>
          <w:sz w:val="21"/>
          <w:u w:val="none"/>
        </w:rPr>
        <w:t xml:space="preserve">whole </w:t>
      </w:r>
      <w:r>
        <w:rPr>
          <w:rFonts w:ascii="Georgia" w:hAnsi="Georgia" w:eastAsia="Georgia"/>
          <w:b w:val="0"/>
          <w:i w:val="0"/>
          <w:sz w:val="21"/>
          <w:u w:val="none"/>
        </w:rPr>
        <w:t>law. Today we will zero in on that first and greatest commandment and next week we will take a look at the second.</w:t>
      </w:r>
    </w:p>
    <w:p>
      <w:pPr>
        <w:widowControl/>
      </w:pPr>
      <w:r>
        <w:rPr>
          <w:rFonts w:ascii="Georgia" w:hAnsi="Georgia" w:eastAsia="Georgia"/>
          <w:b w:val="0"/>
          <w:i w:val="0"/>
          <w:sz w:val="21"/>
          <w:u w:val="none"/>
        </w:rPr>
        <w:t>Love is an indefinite thing to most of us: we don’t know what we mean when we talk about love.</w:t>
      </w:r>
    </w:p>
    <w:p>
      <w:pPr>
        <w:widowControl/>
      </w:pPr>
      <w:r>
        <w:rPr>
          <w:rFonts w:ascii="Georgia" w:hAnsi="Georgia" w:eastAsia="Georgia"/>
          <w:b w:val="0"/>
          <w:i w:val="0"/>
          <w:sz w:val="21"/>
          <w:u w:val="none"/>
        </w:rPr>
        <w:t xml:space="preserve">When my grandmother died in 1976, we found she had written in her will one specific thing she wanted me to have. It was a very old framed plaque that had been on her wall above her antique organ ever since I could remember. In ornate flower-embellished script, it said the words: “God is Love”. Now I never had paid much attention to the plaque or ever thought it was anything special, and I had never expressed to her any desire to have it. So, I wondered, “Why had she left this one thing to </w:t>
      </w:r>
      <w:r>
        <w:rPr>
          <w:rFonts w:ascii="Georgia" w:hAnsi="Georgia" w:eastAsia="Georgia"/>
          <w:b w:val="0"/>
          <w:i/>
          <w:sz w:val="21"/>
          <w:u w:val="none"/>
        </w:rPr>
        <w:t>me</w:t>
      </w:r>
      <w:r>
        <w:rPr>
          <w:rFonts w:ascii="Georgia" w:hAnsi="Georgia" w:eastAsia="Georgia"/>
          <w:b w:val="0"/>
          <w:i w:val="0"/>
          <w:sz w:val="21"/>
          <w:u w:val="none"/>
        </w:rPr>
        <w:t xml:space="preserve">?” Now I believe God is all-knowing. He knows not only every single thing each of us does – He also knows every thought we think, and this knowledge is not limited by the restrictions of time as </w:t>
      </w:r>
      <w:r>
        <w:rPr>
          <w:rFonts w:ascii="Georgia" w:hAnsi="Georgia" w:eastAsia="Georgia"/>
          <w:b w:val="0"/>
          <w:i/>
          <w:sz w:val="21"/>
          <w:u w:val="none"/>
        </w:rPr>
        <w:t xml:space="preserve">our </w:t>
      </w:r>
      <w:r>
        <w:rPr>
          <w:rFonts w:ascii="Georgia" w:hAnsi="Georgia" w:eastAsia="Georgia"/>
          <w:b w:val="0"/>
          <w:i w:val="0"/>
          <w:sz w:val="21"/>
          <w:u w:val="none"/>
        </w:rPr>
        <w:t xml:space="preserve">knowledge is. Over the years I have come to see that God </w:t>
      </w:r>
      <w:r>
        <w:rPr>
          <w:rFonts w:ascii="Georgia" w:hAnsi="Georgia" w:eastAsia="Georgia"/>
          <w:b w:val="0"/>
          <w:i/>
          <w:sz w:val="21"/>
          <w:u w:val="none"/>
        </w:rPr>
        <w:t xml:space="preserve">knew </w:t>
      </w:r>
      <w:r>
        <w:rPr>
          <w:rFonts w:ascii="Georgia" w:hAnsi="Georgia" w:eastAsia="Georgia"/>
          <w:b w:val="0"/>
          <w:i w:val="0"/>
          <w:sz w:val="21"/>
          <w:u w:val="none"/>
        </w:rPr>
        <w:t xml:space="preserve">I didn’t believe He loved me, and it was He who impressed on my grandmother that she should leave that one thing to me, because He knew I </w:t>
      </w:r>
      <w:r>
        <w:rPr>
          <w:rFonts w:ascii="Georgia" w:hAnsi="Georgia" w:eastAsia="Georgia"/>
          <w:b w:val="0"/>
          <w:i/>
          <w:sz w:val="21"/>
          <w:u w:val="none"/>
        </w:rPr>
        <w:t xml:space="preserve">needed </w:t>
      </w:r>
      <w:r>
        <w:rPr>
          <w:rFonts w:ascii="Georgia" w:hAnsi="Georgia" w:eastAsia="Georgia"/>
          <w:b w:val="0"/>
          <w:i w:val="0"/>
          <w:sz w:val="21"/>
          <w:u w:val="none"/>
        </w:rPr>
        <w:t>it.</w:t>
      </w:r>
    </w:p>
    <w:p>
      <w:pPr>
        <w:widowControl/>
      </w:pPr>
      <w:r>
        <w:rPr>
          <w:rFonts w:ascii="Georgia" w:hAnsi="Georgia" w:eastAsia="Georgia"/>
          <w:b w:val="0"/>
          <w:i w:val="0"/>
          <w:sz w:val="21"/>
          <w:u w:val="none"/>
        </w:rPr>
        <w:t xml:space="preserve">We can’t give away something we don’t have. If we have never experienced what it is like to be loved unconditionally, how can we be expected to give that kind of love to anyone </w:t>
      </w:r>
      <w:r>
        <w:rPr>
          <w:rFonts w:ascii="Georgia" w:hAnsi="Georgia" w:eastAsia="Georgia"/>
          <w:b w:val="0"/>
          <w:i/>
          <w:sz w:val="21"/>
          <w:u w:val="none"/>
        </w:rPr>
        <w:t xml:space="preserve">else, </w:t>
      </w:r>
      <w:r>
        <w:rPr>
          <w:rFonts w:ascii="Georgia" w:hAnsi="Georgia" w:eastAsia="Georgia"/>
          <w:b w:val="0"/>
          <w:i w:val="0"/>
          <w:sz w:val="21"/>
          <w:u w:val="none"/>
        </w:rPr>
        <w:t xml:space="preserve">let </w:t>
      </w:r>
      <w:r>
        <w:rPr>
          <w:rFonts w:ascii="Georgia" w:hAnsi="Georgia" w:eastAsia="Georgia"/>
          <w:b w:val="0"/>
          <w:i/>
          <w:sz w:val="21"/>
          <w:u w:val="none"/>
        </w:rPr>
        <w:t>alone God?!</w:t>
      </w:r>
    </w:p>
    <w:p>
      <w:pPr>
        <w:widowControl/>
      </w:pPr>
      <w:r>
        <w:rPr>
          <w:rFonts w:ascii="Georgia" w:hAnsi="Georgia" w:eastAsia="Georgia"/>
          <w:b w:val="0"/>
          <w:i w:val="0"/>
          <w:sz w:val="21"/>
          <w:u w:val="none"/>
        </w:rPr>
        <w:t xml:space="preserve">Many psychologists say a child deduces his basic concept of God based on the image of his own earthly father; he draws his basic concept of the </w:t>
      </w:r>
      <w:r>
        <w:rPr>
          <w:rFonts w:ascii="Georgia" w:hAnsi="Georgia" w:eastAsia="Georgia"/>
          <w:b w:val="0"/>
          <w:i/>
          <w:sz w:val="21"/>
          <w:u w:val="none"/>
        </w:rPr>
        <w:t xml:space="preserve">church </w:t>
      </w:r>
      <w:r>
        <w:rPr>
          <w:rFonts w:ascii="Georgia" w:hAnsi="Georgia" w:eastAsia="Georgia"/>
          <w:b w:val="0"/>
          <w:i w:val="0"/>
          <w:sz w:val="21"/>
          <w:u w:val="none"/>
        </w:rPr>
        <w:t xml:space="preserve">from the example of his own </w:t>
      </w:r>
      <w:r>
        <w:rPr>
          <w:rFonts w:ascii="Georgia" w:hAnsi="Georgia" w:eastAsia="Georgia"/>
          <w:b w:val="0"/>
          <w:i/>
          <w:sz w:val="21"/>
          <w:u w:val="none"/>
        </w:rPr>
        <w:t xml:space="preserve">mother </w:t>
      </w:r>
      <w:r>
        <w:rPr>
          <w:rFonts w:ascii="Georgia" w:hAnsi="Georgia" w:eastAsia="Georgia"/>
          <w:b w:val="0"/>
          <w:i w:val="0"/>
          <w:sz w:val="21"/>
          <w:u w:val="none"/>
        </w:rPr>
        <w:t xml:space="preserve">– her daily nurturing, teaching, admonishing and applying discipline are internalized by the child as a reflection of these same spiritual qualities provided by the church; and a child draws his understanding of how God relates to the church (and to him or her as a member of the church) by watching how his father relates to his mother and she to him. Charles Stanley says, “Our beliefs form a mental “grid” through which we interpret life. Incorporated into this system are things we learned as children which may or may not be accurate. One such example of immature thinking equates </w:t>
      </w:r>
      <w:r>
        <w:rPr>
          <w:rFonts w:ascii="Georgia" w:hAnsi="Georgia" w:eastAsia="Georgia"/>
          <w:b w:val="0"/>
          <w:i/>
          <w:sz w:val="21"/>
          <w:u w:val="none"/>
        </w:rPr>
        <w:t xml:space="preserve">performance </w:t>
      </w:r>
      <w:r>
        <w:rPr>
          <w:rFonts w:ascii="Georgia" w:hAnsi="Georgia" w:eastAsia="Georgia"/>
          <w:b w:val="0"/>
          <w:i w:val="0"/>
          <w:sz w:val="21"/>
          <w:u w:val="none"/>
        </w:rPr>
        <w:t xml:space="preserve">with acceptance and love. Our relationship with </w:t>
      </w:r>
      <w:r>
        <w:rPr>
          <w:rFonts w:ascii="Georgia" w:hAnsi="Georgia" w:eastAsia="Georgia"/>
          <w:b w:val="0"/>
          <w:i/>
          <w:sz w:val="21"/>
          <w:u w:val="none"/>
        </w:rPr>
        <w:t xml:space="preserve">God </w:t>
      </w:r>
      <w:r>
        <w:rPr>
          <w:rFonts w:ascii="Georgia" w:hAnsi="Georgia" w:eastAsia="Georgia"/>
          <w:b w:val="0"/>
          <w:i w:val="0"/>
          <w:sz w:val="21"/>
          <w:u w:val="none"/>
        </w:rPr>
        <w:t>can be affected by childish thinking if our need to “measure up” keeps us from feeling loved and accepted by Him.”</w:t>
      </w:r>
    </w:p>
    <w:p>
      <w:pPr>
        <w:widowControl/>
      </w:pPr>
      <w:r>
        <w:rPr>
          <w:rFonts w:ascii="Georgia" w:hAnsi="Georgia" w:eastAsia="Georgia"/>
          <w:b w:val="0"/>
          <w:i w:val="0"/>
          <w:sz w:val="21"/>
          <w:u w:val="none"/>
        </w:rPr>
        <w:t xml:space="preserve">Now, I grew up in a Bible-believing Christian Church. I </w:t>
      </w:r>
      <w:r>
        <w:rPr>
          <w:rFonts w:ascii="Georgia" w:hAnsi="Georgia" w:eastAsia="Georgia"/>
          <w:b w:val="0"/>
          <w:i/>
          <w:sz w:val="21"/>
          <w:u w:val="none"/>
        </w:rPr>
        <w:t xml:space="preserve">know </w:t>
      </w:r>
      <w:r>
        <w:rPr>
          <w:rFonts w:ascii="Georgia" w:hAnsi="Georgia" w:eastAsia="Georgia"/>
          <w:b w:val="0"/>
          <w:i w:val="0"/>
          <w:sz w:val="21"/>
          <w:u w:val="none"/>
        </w:rPr>
        <w:t xml:space="preserve">the truth of God’s love had to have been taught there, but </w:t>
      </w:r>
      <w:r>
        <w:rPr>
          <w:rFonts w:ascii="Georgia" w:hAnsi="Georgia" w:eastAsia="Georgia"/>
          <w:b w:val="0"/>
          <w:i/>
          <w:sz w:val="21"/>
          <w:u w:val="none"/>
        </w:rPr>
        <w:t xml:space="preserve">I </w:t>
      </w:r>
      <w:r>
        <w:rPr>
          <w:rFonts w:ascii="Georgia" w:hAnsi="Georgia" w:eastAsia="Georgia"/>
          <w:b w:val="0"/>
          <w:i w:val="0"/>
          <w:sz w:val="21"/>
          <w:u w:val="none"/>
        </w:rPr>
        <w:t xml:space="preserve">never heard it. I learned to </w:t>
      </w:r>
      <w:r>
        <w:rPr>
          <w:rFonts w:ascii="Georgia" w:hAnsi="Georgia" w:eastAsia="Georgia"/>
          <w:b w:val="0"/>
          <w:i/>
          <w:sz w:val="21"/>
          <w:u w:val="none"/>
        </w:rPr>
        <w:t xml:space="preserve">fear </w:t>
      </w:r>
      <w:r>
        <w:rPr>
          <w:rFonts w:ascii="Georgia" w:hAnsi="Georgia" w:eastAsia="Georgia"/>
          <w:b w:val="0"/>
          <w:i w:val="0"/>
          <w:sz w:val="21"/>
          <w:u w:val="none"/>
        </w:rPr>
        <w:t xml:space="preserve">God, but I couldn’t love Him because all I heard was all these laws we </w:t>
      </w:r>
      <w:r>
        <w:rPr>
          <w:rFonts w:ascii="Georgia" w:hAnsi="Georgia" w:eastAsia="Georgia"/>
          <w:b w:val="0"/>
          <w:i/>
          <w:sz w:val="21"/>
          <w:u w:val="none"/>
        </w:rPr>
        <w:t xml:space="preserve">must </w:t>
      </w:r>
      <w:r>
        <w:rPr>
          <w:rFonts w:ascii="Georgia" w:hAnsi="Georgia" w:eastAsia="Georgia"/>
          <w:b w:val="0"/>
          <w:i w:val="0"/>
          <w:sz w:val="21"/>
          <w:u w:val="none"/>
        </w:rPr>
        <w:t xml:space="preserve">obey and I knew I was not doing that. I could not believe any of the beautiful promises in God’s Word were for </w:t>
      </w:r>
      <w:r>
        <w:rPr>
          <w:rFonts w:ascii="Georgia" w:hAnsi="Georgia" w:eastAsia="Georgia"/>
          <w:b w:val="0"/>
          <w:i/>
          <w:sz w:val="21"/>
          <w:u w:val="none"/>
        </w:rPr>
        <w:t xml:space="preserve">me </w:t>
      </w:r>
      <w:r>
        <w:rPr>
          <w:rFonts w:ascii="Georgia" w:hAnsi="Georgia" w:eastAsia="Georgia"/>
          <w:b w:val="0"/>
          <w:i w:val="0"/>
          <w:sz w:val="21"/>
          <w:u w:val="none"/>
        </w:rPr>
        <w:t xml:space="preserve">because I saw them all with an “if” clause that I did not meet. I didn’t measure up, and I saw God as a big bully sitting on His fancy throne watching every move I made and ready to hit me over the head with a club the minute I stepped out of line. I figured He would just as soon as not reach down with His giant thumb and squash me like a bug. Every bad experience then that came into my life was seen through this “belief grid” and reinforced this skewed thinking because I saw them as evidence of God’s stern discipline in His effort to get me to “shape up.” Oh, I was active in my church and did the very best I knew how to live according to God’s guidelines for being a “good Christian”, but I didn’t read my Bible much because it only condemned me all the more, and I lived under a big enough cloud of guilt already. Sad to say, I was almost 40 years old before the scales began to fall off my eyes. God had to bring me to the point where I could see that all my efforts to live right were like trying to get to Minneapolis by running on a treadmill and all my righteousness was as filthy rags. When I saw this, all I wanted was to die, and inside that’s exactly what I did. I died with Christ as I gave myself to Him for the first time with no strings attached, and He raised me a brand-new creature. For the first time, instead of running and hiding from God in fear, I ran </w:t>
      </w:r>
      <w:r>
        <w:rPr>
          <w:rFonts w:ascii="Georgia" w:hAnsi="Georgia" w:eastAsia="Georgia"/>
          <w:b w:val="0"/>
          <w:i/>
          <w:sz w:val="21"/>
          <w:u w:val="none"/>
        </w:rPr>
        <w:t xml:space="preserve">to </w:t>
      </w:r>
      <w:r>
        <w:rPr>
          <w:rFonts w:ascii="Georgia" w:hAnsi="Georgia" w:eastAsia="Georgia"/>
          <w:b w:val="0"/>
          <w:i w:val="0"/>
          <w:sz w:val="21"/>
          <w:u w:val="none"/>
        </w:rPr>
        <w:t xml:space="preserve">Him, saying “Here I am – do with me what you will” – and He just scooped me up into His lap and loved me. I knew then I had been blaming Him for years for all the pain He had been longing to deliver me </w:t>
      </w:r>
      <w:r>
        <w:rPr>
          <w:rFonts w:ascii="Georgia" w:hAnsi="Georgia" w:eastAsia="Georgia"/>
          <w:b w:val="0"/>
          <w:i/>
          <w:sz w:val="21"/>
          <w:u w:val="none"/>
        </w:rPr>
        <w:t xml:space="preserve">from. </w:t>
      </w:r>
      <w:r>
        <w:rPr>
          <w:rFonts w:ascii="Georgia" w:hAnsi="Georgia" w:eastAsia="Georgia"/>
          <w:b w:val="0"/>
          <w:i w:val="0"/>
          <w:sz w:val="21"/>
          <w:u w:val="none"/>
        </w:rPr>
        <w:t>He wanted to gather me to Himself like a hen gathers her chicks under her wings – and “I would not.”</w:t>
      </w:r>
    </w:p>
    <w:p>
      <w:pPr>
        <w:widowControl/>
      </w:pPr>
      <w:r>
        <w:rPr>
          <w:rFonts w:ascii="Georgia" w:hAnsi="Georgia" w:eastAsia="Georgia"/>
          <w:b w:val="0"/>
          <w:i w:val="0"/>
          <w:sz w:val="21"/>
          <w:u w:val="none"/>
        </w:rPr>
        <w:t xml:space="preserve">Jesus has promised, “If you continue in My Word, then you are My disciples indeed, and you will know the truth, and the </w:t>
      </w:r>
      <w:r>
        <w:rPr>
          <w:rFonts w:ascii="Georgia" w:hAnsi="Georgia" w:eastAsia="Georgia"/>
          <w:b w:val="0"/>
          <w:i/>
          <w:sz w:val="21"/>
          <w:u w:val="none"/>
        </w:rPr>
        <w:t xml:space="preserve">truth </w:t>
      </w:r>
      <w:r>
        <w:rPr>
          <w:rFonts w:ascii="Georgia" w:hAnsi="Georgia" w:eastAsia="Georgia"/>
          <w:b w:val="0"/>
          <w:i w:val="0"/>
          <w:sz w:val="21"/>
          <w:u w:val="none"/>
        </w:rPr>
        <w:t>will set you free.”</w:t>
      </w:r>
    </w:p>
    <w:p>
      <w:pPr>
        <w:widowControl/>
      </w:pPr>
      <w:r>
        <w:rPr>
          <w:rFonts w:ascii="Georgia" w:hAnsi="Georgia" w:eastAsia="Georgia"/>
          <w:b w:val="0"/>
          <w:i w:val="0"/>
          <w:sz w:val="21"/>
          <w:u w:val="none"/>
        </w:rPr>
        <w:t xml:space="preserve">Now I knew the truth – that </w:t>
      </w:r>
      <w:r>
        <w:rPr>
          <w:rFonts w:ascii="Georgia" w:hAnsi="Georgia" w:eastAsia="Georgia"/>
          <w:b w:val="0"/>
          <w:i/>
          <w:sz w:val="21"/>
          <w:u w:val="none"/>
        </w:rPr>
        <w:t xml:space="preserve">Jesus </w:t>
      </w:r>
      <w:r>
        <w:rPr>
          <w:rFonts w:ascii="Georgia" w:hAnsi="Georgia" w:eastAsia="Georgia"/>
          <w:b w:val="0"/>
          <w:i w:val="0"/>
          <w:sz w:val="21"/>
          <w:u w:val="none"/>
        </w:rPr>
        <w:t xml:space="preserve">had done the obeying that I could not do, and He had done it for </w:t>
      </w:r>
      <w:r>
        <w:rPr>
          <w:rFonts w:ascii="Georgia" w:hAnsi="Georgia" w:eastAsia="Georgia"/>
          <w:b w:val="0"/>
          <w:i/>
          <w:sz w:val="21"/>
          <w:u w:val="none"/>
        </w:rPr>
        <w:t xml:space="preserve">me </w:t>
      </w:r>
      <w:r>
        <w:rPr>
          <w:rFonts w:ascii="Georgia" w:hAnsi="Georgia" w:eastAsia="Georgia"/>
          <w:b w:val="0"/>
          <w:i w:val="0"/>
          <w:sz w:val="21"/>
          <w:u w:val="none"/>
        </w:rPr>
        <w:t xml:space="preserve">so that now I could approach the throne of His Father without fear because “there is therefore now </w:t>
      </w:r>
      <w:r>
        <w:rPr>
          <w:rFonts w:ascii="Georgia" w:hAnsi="Georgia" w:eastAsia="Georgia"/>
          <w:b w:val="0"/>
          <w:i/>
          <w:sz w:val="21"/>
          <w:u w:val="none"/>
        </w:rPr>
        <w:t xml:space="preserve">no </w:t>
      </w:r>
      <w:r>
        <w:rPr>
          <w:rFonts w:ascii="Georgia" w:hAnsi="Georgia" w:eastAsia="Georgia"/>
          <w:b w:val="0"/>
          <w:i w:val="0"/>
          <w:sz w:val="21"/>
          <w:u w:val="none"/>
        </w:rPr>
        <w:t xml:space="preserve">condemnation for those who are in Christ Jesus.” When God looks at me now, He sees His Son and He can love me just as I am. For the first time I could believe He really does love me, and for the first time I could love Him back. I am truly free – free now to serve a loving God because I </w:t>
      </w:r>
      <w:r>
        <w:rPr>
          <w:rFonts w:ascii="Georgia" w:hAnsi="Georgia" w:eastAsia="Georgia"/>
          <w:b w:val="0"/>
          <w:i/>
          <w:sz w:val="21"/>
          <w:u w:val="none"/>
        </w:rPr>
        <w:t xml:space="preserve">want </w:t>
      </w:r>
      <w:r>
        <w:rPr>
          <w:rFonts w:ascii="Georgia" w:hAnsi="Georgia" w:eastAsia="Georgia"/>
          <w:b w:val="0"/>
          <w:i w:val="0"/>
          <w:sz w:val="21"/>
          <w:u w:val="none"/>
        </w:rPr>
        <w:t xml:space="preserve">to – </w:t>
      </w:r>
      <w:r>
        <w:rPr>
          <w:rFonts w:ascii="Georgia" w:hAnsi="Georgia" w:eastAsia="Georgia"/>
          <w:b w:val="0"/>
          <w:i/>
          <w:sz w:val="21"/>
          <w:u w:val="none"/>
        </w:rPr>
        <w:t xml:space="preserve">not </w:t>
      </w:r>
      <w:r>
        <w:rPr>
          <w:rFonts w:ascii="Georgia" w:hAnsi="Georgia" w:eastAsia="Georgia"/>
          <w:b w:val="0"/>
          <w:i w:val="0"/>
          <w:sz w:val="21"/>
          <w:u w:val="none"/>
        </w:rPr>
        <w:t xml:space="preserve">because I </w:t>
      </w:r>
      <w:r>
        <w:rPr>
          <w:rFonts w:ascii="Georgia" w:hAnsi="Georgia" w:eastAsia="Georgia"/>
          <w:b w:val="0"/>
          <w:i/>
          <w:sz w:val="21"/>
          <w:u w:val="none"/>
        </w:rPr>
        <w:t xml:space="preserve">have </w:t>
      </w:r>
      <w:r>
        <w:rPr>
          <w:rFonts w:ascii="Georgia" w:hAnsi="Georgia" w:eastAsia="Georgia"/>
          <w:b w:val="0"/>
          <w:i w:val="0"/>
          <w:sz w:val="21"/>
          <w:u w:val="none"/>
        </w:rPr>
        <w:t xml:space="preserve">to – and out of love – not out of fear. It really </w:t>
      </w:r>
      <w:r>
        <w:rPr>
          <w:rFonts w:ascii="Georgia" w:hAnsi="Georgia" w:eastAsia="Georgia"/>
          <w:b w:val="0"/>
          <w:i/>
          <w:sz w:val="21"/>
          <w:u w:val="none"/>
        </w:rPr>
        <w:t>is true</w:t>
      </w:r>
      <w:r>
        <w:rPr>
          <w:rFonts w:ascii="Georgia" w:hAnsi="Georgia" w:eastAsia="Georgia"/>
          <w:b w:val="0"/>
          <w:i w:val="0"/>
          <w:sz w:val="21"/>
          <w:u w:val="none"/>
        </w:rPr>
        <w:t xml:space="preserve"> – “God </w:t>
      </w:r>
      <w:r>
        <w:rPr>
          <w:rFonts w:ascii="Georgia" w:hAnsi="Georgia" w:eastAsia="Georgia"/>
          <w:b w:val="0"/>
          <w:i/>
          <w:sz w:val="21"/>
          <w:u w:val="none"/>
        </w:rPr>
        <w:t>is Love”.</w:t>
      </w:r>
      <w:r>
        <w:rPr>
          <w:rFonts w:ascii="Georgia" w:hAnsi="Georgia" w:eastAsia="Georgia"/>
          <w:b w:val="0"/>
          <w:i w:val="0"/>
          <w:sz w:val="21"/>
          <w:u w:val="none"/>
        </w:rPr>
        <w:t xml:space="preserve"> Won’t you let Him into your heart today so He can love you too?</w:t>
      </w:r>
    </w:p>
    <w:p>
      <w:bookmarkStart w:id="20" w:name="reflection_19"/>
      <w:pPr>
        <w:pStyle w:val="Heading1"/>
      </w:pPr>
      <w:r>
        <w:rPr>
          <w:rFonts w:ascii="Georgia" w:hAnsi="Georgia" w:eastAsia="Georgia"/>
          <w:b/>
          <w:color w:val="226FA4"/>
          <w:sz w:val="34"/>
        </w:rPr>
        <w:t>Trusting God</w:t>
      </w:r>
      <w:bookmarkEnd w:id="20"/>
    </w:p>
    <w:p>
      <w:pPr>
        <w:widowControl/>
      </w:pPr>
      <w:r>
        <w:rPr>
          <w:rFonts w:ascii="Georgia" w:hAnsi="Georgia" w:eastAsia="Georgia"/>
          <w:b w:val="0"/>
          <w:i w:val="0"/>
          <w:sz w:val="21"/>
          <w:u w:val="none"/>
        </w:rPr>
        <w:t xml:space="preserve">Last week we talked about how God cares even about the little things in our lives, and when we put Him and His kingdom as our first priority above all else, we will </w:t>
      </w:r>
      <w:r>
        <w:rPr>
          <w:rFonts w:ascii="Georgia" w:hAnsi="Georgia" w:eastAsia="Georgia"/>
          <w:b w:val="0"/>
          <w:i w:val="0"/>
          <w:sz w:val="21"/>
          <w:u w:val="none"/>
        </w:rPr>
        <w:t>see</w:t>
      </w:r>
      <w:r>
        <w:rPr>
          <w:rFonts w:ascii="Georgia" w:hAnsi="Georgia" w:eastAsia="Georgia"/>
          <w:b w:val="0"/>
          <w:i w:val="0"/>
          <w:sz w:val="21"/>
          <w:u w:val="none"/>
        </w:rPr>
        <w:t xml:space="preserve"> His blessings all around us and </w:t>
      </w:r>
      <w:r>
        <w:rPr>
          <w:rFonts w:ascii="Georgia" w:hAnsi="Georgia" w:eastAsia="Georgia"/>
          <w:b w:val="0"/>
          <w:i/>
          <w:sz w:val="21"/>
          <w:u w:val="none"/>
        </w:rPr>
        <w:t>notice</w:t>
      </w:r>
      <w:r>
        <w:rPr>
          <w:rFonts w:ascii="Georgia" w:hAnsi="Georgia" w:eastAsia="Georgia"/>
          <w:b w:val="0"/>
          <w:i w:val="0"/>
          <w:sz w:val="21"/>
          <w:u w:val="none"/>
        </w:rPr>
        <w:t xml:space="preserve"> those little things He does </w:t>
      </w:r>
      <w:r>
        <w:rPr>
          <w:rFonts w:ascii="Georgia" w:hAnsi="Georgia" w:eastAsia="Georgia"/>
          <w:b w:val="0"/>
          <w:i/>
          <w:sz w:val="21"/>
          <w:u w:val="none"/>
        </w:rPr>
        <w:t>every day</w:t>
      </w:r>
      <w:r>
        <w:rPr>
          <w:rFonts w:ascii="Georgia" w:hAnsi="Georgia" w:eastAsia="Georgia"/>
          <w:b w:val="0"/>
          <w:i w:val="0"/>
          <w:sz w:val="21"/>
          <w:u w:val="none"/>
        </w:rPr>
        <w:t xml:space="preserve"> as gifts to us from a loving Father just because He loves us.</w:t>
      </w:r>
    </w:p>
    <w:p>
      <w:pPr>
        <w:widowControl/>
      </w:pPr>
      <w:r>
        <w:rPr>
          <w:rFonts w:ascii="Georgia" w:hAnsi="Georgia" w:eastAsia="Georgia"/>
          <w:b w:val="0"/>
          <w:i w:val="0"/>
          <w:sz w:val="21"/>
          <w:u w:val="none"/>
        </w:rPr>
        <w:t>Today we will take that same track and expound on it a little. We begin with some of the little gold nuggets of truth and promise from my favorite Psalm – Psalm 37: “</w:t>
      </w:r>
      <w:r>
        <w:rPr>
          <w:rFonts w:ascii="Georgia" w:hAnsi="Georgia" w:eastAsia="Georgia"/>
          <w:b w:val="0"/>
          <w:i/>
          <w:sz w:val="21"/>
          <w:u w:val="none"/>
        </w:rPr>
        <w:t>Delight</w:t>
      </w:r>
      <w:r>
        <w:rPr>
          <w:rFonts w:ascii="Georgia" w:hAnsi="Georgia" w:eastAsia="Georgia"/>
          <w:b w:val="0"/>
          <w:i w:val="0"/>
          <w:sz w:val="21"/>
          <w:u w:val="none"/>
        </w:rPr>
        <w:t xml:space="preserve"> yourself in the Lord and He will give you the desires of your heart. </w:t>
      </w:r>
      <w:r>
        <w:rPr>
          <w:rFonts w:ascii="Georgia" w:hAnsi="Georgia" w:eastAsia="Georgia"/>
          <w:b w:val="0"/>
          <w:i/>
          <w:sz w:val="21"/>
          <w:u w:val="none"/>
        </w:rPr>
        <w:t>Commit</w:t>
      </w:r>
      <w:r>
        <w:rPr>
          <w:rFonts w:ascii="Georgia" w:hAnsi="Georgia" w:eastAsia="Georgia"/>
          <w:b w:val="0"/>
          <w:i w:val="0"/>
          <w:sz w:val="21"/>
          <w:u w:val="none"/>
        </w:rPr>
        <w:t xml:space="preserve"> your </w:t>
      </w:r>
      <w:r>
        <w:rPr>
          <w:rFonts w:ascii="Georgia" w:hAnsi="Georgia" w:eastAsia="Georgia"/>
          <w:b w:val="0"/>
          <w:i/>
          <w:sz w:val="21"/>
          <w:u w:val="none"/>
        </w:rPr>
        <w:t>way</w:t>
      </w:r>
      <w:r>
        <w:rPr>
          <w:rFonts w:ascii="Georgia" w:hAnsi="Georgia" w:eastAsia="Georgia"/>
          <w:b w:val="0"/>
          <w:i w:val="0"/>
          <w:sz w:val="21"/>
          <w:u w:val="none"/>
        </w:rPr>
        <w:t xml:space="preserve"> to the Lord; trust in Him and He </w:t>
      </w:r>
      <w:r>
        <w:rPr>
          <w:rFonts w:ascii="Georgia" w:hAnsi="Georgia" w:eastAsia="Georgia"/>
          <w:b w:val="0"/>
          <w:i/>
          <w:sz w:val="21"/>
          <w:u w:val="none"/>
        </w:rPr>
        <w:t>will</w:t>
      </w:r>
      <w:r>
        <w:rPr>
          <w:rFonts w:ascii="Georgia" w:hAnsi="Georgia" w:eastAsia="Georgia"/>
          <w:b w:val="0"/>
          <w:i w:val="0"/>
          <w:sz w:val="21"/>
          <w:u w:val="none"/>
        </w:rPr>
        <w:t xml:space="preserve"> do this! He will make your righteousness shine like the dawn and the justice of your cause like the noonday sun.--- If the Lord delights in a man’s way, He makes his steps firm: though he stumble, he will not fall, for the Lord upholds him with His hand.” Jesus said we are not to fear or worry about anything because His Father knows even how </w:t>
      </w:r>
      <w:r>
        <w:rPr>
          <w:rFonts w:ascii="Georgia" w:hAnsi="Georgia" w:eastAsia="Georgia"/>
          <w:b w:val="0"/>
          <w:i w:val="0"/>
          <w:sz w:val="21"/>
          <w:u w:val="none"/>
        </w:rPr>
        <w:t>many</w:t>
      </w:r>
      <w:r>
        <w:rPr>
          <w:rFonts w:ascii="Georgia" w:hAnsi="Georgia" w:eastAsia="Georgia"/>
          <w:b w:val="0"/>
          <w:i w:val="0"/>
          <w:sz w:val="21"/>
          <w:u w:val="none"/>
        </w:rPr>
        <w:t xml:space="preserve"> hairs you have on your head, and not even a sparrow can fall to the ground without Him knowing it. So </w:t>
      </w:r>
      <w:r>
        <w:rPr>
          <w:rFonts w:ascii="Georgia" w:hAnsi="Georgia" w:eastAsia="Georgia"/>
          <w:b w:val="0"/>
          <w:i/>
          <w:sz w:val="21"/>
          <w:u w:val="none"/>
        </w:rPr>
        <w:t>why</w:t>
      </w:r>
      <w:r>
        <w:rPr>
          <w:rFonts w:ascii="Georgia" w:hAnsi="Georgia" w:eastAsia="Georgia"/>
          <w:b w:val="0"/>
          <w:i w:val="0"/>
          <w:sz w:val="21"/>
          <w:u w:val="none"/>
        </w:rPr>
        <w:t xml:space="preserve"> are we so reluctant to trust His heart and give over control of our lives to Him? Are we afraid that if we relinquish the power to run our own lives that it means we’re going to have to give up some things that are very important to us? Or are we afraid God might </w:t>
      </w:r>
      <w:r>
        <w:rPr>
          <w:rFonts w:ascii="Georgia" w:hAnsi="Georgia" w:eastAsia="Georgia"/>
          <w:b w:val="0"/>
          <w:i/>
          <w:sz w:val="21"/>
          <w:u w:val="none"/>
        </w:rPr>
        <w:t>send</w:t>
      </w:r>
      <w:r>
        <w:rPr>
          <w:rFonts w:ascii="Georgia" w:hAnsi="Georgia" w:eastAsia="Georgia"/>
          <w:b w:val="0"/>
          <w:i w:val="0"/>
          <w:sz w:val="21"/>
          <w:u w:val="none"/>
        </w:rPr>
        <w:t xml:space="preserve"> us somewhere we don’t want to go? – Like Africa maybe? Do we feel like it would be giving up on our freedom to choose what we do and where we go? Jesus said if we continue in His Word, we will know the </w:t>
      </w:r>
      <w:r>
        <w:rPr>
          <w:rFonts w:ascii="Georgia" w:hAnsi="Georgia" w:eastAsia="Georgia"/>
          <w:b w:val="0"/>
          <w:i/>
          <w:sz w:val="21"/>
          <w:u w:val="none"/>
        </w:rPr>
        <w:t>truth</w:t>
      </w:r>
      <w:r>
        <w:rPr>
          <w:rFonts w:ascii="Georgia" w:hAnsi="Georgia" w:eastAsia="Georgia"/>
          <w:b w:val="0"/>
          <w:i w:val="0"/>
          <w:sz w:val="21"/>
          <w:u w:val="none"/>
        </w:rPr>
        <w:t xml:space="preserve"> and that truth will set us free. But how can we be “free” if that “truth” He’s talking about means giving up our right to control our own lives?</w:t>
      </w:r>
    </w:p>
    <w:p>
      <w:pPr>
        <w:widowControl/>
      </w:pPr>
      <w:r>
        <w:rPr>
          <w:rFonts w:ascii="Georgia" w:hAnsi="Georgia" w:eastAsia="Georgia"/>
          <w:b w:val="0"/>
          <w:i w:val="0"/>
          <w:sz w:val="21"/>
          <w:u w:val="none"/>
        </w:rPr>
        <w:t>In his book, “</w:t>
      </w:r>
      <w:r>
        <w:rPr>
          <w:rFonts w:ascii="Georgia" w:hAnsi="Georgia" w:eastAsia="Georgia"/>
          <w:b w:val="0"/>
          <w:i/>
          <w:sz w:val="21"/>
          <w:u w:val="none"/>
        </w:rPr>
        <w:t>Inside Out</w:t>
      </w:r>
      <w:r>
        <w:rPr>
          <w:rFonts w:ascii="Georgia" w:hAnsi="Georgia" w:eastAsia="Georgia"/>
          <w:b w:val="0"/>
          <w:i w:val="0"/>
          <w:sz w:val="21"/>
          <w:u w:val="none"/>
        </w:rPr>
        <w:t xml:space="preserve">”, Dr. Larry Crabb says, “Trusting another is perhaps the most difficult requirement of the Christian life. We </w:t>
      </w:r>
      <w:r>
        <w:rPr>
          <w:rFonts w:ascii="Georgia" w:hAnsi="Georgia" w:eastAsia="Georgia"/>
          <w:b w:val="0"/>
          <w:i/>
          <w:sz w:val="21"/>
          <w:u w:val="none"/>
        </w:rPr>
        <w:t>hate</w:t>
      </w:r>
      <w:r>
        <w:rPr>
          <w:rFonts w:ascii="Georgia" w:hAnsi="Georgia" w:eastAsia="Georgia"/>
          <w:b w:val="0"/>
          <w:i w:val="0"/>
          <w:sz w:val="21"/>
          <w:u w:val="none"/>
        </w:rPr>
        <w:t xml:space="preserve"> to be dependent because we have learned to trust </w:t>
      </w:r>
      <w:r>
        <w:rPr>
          <w:rFonts w:ascii="Georgia" w:hAnsi="Georgia" w:eastAsia="Georgia"/>
          <w:b w:val="0"/>
          <w:i/>
          <w:sz w:val="21"/>
          <w:u w:val="none"/>
        </w:rPr>
        <w:t>no-one</w:t>
      </w:r>
      <w:r>
        <w:rPr>
          <w:rFonts w:ascii="Georgia" w:hAnsi="Georgia" w:eastAsia="Georgia"/>
          <w:b w:val="0"/>
          <w:i w:val="0"/>
          <w:sz w:val="21"/>
          <w:u w:val="none"/>
        </w:rPr>
        <w:t xml:space="preserve"> – not </w:t>
      </w:r>
      <w:r>
        <w:rPr>
          <w:rFonts w:ascii="Georgia" w:hAnsi="Georgia" w:eastAsia="Georgia"/>
          <w:b w:val="0"/>
          <w:i/>
          <w:sz w:val="21"/>
          <w:u w:val="none"/>
        </w:rPr>
        <w:t>fully</w:t>
      </w:r>
      <w:r>
        <w:rPr>
          <w:rFonts w:ascii="Georgia" w:hAnsi="Georgia" w:eastAsia="Georgia"/>
          <w:b w:val="0"/>
          <w:i w:val="0"/>
          <w:sz w:val="21"/>
          <w:u w:val="none"/>
        </w:rPr>
        <w:t xml:space="preserve">! We know better. Everyone in whom we have placed our confidence has in some way disappointed us. To trust </w:t>
      </w:r>
      <w:r>
        <w:rPr>
          <w:rFonts w:ascii="Georgia" w:hAnsi="Georgia" w:eastAsia="Georgia"/>
          <w:b w:val="0"/>
          <w:i/>
          <w:sz w:val="21"/>
          <w:u w:val="none"/>
        </w:rPr>
        <w:t>fully</w:t>
      </w:r>
      <w:r>
        <w:rPr>
          <w:rFonts w:ascii="Georgia" w:hAnsi="Georgia" w:eastAsia="Georgia"/>
          <w:b w:val="0"/>
          <w:i w:val="0"/>
          <w:sz w:val="21"/>
          <w:u w:val="none"/>
        </w:rPr>
        <w:t xml:space="preserve">, we conclude, is suicide. Fallen man has taken command of his own life, determined above all else to </w:t>
      </w:r>
      <w:r>
        <w:rPr>
          <w:rFonts w:ascii="Georgia" w:hAnsi="Georgia" w:eastAsia="Georgia"/>
          <w:b w:val="0"/>
          <w:i/>
          <w:sz w:val="21"/>
          <w:u w:val="none"/>
        </w:rPr>
        <w:t>prove</w:t>
      </w:r>
      <w:r>
        <w:rPr>
          <w:rFonts w:ascii="Georgia" w:hAnsi="Georgia" w:eastAsia="Georgia"/>
          <w:b w:val="0"/>
          <w:i w:val="0"/>
          <w:sz w:val="21"/>
          <w:u w:val="none"/>
        </w:rPr>
        <w:t xml:space="preserve"> that he’s adequate for the job. Like the teen who feels rich until he starts paying for his own car insurance, we remain confident of our ability to manage life until we face the reality of our own soul. Nothing is more humbling than the recognition of a deep thirst that makes us entirely dependent on someone </w:t>
      </w:r>
      <w:r>
        <w:rPr>
          <w:rFonts w:ascii="Georgia" w:hAnsi="Georgia" w:eastAsia="Georgia"/>
          <w:b w:val="0"/>
          <w:i/>
          <w:sz w:val="21"/>
          <w:u w:val="none"/>
        </w:rPr>
        <w:t>else</w:t>
      </w:r>
      <w:r>
        <w:rPr>
          <w:rFonts w:ascii="Georgia" w:hAnsi="Georgia" w:eastAsia="Georgia"/>
          <w:b w:val="0"/>
          <w:i w:val="0"/>
          <w:sz w:val="21"/>
          <w:u w:val="none"/>
        </w:rPr>
        <w:t xml:space="preserve"> for satisfaction, and a depth of corruption that stains everything we do – even our efforts to reform – with selfishness. To realistically face what is true within us puts us in touch with a level of helplessness we don’t care to experience.” So we work at telling ourselves we’re fine, and we push those nagging feelings down and pretend they’re not there. Yet they keep resurfacing and we think, “I’m not sure I like what’s inside me”, or, “I don’t like to admit it, but there’s something wrong in my life.” We may realize one day that even when we </w:t>
      </w:r>
      <w:r>
        <w:rPr>
          <w:rFonts w:ascii="Georgia" w:hAnsi="Georgia" w:eastAsia="Georgia"/>
          <w:b w:val="0"/>
          <w:i/>
          <w:sz w:val="21"/>
          <w:u w:val="none"/>
        </w:rPr>
        <w:t>get</w:t>
      </w:r>
      <w:r>
        <w:rPr>
          <w:rFonts w:ascii="Georgia" w:hAnsi="Georgia" w:eastAsia="Georgia"/>
          <w:b w:val="0"/>
          <w:i w:val="0"/>
          <w:sz w:val="21"/>
          <w:u w:val="none"/>
        </w:rPr>
        <w:t xml:space="preserve"> what we </w:t>
      </w:r>
      <w:r>
        <w:rPr>
          <w:rFonts w:ascii="Georgia" w:hAnsi="Georgia" w:eastAsia="Georgia"/>
          <w:b w:val="0"/>
          <w:i/>
          <w:sz w:val="21"/>
          <w:u w:val="none"/>
        </w:rPr>
        <w:t>think</w:t>
      </w:r>
      <w:r>
        <w:rPr>
          <w:rFonts w:ascii="Georgia" w:hAnsi="Georgia" w:eastAsia="Georgia"/>
          <w:b w:val="0"/>
          <w:i w:val="0"/>
          <w:sz w:val="21"/>
          <w:u w:val="none"/>
        </w:rPr>
        <w:t xml:space="preserve"> we want in life, it doesn’t satisfy like we thought it would. “Is this all there is?” we may ask. “There’s </w:t>
      </w:r>
      <w:r>
        <w:rPr>
          <w:rFonts w:ascii="Georgia" w:hAnsi="Georgia" w:eastAsia="Georgia"/>
          <w:b w:val="0"/>
          <w:i/>
          <w:sz w:val="21"/>
          <w:u w:val="none"/>
        </w:rPr>
        <w:t>got</w:t>
      </w:r>
      <w:r>
        <w:rPr>
          <w:rFonts w:ascii="Georgia" w:hAnsi="Georgia" w:eastAsia="Georgia"/>
          <w:b w:val="0"/>
          <w:i w:val="0"/>
          <w:sz w:val="21"/>
          <w:u w:val="none"/>
        </w:rPr>
        <w:t xml:space="preserve"> to be something </w:t>
      </w:r>
      <w:r>
        <w:rPr>
          <w:rFonts w:ascii="Georgia" w:hAnsi="Georgia" w:eastAsia="Georgia"/>
          <w:b w:val="0"/>
          <w:i/>
          <w:sz w:val="21"/>
          <w:u w:val="none"/>
        </w:rPr>
        <w:t>more</w:t>
      </w:r>
      <w:r>
        <w:rPr>
          <w:rFonts w:ascii="Georgia" w:hAnsi="Georgia" w:eastAsia="Georgia"/>
          <w:b w:val="0"/>
          <w:i w:val="0"/>
          <w:sz w:val="21"/>
          <w:u w:val="none"/>
        </w:rPr>
        <w:t xml:space="preserve">, but what </w:t>
      </w:r>
      <w:r>
        <w:rPr>
          <w:rFonts w:ascii="Georgia" w:hAnsi="Georgia" w:eastAsia="Georgia"/>
          <w:b w:val="0"/>
          <w:i/>
          <w:sz w:val="21"/>
          <w:u w:val="none"/>
        </w:rPr>
        <w:t>is</w:t>
      </w:r>
      <w:r>
        <w:rPr>
          <w:rFonts w:ascii="Georgia" w:hAnsi="Georgia" w:eastAsia="Georgia"/>
          <w:b w:val="0"/>
          <w:i w:val="0"/>
          <w:sz w:val="21"/>
          <w:u w:val="none"/>
        </w:rPr>
        <w:t xml:space="preserve"> it? And how do I find it?” You may go to church every Sunday. You may claim to be a Christian because you believe that Jesus is the Son of God who died for your sins and rose again, and you believe the Bible </w:t>
      </w:r>
      <w:r>
        <w:rPr>
          <w:rFonts w:ascii="Georgia" w:hAnsi="Georgia" w:eastAsia="Georgia"/>
          <w:b w:val="0"/>
          <w:i/>
          <w:sz w:val="21"/>
          <w:u w:val="none"/>
        </w:rPr>
        <w:t>is</w:t>
      </w:r>
      <w:r>
        <w:rPr>
          <w:rFonts w:ascii="Georgia" w:hAnsi="Georgia" w:eastAsia="Georgia"/>
          <w:b w:val="0"/>
          <w:i w:val="0"/>
          <w:sz w:val="21"/>
          <w:u w:val="none"/>
        </w:rPr>
        <w:t xml:space="preserve"> the Word of God – but there is none of the victory in your life that you’ve heard you’re supposed to have. You know you’re not living the way you should and you feel guilty about it, but you just can’t seem to get a handle on it, and life is a constant struggle. “Maybe I just need to read the Bible more”, you think. But when you do, you only feel all the more condemned because all the promises seem to have an “if” clause that you know you are not meeting. And then you run into Matthew 5 and Jesus’ Sermon on the Mount, and you’re </w:t>
      </w:r>
      <w:r>
        <w:rPr>
          <w:rFonts w:ascii="Georgia" w:hAnsi="Georgia" w:eastAsia="Georgia"/>
          <w:b w:val="0"/>
          <w:i/>
          <w:sz w:val="21"/>
          <w:u w:val="none"/>
        </w:rPr>
        <w:t xml:space="preserve">really </w:t>
      </w:r>
      <w:r>
        <w:rPr>
          <w:rFonts w:ascii="Georgia" w:hAnsi="Georgia" w:eastAsia="Georgia"/>
          <w:b w:val="0"/>
          <w:i w:val="0"/>
          <w:sz w:val="21"/>
          <w:u w:val="none"/>
        </w:rPr>
        <w:t>sunk. He says our righteousness must</w:t>
      </w:r>
      <w:r>
        <w:rPr>
          <w:rFonts w:ascii="Georgia" w:hAnsi="Georgia" w:eastAsia="Georgia"/>
          <w:b w:val="0"/>
          <w:i/>
          <w:sz w:val="21"/>
          <w:u w:val="none"/>
        </w:rPr>
        <w:t xml:space="preserve"> </w:t>
      </w:r>
      <w:r>
        <w:rPr>
          <w:rFonts w:ascii="Georgia" w:hAnsi="Georgia" w:eastAsia="Georgia"/>
          <w:b w:val="0"/>
          <w:i w:val="0"/>
          <w:sz w:val="21"/>
          <w:u w:val="none"/>
        </w:rPr>
        <w:t xml:space="preserve">exceed that of the most devout religious leaders; He says not only are we not to </w:t>
      </w:r>
      <w:r>
        <w:rPr>
          <w:rFonts w:ascii="Georgia" w:hAnsi="Georgia" w:eastAsia="Georgia"/>
          <w:b w:val="0"/>
          <w:i/>
          <w:sz w:val="21"/>
          <w:u w:val="none"/>
        </w:rPr>
        <w:t>do</w:t>
      </w:r>
      <w:r>
        <w:rPr>
          <w:rFonts w:ascii="Georgia" w:hAnsi="Georgia" w:eastAsia="Georgia"/>
          <w:b w:val="0"/>
          <w:i w:val="0"/>
          <w:sz w:val="21"/>
          <w:u w:val="none"/>
        </w:rPr>
        <w:t xml:space="preserve"> anything wrong, but it’s just as bad if we even </w:t>
      </w:r>
      <w:r>
        <w:rPr>
          <w:rFonts w:ascii="Georgia" w:hAnsi="Georgia" w:eastAsia="Georgia"/>
          <w:b w:val="0"/>
          <w:i/>
          <w:sz w:val="21"/>
          <w:u w:val="none"/>
        </w:rPr>
        <w:t>think</w:t>
      </w:r>
      <w:r>
        <w:rPr>
          <w:rFonts w:ascii="Georgia" w:hAnsi="Georgia" w:eastAsia="Georgia"/>
          <w:b w:val="0"/>
          <w:i w:val="0"/>
          <w:sz w:val="21"/>
          <w:u w:val="none"/>
        </w:rPr>
        <w:t xml:space="preserve"> it! How is there hope for </w:t>
      </w:r>
      <w:r>
        <w:rPr>
          <w:rFonts w:ascii="Georgia" w:hAnsi="Georgia" w:eastAsia="Georgia"/>
          <w:b w:val="0"/>
          <w:i/>
          <w:sz w:val="21"/>
          <w:u w:val="none"/>
        </w:rPr>
        <w:t>anyone</w:t>
      </w:r>
      <w:r>
        <w:rPr>
          <w:rFonts w:ascii="Georgia" w:hAnsi="Georgia" w:eastAsia="Georgia"/>
          <w:b w:val="0"/>
          <w:i w:val="0"/>
          <w:sz w:val="21"/>
          <w:u w:val="none"/>
        </w:rPr>
        <w:t xml:space="preserve"> – let alone </w:t>
      </w:r>
      <w:r>
        <w:rPr>
          <w:rFonts w:ascii="Georgia" w:hAnsi="Georgia" w:eastAsia="Georgia"/>
          <w:b w:val="0"/>
          <w:i/>
          <w:sz w:val="21"/>
          <w:u w:val="none"/>
        </w:rPr>
        <w:t>me</w:t>
      </w:r>
      <w:r>
        <w:rPr>
          <w:rFonts w:ascii="Georgia" w:hAnsi="Georgia" w:eastAsia="Georgia"/>
          <w:b w:val="0"/>
          <w:i w:val="0"/>
          <w:sz w:val="21"/>
          <w:u w:val="none"/>
        </w:rPr>
        <w:t xml:space="preserve"> – if this is what He expects? Well you’re right – but I’ve got news for you! This sense of despair you feel is exactly what Jesus </w:t>
      </w:r>
      <w:r>
        <w:rPr>
          <w:rFonts w:ascii="Georgia" w:hAnsi="Georgia" w:eastAsia="Georgia"/>
          <w:b w:val="0"/>
          <w:i/>
          <w:sz w:val="21"/>
          <w:u w:val="none"/>
        </w:rPr>
        <w:t>intended</w:t>
      </w:r>
      <w:r>
        <w:rPr>
          <w:rFonts w:ascii="Georgia" w:hAnsi="Georgia" w:eastAsia="Georgia"/>
          <w:b w:val="0"/>
          <w:i w:val="0"/>
          <w:sz w:val="21"/>
          <w:u w:val="none"/>
        </w:rPr>
        <w:t xml:space="preserve"> for these words to produce. He wants us to recognize that in our own human strength it is not </w:t>
      </w:r>
      <w:r>
        <w:rPr>
          <w:rFonts w:ascii="Georgia" w:hAnsi="Georgia" w:eastAsia="Georgia"/>
          <w:b w:val="0"/>
          <w:i/>
          <w:sz w:val="21"/>
          <w:u w:val="none"/>
        </w:rPr>
        <w:t>possible</w:t>
      </w:r>
      <w:r>
        <w:rPr>
          <w:rFonts w:ascii="Georgia" w:hAnsi="Georgia" w:eastAsia="Georgia"/>
          <w:b w:val="0"/>
          <w:i w:val="0"/>
          <w:sz w:val="21"/>
          <w:u w:val="none"/>
        </w:rPr>
        <w:t xml:space="preserve"> for you or for me to live a life that pleases God. Oswald Chambers says, “When we finally admit, ‘Lord, I cannot even </w:t>
      </w:r>
      <w:r>
        <w:rPr>
          <w:rFonts w:ascii="Georgia" w:hAnsi="Georgia" w:eastAsia="Georgia"/>
          <w:b w:val="0"/>
          <w:i/>
          <w:sz w:val="21"/>
          <w:u w:val="none"/>
        </w:rPr>
        <w:t>begin</w:t>
      </w:r>
      <w:r>
        <w:rPr>
          <w:rFonts w:ascii="Georgia" w:hAnsi="Georgia" w:eastAsia="Georgia"/>
          <w:b w:val="0"/>
          <w:i w:val="0"/>
          <w:sz w:val="21"/>
          <w:u w:val="none"/>
        </w:rPr>
        <w:t xml:space="preserve"> to do it!’ </w:t>
      </w:r>
      <w:r>
        <w:rPr>
          <w:rFonts w:ascii="Georgia" w:hAnsi="Georgia" w:eastAsia="Georgia"/>
          <w:b w:val="0"/>
          <w:i/>
          <w:sz w:val="21"/>
          <w:u w:val="none"/>
        </w:rPr>
        <w:t>then</w:t>
      </w:r>
      <w:r>
        <w:rPr>
          <w:rFonts w:ascii="Georgia" w:hAnsi="Georgia" w:eastAsia="Georgia"/>
          <w:b w:val="0"/>
          <w:i w:val="0"/>
          <w:sz w:val="21"/>
          <w:u w:val="none"/>
        </w:rPr>
        <w:t xml:space="preserve"> Jesus says, ‘Blessed are you’. </w:t>
      </w:r>
      <w:r>
        <w:rPr>
          <w:rFonts w:ascii="Georgia" w:hAnsi="Georgia" w:eastAsia="Georgia"/>
          <w:b w:val="0"/>
          <w:i/>
          <w:sz w:val="21"/>
          <w:u w:val="none"/>
        </w:rPr>
        <w:t>This</w:t>
      </w:r>
      <w:r>
        <w:rPr>
          <w:rFonts w:ascii="Georgia" w:hAnsi="Georgia" w:eastAsia="Georgia"/>
          <w:b w:val="0"/>
          <w:i w:val="0"/>
          <w:sz w:val="21"/>
          <w:u w:val="none"/>
        </w:rPr>
        <w:t xml:space="preserve"> is the doorway to the kingdom.”</w:t>
      </w:r>
    </w:p>
    <w:p>
      <w:pPr>
        <w:widowControl/>
      </w:pPr>
      <w:r>
        <w:rPr>
          <w:rFonts w:ascii="Georgia" w:hAnsi="Georgia" w:eastAsia="Georgia"/>
          <w:b w:val="0"/>
          <w:i w:val="0"/>
          <w:sz w:val="21"/>
          <w:u w:val="none"/>
        </w:rPr>
        <w:t>You see when I insist on having my “</w:t>
      </w:r>
      <w:r>
        <w:rPr>
          <w:rFonts w:ascii="Georgia" w:hAnsi="Georgia" w:eastAsia="Georgia"/>
          <w:b w:val="0"/>
          <w:i/>
          <w:sz w:val="21"/>
          <w:u w:val="none"/>
        </w:rPr>
        <w:t>rights</w:t>
      </w:r>
      <w:r>
        <w:rPr>
          <w:rFonts w:ascii="Georgia" w:hAnsi="Georgia" w:eastAsia="Georgia"/>
          <w:b w:val="0"/>
          <w:i w:val="0"/>
          <w:sz w:val="21"/>
          <w:u w:val="none"/>
        </w:rPr>
        <w:t xml:space="preserve">” to control my own life, God can’t do anything with me. He </w:t>
      </w:r>
      <w:r>
        <w:rPr>
          <w:rFonts w:ascii="Georgia" w:hAnsi="Georgia" w:eastAsia="Georgia"/>
          <w:b w:val="0"/>
          <w:i/>
          <w:sz w:val="21"/>
          <w:u w:val="none"/>
        </w:rPr>
        <w:t>gave</w:t>
      </w:r>
      <w:r>
        <w:rPr>
          <w:rFonts w:ascii="Georgia" w:hAnsi="Georgia" w:eastAsia="Georgia"/>
          <w:b w:val="0"/>
          <w:i w:val="0"/>
          <w:sz w:val="21"/>
          <w:u w:val="none"/>
        </w:rPr>
        <w:t xml:space="preserve"> us the freedom to choose whether to obey Him or not, and He will never </w:t>
      </w:r>
      <w:r>
        <w:rPr>
          <w:rFonts w:ascii="Georgia" w:hAnsi="Georgia" w:eastAsia="Georgia"/>
          <w:b w:val="0"/>
          <w:i/>
          <w:sz w:val="21"/>
          <w:u w:val="none"/>
        </w:rPr>
        <w:t>force</w:t>
      </w:r>
      <w:r>
        <w:rPr>
          <w:rFonts w:ascii="Georgia" w:hAnsi="Georgia" w:eastAsia="Georgia"/>
          <w:b w:val="0"/>
          <w:i w:val="0"/>
          <w:sz w:val="21"/>
          <w:u w:val="none"/>
        </w:rPr>
        <w:t xml:space="preserve"> us to give that up. He </w:t>
      </w:r>
      <w:r>
        <w:rPr>
          <w:rFonts w:ascii="Georgia" w:hAnsi="Georgia" w:eastAsia="Georgia"/>
          <w:b w:val="0"/>
          <w:i/>
          <w:sz w:val="21"/>
          <w:u w:val="none"/>
        </w:rPr>
        <w:t>longs</w:t>
      </w:r>
      <w:r>
        <w:rPr>
          <w:rFonts w:ascii="Georgia" w:hAnsi="Georgia" w:eastAsia="Georgia"/>
          <w:b w:val="0"/>
          <w:i w:val="0"/>
          <w:sz w:val="21"/>
          <w:u w:val="none"/>
        </w:rPr>
        <w:t xml:space="preserve"> for us to choose life – and that life is in His Son – but He will never make us do it. Jesus says in order to see the kingdom of God we must be “born again”. He’s not talking about reincarnation here. He’s talking about the death of our natural life and birth of the spiritual life – and we can have that </w:t>
      </w:r>
      <w:r>
        <w:rPr>
          <w:rFonts w:ascii="Georgia" w:hAnsi="Georgia" w:eastAsia="Georgia"/>
          <w:b w:val="0"/>
          <w:i/>
          <w:sz w:val="21"/>
          <w:u w:val="none"/>
        </w:rPr>
        <w:t>now</w:t>
      </w:r>
      <w:r>
        <w:rPr>
          <w:rFonts w:ascii="Georgia" w:hAnsi="Georgia" w:eastAsia="Georgia"/>
          <w:b w:val="0"/>
          <w:i w:val="0"/>
          <w:sz w:val="21"/>
          <w:u w:val="none"/>
        </w:rPr>
        <w:t xml:space="preserve"> while we live on this earth in these bodies. This is the great paradox of the gospel of Jesus Christ. We must be willing to </w:t>
      </w:r>
      <w:r>
        <w:rPr>
          <w:rFonts w:ascii="Georgia" w:hAnsi="Georgia" w:eastAsia="Georgia"/>
          <w:b w:val="0"/>
          <w:i/>
          <w:sz w:val="21"/>
          <w:u w:val="none"/>
        </w:rPr>
        <w:t>die</w:t>
      </w:r>
      <w:r>
        <w:rPr>
          <w:rFonts w:ascii="Georgia" w:hAnsi="Georgia" w:eastAsia="Georgia"/>
          <w:b w:val="0"/>
          <w:i w:val="0"/>
          <w:sz w:val="21"/>
          <w:u w:val="none"/>
        </w:rPr>
        <w:t xml:space="preserve"> to ourselves – to give up every right to control our own lives and to be crucified with Christ so that we may be raised again a new creature. Only then can we be born again. This is what baptism is all about. It signifies not only being washed clean of the filth of sin, but being buried with Christ and being raised back to life. Paul explains in the 6</w:t>
      </w:r>
      <w:r>
        <w:rPr>
          <w:rFonts w:ascii="Georgia" w:hAnsi="Georgia" w:eastAsia="Georgia"/>
          <w:b w:val="0"/>
          <w:i w:val="0"/>
          <w:sz w:val="21"/>
          <w:u w:val="none"/>
          <w:vertAlign w:val="superscript"/>
        </w:rPr>
        <w:t>th</w:t>
      </w:r>
      <w:r>
        <w:rPr>
          <w:rFonts w:ascii="Georgia" w:hAnsi="Georgia" w:eastAsia="Georgia"/>
          <w:b w:val="0"/>
          <w:i w:val="0"/>
          <w:sz w:val="21"/>
          <w:u w:val="none"/>
        </w:rPr>
        <w:t xml:space="preserve"> chapter of Romans: “Don’t you </w:t>
      </w:r>
      <w:r>
        <w:rPr>
          <w:rFonts w:ascii="Georgia" w:hAnsi="Georgia" w:eastAsia="Georgia"/>
          <w:b w:val="0"/>
          <w:i/>
          <w:sz w:val="21"/>
          <w:u w:val="none"/>
        </w:rPr>
        <w:t>know</w:t>
      </w:r>
      <w:r>
        <w:rPr>
          <w:rFonts w:ascii="Georgia" w:hAnsi="Georgia" w:eastAsia="Georgia"/>
          <w:b w:val="0"/>
          <w:i w:val="0"/>
          <w:sz w:val="21"/>
          <w:u w:val="none"/>
        </w:rPr>
        <w:t xml:space="preserve"> that all of us who were baptized into Christ Jesus were baptized into His death? We were therefore buried </w:t>
      </w:r>
      <w:r>
        <w:rPr>
          <w:rFonts w:ascii="Georgia" w:hAnsi="Georgia" w:eastAsia="Georgia"/>
          <w:b w:val="0"/>
          <w:i/>
          <w:sz w:val="21"/>
          <w:u w:val="none"/>
        </w:rPr>
        <w:t>with</w:t>
      </w:r>
      <w:r>
        <w:rPr>
          <w:rFonts w:ascii="Georgia" w:hAnsi="Georgia" w:eastAsia="Georgia"/>
          <w:b w:val="0"/>
          <w:i w:val="0"/>
          <w:sz w:val="21"/>
          <w:u w:val="none"/>
        </w:rPr>
        <w:t xml:space="preserve"> Him through baptism into death in order that, just as Christ was raised from the dead, through the glory of the Father, we too may live a new life. --- for we know that our old self was crucified with Him so that the body of sin might be done away with, that we should no longer </w:t>
      </w:r>
      <w:r>
        <w:rPr>
          <w:rFonts w:ascii="Georgia" w:hAnsi="Georgia" w:eastAsia="Georgia"/>
          <w:b w:val="0"/>
          <w:i/>
          <w:sz w:val="21"/>
          <w:u w:val="none"/>
        </w:rPr>
        <w:t>be slaves</w:t>
      </w:r>
      <w:r>
        <w:rPr>
          <w:rFonts w:ascii="Georgia" w:hAnsi="Georgia" w:eastAsia="Georgia"/>
          <w:b w:val="0"/>
          <w:i w:val="0"/>
          <w:sz w:val="21"/>
          <w:u w:val="none"/>
        </w:rPr>
        <w:t xml:space="preserve"> to sin – because anyone who has died is free from sin. Now if we </w:t>
      </w:r>
      <w:r>
        <w:rPr>
          <w:rFonts w:ascii="Georgia" w:hAnsi="Georgia" w:eastAsia="Georgia"/>
          <w:b w:val="0"/>
          <w:i/>
          <w:sz w:val="21"/>
          <w:u w:val="none"/>
        </w:rPr>
        <w:t>died</w:t>
      </w:r>
      <w:r>
        <w:rPr>
          <w:rFonts w:ascii="Georgia" w:hAnsi="Georgia" w:eastAsia="Georgia"/>
          <w:b w:val="0"/>
          <w:i w:val="0"/>
          <w:sz w:val="21"/>
          <w:u w:val="none"/>
        </w:rPr>
        <w:t xml:space="preserve"> with Christ, we believe we will also live with Him. --- Therefore, do not </w:t>
      </w:r>
      <w:r>
        <w:rPr>
          <w:rFonts w:ascii="Georgia" w:hAnsi="Georgia" w:eastAsia="Georgia"/>
          <w:b w:val="0"/>
          <w:i/>
          <w:sz w:val="21"/>
          <w:u w:val="none"/>
        </w:rPr>
        <w:t>let</w:t>
      </w:r>
      <w:r>
        <w:rPr>
          <w:rFonts w:ascii="Georgia" w:hAnsi="Georgia" w:eastAsia="Georgia"/>
          <w:b w:val="0"/>
          <w:i w:val="0"/>
          <w:sz w:val="21"/>
          <w:u w:val="none"/>
        </w:rPr>
        <w:t xml:space="preserve"> sin reign in your mortal body to obey its evil desires ---- for sin shall </w:t>
      </w:r>
      <w:r>
        <w:rPr>
          <w:rFonts w:ascii="Georgia" w:hAnsi="Georgia" w:eastAsia="Georgia"/>
          <w:b w:val="0"/>
          <w:i/>
          <w:sz w:val="21"/>
          <w:u w:val="none"/>
        </w:rPr>
        <w:t>not</w:t>
      </w:r>
      <w:r>
        <w:rPr>
          <w:rFonts w:ascii="Georgia" w:hAnsi="Georgia" w:eastAsia="Georgia"/>
          <w:b w:val="0"/>
          <w:i w:val="0"/>
          <w:sz w:val="21"/>
          <w:u w:val="none"/>
        </w:rPr>
        <w:t xml:space="preserve"> be your master, because you are not under the law, but under grace.”</w:t>
      </w:r>
    </w:p>
    <w:p>
      <w:pPr>
        <w:widowControl/>
      </w:pPr>
      <w:r>
        <w:rPr>
          <w:rFonts w:ascii="Georgia" w:hAnsi="Georgia" w:eastAsia="Georgia"/>
          <w:b w:val="0"/>
          <w:i w:val="0"/>
          <w:sz w:val="21"/>
          <w:u w:val="none"/>
        </w:rPr>
        <w:t xml:space="preserve">Chambers says, “Stubbornness is an unintelligent barrier </w:t>
      </w:r>
      <w:r>
        <w:rPr>
          <w:rFonts w:ascii="Georgia" w:hAnsi="Georgia" w:eastAsia="Georgia"/>
          <w:b w:val="0"/>
          <w:i/>
          <w:sz w:val="21"/>
          <w:u w:val="none"/>
        </w:rPr>
        <w:t xml:space="preserve">refusing </w:t>
      </w:r>
      <w:r>
        <w:rPr>
          <w:rFonts w:ascii="Georgia" w:hAnsi="Georgia" w:eastAsia="Georgia"/>
          <w:b w:val="0"/>
          <w:i w:val="0"/>
          <w:sz w:val="21"/>
          <w:u w:val="none"/>
        </w:rPr>
        <w:t>enlightenment</w:t>
      </w:r>
      <w:r>
        <w:rPr>
          <w:rFonts w:ascii="Georgia" w:hAnsi="Georgia" w:eastAsia="Georgia"/>
          <w:b w:val="0"/>
          <w:i/>
          <w:sz w:val="21"/>
          <w:u w:val="none"/>
        </w:rPr>
        <w:t xml:space="preserve"> </w:t>
      </w:r>
      <w:r>
        <w:rPr>
          <w:rFonts w:ascii="Georgia" w:hAnsi="Georgia" w:eastAsia="Georgia"/>
          <w:b w:val="0"/>
          <w:i w:val="0"/>
          <w:sz w:val="21"/>
          <w:u w:val="none"/>
        </w:rPr>
        <w:t xml:space="preserve">and </w:t>
      </w:r>
      <w:r>
        <w:rPr>
          <w:rFonts w:ascii="Georgia" w:hAnsi="Georgia" w:eastAsia="Georgia"/>
          <w:b w:val="0"/>
          <w:i/>
          <w:sz w:val="21"/>
          <w:u w:val="none"/>
        </w:rPr>
        <w:t>blocking</w:t>
      </w:r>
      <w:r>
        <w:rPr>
          <w:rFonts w:ascii="Georgia" w:hAnsi="Georgia" w:eastAsia="Georgia"/>
          <w:b w:val="0"/>
          <w:i w:val="0"/>
          <w:sz w:val="21"/>
          <w:u w:val="none"/>
        </w:rPr>
        <w:t xml:space="preserve"> its flow. The only thing to do with this barrier of stubbornness is to blow it up with dynamite, and the “dynamite” is obedience to the Holy Spirit --- God not only expects me to </w:t>
      </w:r>
      <w:r>
        <w:rPr>
          <w:rFonts w:ascii="Georgia" w:hAnsi="Georgia" w:eastAsia="Georgia"/>
          <w:b w:val="0"/>
          <w:i/>
          <w:sz w:val="21"/>
          <w:u w:val="none"/>
        </w:rPr>
        <w:t>do</w:t>
      </w:r>
      <w:r>
        <w:rPr>
          <w:rFonts w:ascii="Georgia" w:hAnsi="Georgia" w:eastAsia="Georgia"/>
          <w:b w:val="0"/>
          <w:i w:val="0"/>
          <w:sz w:val="21"/>
          <w:u w:val="none"/>
        </w:rPr>
        <w:t xml:space="preserve"> His </w:t>
      </w:r>
      <w:r>
        <w:rPr>
          <w:rFonts w:ascii="Georgia" w:hAnsi="Georgia" w:eastAsia="Georgia"/>
          <w:b w:val="0"/>
          <w:i/>
          <w:sz w:val="21"/>
          <w:u w:val="none"/>
        </w:rPr>
        <w:t>will</w:t>
      </w:r>
      <w:r>
        <w:rPr>
          <w:rFonts w:ascii="Georgia" w:hAnsi="Georgia" w:eastAsia="Georgia"/>
          <w:b w:val="0"/>
          <w:i w:val="0"/>
          <w:sz w:val="21"/>
          <w:u w:val="none"/>
        </w:rPr>
        <w:t xml:space="preserve">, but He promises to be </w:t>
      </w:r>
      <w:r>
        <w:rPr>
          <w:rFonts w:ascii="Georgia" w:hAnsi="Georgia" w:eastAsia="Georgia"/>
          <w:b w:val="0"/>
          <w:i/>
          <w:sz w:val="21"/>
          <w:u w:val="none"/>
        </w:rPr>
        <w:t>in</w:t>
      </w:r>
      <w:r>
        <w:rPr>
          <w:rFonts w:ascii="Georgia" w:hAnsi="Georgia" w:eastAsia="Georgia"/>
          <w:b w:val="0"/>
          <w:i w:val="0"/>
          <w:sz w:val="21"/>
          <w:u w:val="none"/>
        </w:rPr>
        <w:t xml:space="preserve"> me to do it (“It is </w:t>
      </w:r>
      <w:r>
        <w:rPr>
          <w:rFonts w:ascii="Georgia" w:hAnsi="Georgia" w:eastAsia="Georgia"/>
          <w:b w:val="0"/>
          <w:i/>
          <w:sz w:val="21"/>
          <w:u w:val="none"/>
        </w:rPr>
        <w:t>God</w:t>
      </w:r>
      <w:r>
        <w:rPr>
          <w:rFonts w:ascii="Georgia" w:hAnsi="Georgia" w:eastAsia="Georgia"/>
          <w:b w:val="0"/>
          <w:i w:val="0"/>
          <w:sz w:val="21"/>
          <w:u w:val="none"/>
        </w:rPr>
        <w:t xml:space="preserve"> who works </w:t>
      </w:r>
      <w:r>
        <w:rPr>
          <w:rFonts w:ascii="Georgia" w:hAnsi="Georgia" w:eastAsia="Georgia"/>
          <w:b w:val="0"/>
          <w:i/>
          <w:sz w:val="21"/>
          <w:u w:val="none"/>
        </w:rPr>
        <w:t>in</w:t>
      </w:r>
      <w:r>
        <w:rPr>
          <w:rFonts w:ascii="Georgia" w:hAnsi="Georgia" w:eastAsia="Georgia"/>
          <w:b w:val="0"/>
          <w:i w:val="0"/>
          <w:sz w:val="21"/>
          <w:u w:val="none"/>
        </w:rPr>
        <w:t xml:space="preserve"> you both to </w:t>
      </w:r>
      <w:r>
        <w:rPr>
          <w:rFonts w:ascii="Georgia" w:hAnsi="Georgia" w:eastAsia="Georgia"/>
          <w:b w:val="0"/>
          <w:i/>
          <w:sz w:val="21"/>
          <w:u w:val="none"/>
        </w:rPr>
        <w:t>will</w:t>
      </w:r>
      <w:r>
        <w:rPr>
          <w:rFonts w:ascii="Georgia" w:hAnsi="Georgia" w:eastAsia="Georgia"/>
          <w:b w:val="0"/>
          <w:i w:val="0"/>
          <w:sz w:val="21"/>
          <w:u w:val="none"/>
        </w:rPr>
        <w:t xml:space="preserve"> and to </w:t>
      </w:r>
      <w:r>
        <w:rPr>
          <w:rFonts w:ascii="Georgia" w:hAnsi="Georgia" w:eastAsia="Georgia"/>
          <w:b w:val="0"/>
          <w:i/>
          <w:sz w:val="21"/>
          <w:u w:val="none"/>
        </w:rPr>
        <w:t>do</w:t>
      </w:r>
      <w:r>
        <w:rPr>
          <w:rFonts w:ascii="Georgia" w:hAnsi="Georgia" w:eastAsia="Georgia"/>
          <w:b w:val="0"/>
          <w:i w:val="0"/>
          <w:sz w:val="21"/>
          <w:u w:val="none"/>
        </w:rPr>
        <w:t xml:space="preserve"> of His good pleasure”) When I am born again by the Spirit of God, I know that Jesus Christ did not come only to teach – He came to </w:t>
      </w:r>
      <w:r>
        <w:rPr>
          <w:rFonts w:ascii="Georgia" w:hAnsi="Georgia" w:eastAsia="Georgia"/>
          <w:b w:val="0"/>
          <w:i/>
          <w:sz w:val="21"/>
          <w:u w:val="none"/>
        </w:rPr>
        <w:t>make</w:t>
      </w:r>
      <w:r>
        <w:rPr>
          <w:rFonts w:ascii="Georgia" w:hAnsi="Georgia" w:eastAsia="Georgia"/>
          <w:b w:val="0"/>
          <w:i w:val="0"/>
          <w:sz w:val="21"/>
          <w:u w:val="none"/>
        </w:rPr>
        <w:t xml:space="preserve"> me what He teaches I should be.” The only way He can </w:t>
      </w:r>
      <w:r>
        <w:rPr>
          <w:rFonts w:ascii="Georgia" w:hAnsi="Georgia" w:eastAsia="Georgia"/>
          <w:b w:val="0"/>
          <w:i/>
          <w:sz w:val="21"/>
          <w:u w:val="none"/>
        </w:rPr>
        <w:t>do</w:t>
      </w:r>
      <w:r>
        <w:rPr>
          <w:rFonts w:ascii="Georgia" w:hAnsi="Georgia" w:eastAsia="Georgia"/>
          <w:b w:val="0"/>
          <w:i w:val="0"/>
          <w:sz w:val="21"/>
          <w:u w:val="none"/>
        </w:rPr>
        <w:t xml:space="preserve"> this is if I give </w:t>
      </w:r>
      <w:r>
        <w:rPr>
          <w:rFonts w:ascii="Georgia" w:hAnsi="Georgia" w:eastAsia="Georgia"/>
          <w:b w:val="0"/>
          <w:i/>
          <w:sz w:val="21"/>
          <w:u w:val="none"/>
        </w:rPr>
        <w:t>Him</w:t>
      </w:r>
      <w:r>
        <w:rPr>
          <w:rFonts w:ascii="Georgia" w:hAnsi="Georgia" w:eastAsia="Georgia"/>
          <w:b w:val="0"/>
          <w:i w:val="0"/>
          <w:sz w:val="21"/>
          <w:u w:val="none"/>
        </w:rPr>
        <w:t xml:space="preserve"> the reins of my life. </w:t>
      </w:r>
      <w:r>
        <w:rPr>
          <w:rFonts w:ascii="Georgia" w:hAnsi="Georgia" w:eastAsia="Georgia"/>
          <w:b w:val="0"/>
          <w:i/>
          <w:sz w:val="21"/>
          <w:u w:val="none"/>
        </w:rPr>
        <w:t>This</w:t>
      </w:r>
      <w:r>
        <w:rPr>
          <w:rFonts w:ascii="Georgia" w:hAnsi="Georgia" w:eastAsia="Georgia"/>
          <w:b w:val="0"/>
          <w:i w:val="0"/>
          <w:sz w:val="21"/>
          <w:u w:val="none"/>
        </w:rPr>
        <w:t xml:space="preserve"> is the truth that sets us free. Dear ones – </w:t>
      </w:r>
      <w:r>
        <w:rPr>
          <w:rFonts w:ascii="Georgia" w:hAnsi="Georgia" w:eastAsia="Georgia"/>
          <w:b w:val="0"/>
          <w:i/>
          <w:sz w:val="21"/>
          <w:u w:val="none"/>
        </w:rPr>
        <w:t>dare</w:t>
      </w:r>
      <w:r>
        <w:rPr>
          <w:rFonts w:ascii="Georgia" w:hAnsi="Georgia" w:eastAsia="Georgia"/>
          <w:b w:val="0"/>
          <w:i w:val="0"/>
          <w:sz w:val="21"/>
          <w:u w:val="none"/>
        </w:rPr>
        <w:t xml:space="preserve"> to let go and let God – you will never regret it.</w:t>
      </w:r>
    </w:p>
    <w:p>
      <w:bookmarkStart w:id="21" w:name="reflection_20"/>
      <w:pPr>
        <w:pStyle w:val="Heading1"/>
      </w:pPr>
      <w:r>
        <w:rPr>
          <w:rFonts w:ascii="Georgia" w:hAnsi="Georgia" w:eastAsia="Georgia"/>
          <w:b/>
          <w:color w:val="226FA4"/>
          <w:sz w:val="34"/>
        </w:rPr>
        <w:t>The “New Covenant”</w:t>
      </w:r>
      <w:bookmarkEnd w:id="21"/>
    </w:p>
    <w:p>
      <w:pPr>
        <w:widowControl/>
      </w:pPr>
      <w:r>
        <w:rPr>
          <w:rFonts w:ascii="Georgia" w:hAnsi="Georgia" w:eastAsia="Georgia"/>
          <w:b w:val="0"/>
          <w:i w:val="0"/>
          <w:sz w:val="21"/>
          <w:u w:val="none"/>
        </w:rPr>
        <w:t>Today is Valentine’s Day, when we give some special attention to the special people in our lives and let them know they are loved. We’re going to talk about “love” today, only instead of focusing on love for our spouse or even for other family, we’ll take a look at what it means to love God.</w:t>
      </w:r>
    </w:p>
    <w:p>
      <w:pPr>
        <w:widowControl/>
      </w:pPr>
      <w:r>
        <w:rPr>
          <w:rFonts w:ascii="Georgia" w:hAnsi="Georgia" w:eastAsia="Georgia"/>
          <w:b w:val="0"/>
          <w:i w:val="0"/>
          <w:sz w:val="21"/>
          <w:u w:val="none"/>
        </w:rPr>
        <w:t xml:space="preserve">Do you love God? How can you </w:t>
      </w:r>
      <w:r>
        <w:rPr>
          <w:rFonts w:ascii="Georgia" w:hAnsi="Georgia" w:eastAsia="Georgia"/>
          <w:b w:val="0"/>
          <w:i/>
          <w:sz w:val="21"/>
          <w:u w:val="none"/>
        </w:rPr>
        <w:t>know</w:t>
      </w:r>
      <w:r>
        <w:rPr>
          <w:rFonts w:ascii="Georgia" w:hAnsi="Georgia" w:eastAsia="Georgia"/>
          <w:b w:val="0"/>
          <w:i w:val="0"/>
          <w:sz w:val="21"/>
          <w:u w:val="none"/>
        </w:rPr>
        <w:t xml:space="preserve"> if you really love Him or not? What would be the </w:t>
      </w:r>
      <w:r>
        <w:rPr>
          <w:rFonts w:ascii="Georgia" w:hAnsi="Georgia" w:eastAsia="Georgia"/>
          <w:b w:val="0"/>
          <w:i/>
          <w:sz w:val="21"/>
          <w:u w:val="none"/>
        </w:rPr>
        <w:t>evidence</w:t>
      </w:r>
      <w:r>
        <w:rPr>
          <w:rFonts w:ascii="Georgia" w:hAnsi="Georgia" w:eastAsia="Georgia"/>
          <w:b w:val="0"/>
          <w:i w:val="0"/>
          <w:sz w:val="21"/>
          <w:u w:val="none"/>
        </w:rPr>
        <w:t xml:space="preserve"> that you love Him – to yourself – and to others? Let’s talk about that.</w:t>
      </w:r>
    </w:p>
    <w:p>
      <w:pPr>
        <w:widowControl/>
      </w:pPr>
      <w:r>
        <w:rPr>
          <w:rFonts w:ascii="Georgia" w:hAnsi="Georgia" w:eastAsia="Georgia"/>
          <w:b w:val="0"/>
          <w:i w:val="0"/>
          <w:sz w:val="21"/>
          <w:u w:val="none"/>
        </w:rPr>
        <w:t xml:space="preserve">For a Christian, loving God is not an option – it is a </w:t>
      </w:r>
      <w:r>
        <w:rPr>
          <w:rFonts w:ascii="Georgia" w:hAnsi="Georgia" w:eastAsia="Georgia"/>
          <w:b w:val="0"/>
          <w:i/>
          <w:sz w:val="21"/>
          <w:u w:val="none"/>
        </w:rPr>
        <w:t>command</w:t>
      </w:r>
      <w:r>
        <w:rPr>
          <w:rFonts w:ascii="Georgia" w:hAnsi="Georgia" w:eastAsia="Georgia"/>
          <w:b w:val="0"/>
          <w:i w:val="0"/>
          <w:sz w:val="21"/>
          <w:u w:val="none"/>
        </w:rPr>
        <w:t>. Way back in the book of Deuteronomy God spoke to His chosen people through Moses, saying, “</w:t>
      </w:r>
      <w:r>
        <w:rPr>
          <w:rFonts w:ascii="Georgia" w:hAnsi="Georgia" w:eastAsia="Georgia"/>
          <w:b w:val="0"/>
          <w:i/>
          <w:sz w:val="21"/>
          <w:u w:val="none"/>
        </w:rPr>
        <w:t>Love</w:t>
      </w:r>
      <w:r>
        <w:rPr>
          <w:rFonts w:ascii="Georgia" w:hAnsi="Georgia" w:eastAsia="Georgia"/>
          <w:b w:val="0"/>
          <w:i w:val="0"/>
          <w:sz w:val="21"/>
          <w:u w:val="none"/>
        </w:rPr>
        <w:t xml:space="preserve"> the Lord your God with all your heart and with all your soul and with all your strength.” How were they to do that? In Deuteronomy 10 and 11 He spells it out. “Love the Lord your God and keep His requirements, His decrees, His laws and His commands always” ---“For what does the Lord require of you but to </w:t>
      </w:r>
      <w:r>
        <w:rPr>
          <w:rFonts w:ascii="Georgia" w:hAnsi="Georgia" w:eastAsia="Georgia"/>
          <w:b w:val="0"/>
          <w:i/>
          <w:sz w:val="21"/>
          <w:u w:val="none"/>
        </w:rPr>
        <w:t>fear</w:t>
      </w:r>
      <w:r>
        <w:rPr>
          <w:rFonts w:ascii="Georgia" w:hAnsi="Georgia" w:eastAsia="Georgia"/>
          <w:b w:val="0"/>
          <w:i w:val="0"/>
          <w:sz w:val="21"/>
          <w:u w:val="none"/>
        </w:rPr>
        <w:t xml:space="preserve"> the Lord your God, to walk in all His ways, to love Him, to serve the Lord with all your heart and with all your soul, and to observe the Lord’s commands and decrees that I am giving you today for your own good.”</w:t>
      </w:r>
    </w:p>
    <w:p>
      <w:pPr>
        <w:widowControl/>
      </w:pPr>
      <w:r>
        <w:rPr>
          <w:rFonts w:ascii="Georgia" w:hAnsi="Georgia" w:eastAsia="Georgia"/>
          <w:b w:val="0"/>
          <w:i w:val="0"/>
          <w:sz w:val="21"/>
          <w:u w:val="none"/>
        </w:rPr>
        <w:t xml:space="preserve">When we read these words we think He makes it </w:t>
      </w:r>
      <w:r>
        <w:rPr>
          <w:rFonts w:ascii="Georgia" w:hAnsi="Georgia" w:eastAsia="Georgia"/>
          <w:b w:val="0"/>
          <w:i/>
          <w:sz w:val="21"/>
          <w:u w:val="none"/>
        </w:rPr>
        <w:t>sound</w:t>
      </w:r>
      <w:r>
        <w:rPr>
          <w:rFonts w:ascii="Georgia" w:hAnsi="Georgia" w:eastAsia="Georgia"/>
          <w:b w:val="0"/>
          <w:i w:val="0"/>
          <w:sz w:val="21"/>
          <w:u w:val="none"/>
        </w:rPr>
        <w:t xml:space="preserve"> so easy, but anyone who has struggled with sin knows it’s </w:t>
      </w:r>
      <w:r>
        <w:rPr>
          <w:rFonts w:ascii="Georgia" w:hAnsi="Georgia" w:eastAsia="Georgia"/>
          <w:b w:val="0"/>
          <w:i/>
          <w:sz w:val="21"/>
          <w:u w:val="none"/>
        </w:rPr>
        <w:t>not</w:t>
      </w:r>
      <w:r>
        <w:rPr>
          <w:rFonts w:ascii="Georgia" w:hAnsi="Georgia" w:eastAsia="Georgia"/>
          <w:b w:val="0"/>
          <w:i w:val="0"/>
          <w:sz w:val="21"/>
          <w:u w:val="none"/>
        </w:rPr>
        <w:t xml:space="preserve"> so easy. If we’re honest with ourselves we know this is true of </w:t>
      </w:r>
      <w:r>
        <w:rPr>
          <w:rFonts w:ascii="Georgia" w:hAnsi="Georgia" w:eastAsia="Georgia"/>
          <w:b w:val="0"/>
          <w:i/>
          <w:sz w:val="21"/>
          <w:u w:val="none"/>
        </w:rPr>
        <w:t>all</w:t>
      </w:r>
      <w:r>
        <w:rPr>
          <w:rFonts w:ascii="Georgia" w:hAnsi="Georgia" w:eastAsia="Georgia"/>
          <w:b w:val="0"/>
          <w:i w:val="0"/>
          <w:sz w:val="21"/>
          <w:u w:val="none"/>
        </w:rPr>
        <w:t xml:space="preserve"> of us. Besides, how can I </w:t>
      </w:r>
      <w:r>
        <w:rPr>
          <w:rFonts w:ascii="Georgia" w:hAnsi="Georgia" w:eastAsia="Georgia"/>
          <w:b w:val="0"/>
          <w:i/>
          <w:sz w:val="21"/>
          <w:u w:val="none"/>
        </w:rPr>
        <w:t>fear</w:t>
      </w:r>
      <w:r>
        <w:rPr>
          <w:rFonts w:ascii="Georgia" w:hAnsi="Georgia" w:eastAsia="Georgia"/>
          <w:b w:val="0"/>
          <w:i w:val="0"/>
          <w:sz w:val="21"/>
          <w:u w:val="none"/>
        </w:rPr>
        <w:t xml:space="preserve"> God and love Him at the same time? As a girl I had no problem with the </w:t>
      </w:r>
      <w:r>
        <w:rPr>
          <w:rFonts w:ascii="Georgia" w:hAnsi="Georgia" w:eastAsia="Georgia"/>
          <w:b w:val="0"/>
          <w:i/>
          <w:sz w:val="21"/>
          <w:u w:val="none"/>
        </w:rPr>
        <w:t>fear</w:t>
      </w:r>
      <w:r>
        <w:rPr>
          <w:rFonts w:ascii="Georgia" w:hAnsi="Georgia" w:eastAsia="Georgia"/>
          <w:b w:val="0"/>
          <w:i w:val="0"/>
          <w:sz w:val="21"/>
          <w:u w:val="none"/>
        </w:rPr>
        <w:t xml:space="preserve"> part – I </w:t>
      </w:r>
      <w:r>
        <w:rPr>
          <w:rFonts w:ascii="Georgia" w:hAnsi="Georgia" w:eastAsia="Georgia"/>
          <w:b w:val="0"/>
          <w:i/>
          <w:sz w:val="21"/>
          <w:u w:val="none"/>
        </w:rPr>
        <w:t>obeyed</w:t>
      </w:r>
      <w:r>
        <w:rPr>
          <w:rFonts w:ascii="Georgia" w:hAnsi="Georgia" w:eastAsia="Georgia"/>
          <w:b w:val="0"/>
          <w:i w:val="0"/>
          <w:sz w:val="21"/>
          <w:u w:val="none"/>
        </w:rPr>
        <w:t xml:space="preserve"> God out of fear of His </w:t>
      </w:r>
      <w:r>
        <w:rPr>
          <w:rFonts w:ascii="Georgia" w:hAnsi="Georgia" w:eastAsia="Georgia"/>
          <w:b w:val="0"/>
          <w:i/>
          <w:sz w:val="21"/>
          <w:u w:val="none"/>
        </w:rPr>
        <w:t>wrath</w:t>
      </w:r>
      <w:r>
        <w:rPr>
          <w:rFonts w:ascii="Georgia" w:hAnsi="Georgia" w:eastAsia="Georgia"/>
          <w:b w:val="0"/>
          <w:i w:val="0"/>
          <w:sz w:val="21"/>
          <w:u w:val="none"/>
        </w:rPr>
        <w:t xml:space="preserve"> if I didn’t – but because of that I knew I </w:t>
      </w:r>
      <w:r>
        <w:rPr>
          <w:rFonts w:ascii="Georgia" w:hAnsi="Georgia" w:eastAsia="Georgia"/>
          <w:b w:val="0"/>
          <w:i/>
          <w:sz w:val="21"/>
          <w:u w:val="none"/>
        </w:rPr>
        <w:t>didn’t</w:t>
      </w:r>
      <w:r>
        <w:rPr>
          <w:rFonts w:ascii="Georgia" w:hAnsi="Georgia" w:eastAsia="Georgia"/>
          <w:b w:val="0"/>
          <w:i w:val="0"/>
          <w:sz w:val="21"/>
          <w:u w:val="none"/>
        </w:rPr>
        <w:t xml:space="preserve"> “love” Him, and neither could I really believe He loved </w:t>
      </w:r>
      <w:r>
        <w:rPr>
          <w:rFonts w:ascii="Georgia" w:hAnsi="Georgia" w:eastAsia="Georgia"/>
          <w:b w:val="0"/>
          <w:i/>
          <w:sz w:val="21"/>
          <w:u w:val="none"/>
        </w:rPr>
        <w:t>me</w:t>
      </w:r>
      <w:r>
        <w:rPr>
          <w:rFonts w:ascii="Georgia" w:hAnsi="Georgia" w:eastAsia="Georgia"/>
          <w:b w:val="0"/>
          <w:i w:val="0"/>
          <w:sz w:val="21"/>
          <w:u w:val="none"/>
        </w:rPr>
        <w:t xml:space="preserve">. I truly </w:t>
      </w:r>
      <w:r>
        <w:rPr>
          <w:rFonts w:ascii="Georgia" w:hAnsi="Georgia" w:eastAsia="Georgia"/>
          <w:b w:val="0"/>
          <w:i/>
          <w:sz w:val="21"/>
          <w:u w:val="none"/>
        </w:rPr>
        <w:t>was</w:t>
      </w:r>
      <w:r>
        <w:rPr>
          <w:rFonts w:ascii="Georgia" w:hAnsi="Georgia" w:eastAsia="Georgia"/>
          <w:b w:val="0"/>
          <w:i w:val="0"/>
          <w:sz w:val="21"/>
          <w:u w:val="none"/>
        </w:rPr>
        <w:t xml:space="preserve"> “in bondage to sin and unable to free myself” because no matter how hard I tried, I knew I did not measure up to God’s standard of how I should live. I believed in God; I knew Jesus had died for me and rose from the dead on Easter so I could go to heaven when I die, but I had no joy and no victory here in this life. I felt like I was on a treadmill going nowhere and couldn’t get off. This sure wasn’t the “abundant” life Jesus talked about – there was something </w:t>
      </w:r>
      <w:r>
        <w:rPr>
          <w:rFonts w:ascii="Georgia" w:hAnsi="Georgia" w:eastAsia="Georgia"/>
          <w:b w:val="0"/>
          <w:i/>
          <w:sz w:val="21"/>
          <w:u w:val="none"/>
        </w:rPr>
        <w:t>wrong</w:t>
      </w:r>
      <w:r>
        <w:rPr>
          <w:rFonts w:ascii="Georgia" w:hAnsi="Georgia" w:eastAsia="Georgia"/>
          <w:b w:val="0"/>
          <w:i w:val="0"/>
          <w:sz w:val="21"/>
          <w:u w:val="none"/>
        </w:rPr>
        <w:t>!</w:t>
      </w:r>
    </w:p>
    <w:p>
      <w:pPr>
        <w:widowControl/>
      </w:pPr>
      <w:r>
        <w:rPr>
          <w:rFonts w:ascii="Georgia" w:hAnsi="Georgia" w:eastAsia="Georgia"/>
          <w:b w:val="0"/>
          <w:i w:val="0"/>
          <w:sz w:val="21"/>
          <w:u w:val="none"/>
        </w:rPr>
        <w:t xml:space="preserve">Is that where </w:t>
      </w:r>
      <w:r>
        <w:rPr>
          <w:rFonts w:ascii="Georgia" w:hAnsi="Georgia" w:eastAsia="Georgia"/>
          <w:b w:val="0"/>
          <w:i/>
          <w:sz w:val="21"/>
          <w:u w:val="none"/>
        </w:rPr>
        <w:t>you</w:t>
      </w:r>
      <w:r>
        <w:rPr>
          <w:rFonts w:ascii="Georgia" w:hAnsi="Georgia" w:eastAsia="Georgia"/>
          <w:b w:val="0"/>
          <w:i w:val="0"/>
          <w:sz w:val="21"/>
          <w:u w:val="none"/>
        </w:rPr>
        <w:t xml:space="preserve"> are today, dear friend? If so, listen up! I have hope for you. Jesus Himself promised us, “</w:t>
      </w:r>
      <w:r>
        <w:rPr>
          <w:rFonts w:ascii="Georgia" w:hAnsi="Georgia" w:eastAsia="Georgia"/>
          <w:b w:val="0"/>
          <w:i/>
          <w:sz w:val="21"/>
          <w:u w:val="none"/>
        </w:rPr>
        <w:t>If</w:t>
      </w:r>
      <w:r>
        <w:rPr>
          <w:rFonts w:ascii="Georgia" w:hAnsi="Georgia" w:eastAsia="Georgia"/>
          <w:b w:val="0"/>
          <w:i w:val="0"/>
          <w:sz w:val="21"/>
          <w:u w:val="none"/>
        </w:rPr>
        <w:t xml:space="preserve"> you continue in My Word, then you are My disciples indeed, and you shall know the </w:t>
      </w:r>
      <w:r>
        <w:rPr>
          <w:rFonts w:ascii="Georgia" w:hAnsi="Georgia" w:eastAsia="Georgia"/>
          <w:b w:val="0"/>
          <w:i/>
          <w:sz w:val="21"/>
          <w:u w:val="none"/>
        </w:rPr>
        <w:t>truth</w:t>
      </w:r>
      <w:r>
        <w:rPr>
          <w:rFonts w:ascii="Georgia" w:hAnsi="Georgia" w:eastAsia="Georgia"/>
          <w:b w:val="0"/>
          <w:i w:val="0"/>
          <w:sz w:val="21"/>
          <w:u w:val="none"/>
        </w:rPr>
        <w:t>, and the truth will set you free.” (John 8:31-32)</w:t>
      </w:r>
    </w:p>
    <w:p>
      <w:pPr>
        <w:widowControl/>
      </w:pPr>
      <w:r>
        <w:rPr>
          <w:rFonts w:ascii="Georgia" w:hAnsi="Georgia" w:eastAsia="Georgia"/>
          <w:b w:val="0"/>
          <w:i w:val="0"/>
          <w:sz w:val="21"/>
          <w:u w:val="none"/>
        </w:rPr>
        <w:t>So many of God’s promises to us begin with what I call an “</w:t>
      </w:r>
      <w:r>
        <w:rPr>
          <w:rFonts w:ascii="Georgia" w:hAnsi="Georgia" w:eastAsia="Georgia"/>
          <w:b w:val="0"/>
          <w:i/>
          <w:sz w:val="21"/>
          <w:u w:val="none"/>
        </w:rPr>
        <w:t>if</w:t>
      </w:r>
      <w:r>
        <w:rPr>
          <w:rFonts w:ascii="Georgia" w:hAnsi="Georgia" w:eastAsia="Georgia"/>
          <w:b w:val="0"/>
          <w:i w:val="0"/>
          <w:sz w:val="21"/>
          <w:u w:val="none"/>
        </w:rPr>
        <w:t xml:space="preserve"> clause” – </w:t>
      </w:r>
      <w:r>
        <w:rPr>
          <w:rFonts w:ascii="Georgia" w:hAnsi="Georgia" w:eastAsia="Georgia"/>
          <w:b w:val="0"/>
          <w:i/>
          <w:sz w:val="21"/>
          <w:u w:val="none"/>
        </w:rPr>
        <w:t>If</w:t>
      </w:r>
      <w:r>
        <w:rPr>
          <w:rFonts w:ascii="Georgia" w:hAnsi="Georgia" w:eastAsia="Georgia"/>
          <w:b w:val="0"/>
          <w:i w:val="0"/>
          <w:sz w:val="21"/>
          <w:u w:val="none"/>
        </w:rPr>
        <w:t xml:space="preserve"> you do this, then so and so will be the result. God’s promises to the children of Israel were like that. He called them “covenants”. In Deuteronomy 11, God said, “See – I am setting before you today a </w:t>
      </w:r>
      <w:r>
        <w:rPr>
          <w:rFonts w:ascii="Georgia" w:hAnsi="Georgia" w:eastAsia="Georgia"/>
          <w:b w:val="0"/>
          <w:i/>
          <w:sz w:val="21"/>
          <w:u w:val="none"/>
        </w:rPr>
        <w:t>blessing</w:t>
      </w:r>
      <w:r>
        <w:rPr>
          <w:rFonts w:ascii="Georgia" w:hAnsi="Georgia" w:eastAsia="Georgia"/>
          <w:b w:val="0"/>
          <w:i w:val="0"/>
          <w:sz w:val="21"/>
          <w:u w:val="none"/>
        </w:rPr>
        <w:t xml:space="preserve"> and a </w:t>
      </w:r>
      <w:r>
        <w:rPr>
          <w:rFonts w:ascii="Georgia" w:hAnsi="Georgia" w:eastAsia="Georgia"/>
          <w:b w:val="0"/>
          <w:i/>
          <w:sz w:val="21"/>
          <w:u w:val="none"/>
        </w:rPr>
        <w:t>curse</w:t>
      </w:r>
      <w:r>
        <w:rPr>
          <w:rFonts w:ascii="Georgia" w:hAnsi="Georgia" w:eastAsia="Georgia"/>
          <w:b w:val="0"/>
          <w:i w:val="0"/>
          <w:sz w:val="21"/>
          <w:u w:val="none"/>
        </w:rPr>
        <w:t xml:space="preserve"> – the blessing </w:t>
      </w:r>
      <w:r>
        <w:rPr>
          <w:rFonts w:ascii="Georgia" w:hAnsi="Georgia" w:eastAsia="Georgia"/>
          <w:b w:val="0"/>
          <w:i/>
          <w:sz w:val="21"/>
          <w:u w:val="none"/>
        </w:rPr>
        <w:t>if</w:t>
      </w:r>
      <w:r>
        <w:rPr>
          <w:rFonts w:ascii="Georgia" w:hAnsi="Georgia" w:eastAsia="Georgia"/>
          <w:b w:val="0"/>
          <w:i w:val="0"/>
          <w:sz w:val="21"/>
          <w:u w:val="none"/>
        </w:rPr>
        <w:t xml:space="preserve"> you obey the commands of the Lord your God --- the curse </w:t>
      </w:r>
      <w:r>
        <w:rPr>
          <w:rFonts w:ascii="Georgia" w:hAnsi="Georgia" w:eastAsia="Georgia"/>
          <w:b w:val="0"/>
          <w:i/>
          <w:sz w:val="21"/>
          <w:u w:val="none"/>
        </w:rPr>
        <w:t>if</w:t>
      </w:r>
      <w:r>
        <w:rPr>
          <w:rFonts w:ascii="Georgia" w:hAnsi="Georgia" w:eastAsia="Georgia"/>
          <w:b w:val="0"/>
          <w:i w:val="0"/>
          <w:sz w:val="21"/>
          <w:u w:val="none"/>
        </w:rPr>
        <w:t xml:space="preserve"> you </w:t>
      </w:r>
      <w:r>
        <w:rPr>
          <w:rFonts w:ascii="Georgia" w:hAnsi="Georgia" w:eastAsia="Georgia"/>
          <w:b w:val="0"/>
          <w:i/>
          <w:sz w:val="21"/>
          <w:u w:val="none"/>
        </w:rPr>
        <w:t>disobey</w:t>
      </w:r>
      <w:r>
        <w:rPr>
          <w:rFonts w:ascii="Georgia" w:hAnsi="Georgia" w:eastAsia="Georgia"/>
          <w:b w:val="0"/>
          <w:i w:val="0"/>
          <w:sz w:val="21"/>
          <w:u w:val="none"/>
        </w:rPr>
        <w:t xml:space="preserve"> the commands and turn away from the way I command you.”</w:t>
      </w:r>
    </w:p>
    <w:p>
      <w:pPr>
        <w:widowControl/>
      </w:pPr>
      <w:r>
        <w:rPr>
          <w:rFonts w:ascii="Georgia" w:hAnsi="Georgia" w:eastAsia="Georgia"/>
          <w:b w:val="0"/>
          <w:i w:val="0"/>
          <w:sz w:val="21"/>
          <w:u w:val="none"/>
        </w:rPr>
        <w:t>A covenant has two sides – in order for a covenant to be valid each party must live up to its part as stated in the covenant. We know Israel did not keep their part and the covenant was broken, so over the years they did not experience the blessings they were promised. That was not God’s fault – it was theirs.</w:t>
      </w:r>
    </w:p>
    <w:p>
      <w:pPr>
        <w:widowControl/>
      </w:pPr>
      <w:r>
        <w:rPr>
          <w:rFonts w:ascii="Georgia" w:hAnsi="Georgia" w:eastAsia="Georgia"/>
          <w:b w:val="0"/>
          <w:i w:val="0"/>
          <w:sz w:val="21"/>
          <w:u w:val="none"/>
        </w:rPr>
        <w:t xml:space="preserve">Now in the </w:t>
      </w:r>
      <w:r>
        <w:rPr>
          <w:rFonts w:ascii="Georgia" w:hAnsi="Georgia" w:eastAsia="Georgia"/>
          <w:b w:val="0"/>
          <w:i/>
          <w:sz w:val="21"/>
          <w:u w:val="none"/>
        </w:rPr>
        <w:t>New</w:t>
      </w:r>
      <w:r>
        <w:rPr>
          <w:rFonts w:ascii="Georgia" w:hAnsi="Georgia" w:eastAsia="Georgia"/>
          <w:b w:val="0"/>
          <w:i w:val="0"/>
          <w:sz w:val="21"/>
          <w:u w:val="none"/>
        </w:rPr>
        <w:t xml:space="preserve"> Testament, Paul tells us Jesus Christ is the mediator of a </w:t>
      </w:r>
      <w:r>
        <w:rPr>
          <w:rFonts w:ascii="Georgia" w:hAnsi="Georgia" w:eastAsia="Georgia"/>
          <w:b w:val="0"/>
          <w:i/>
          <w:sz w:val="21"/>
          <w:u w:val="none"/>
        </w:rPr>
        <w:t>new covenant</w:t>
      </w:r>
      <w:r>
        <w:rPr>
          <w:rFonts w:ascii="Georgia" w:hAnsi="Georgia" w:eastAsia="Georgia"/>
          <w:b w:val="0"/>
          <w:i w:val="0"/>
          <w:sz w:val="21"/>
          <w:u w:val="none"/>
        </w:rPr>
        <w:t xml:space="preserve">. What is a “mediator” and what is this “new” covenant? A “mediator” is a “go-between” or intermediary to settle differences and bring about agreement and peace between two parties. The two parties in this covenant are God and sinners, which is you and me. Without an intermediary there is a chasm between God and us that cannot be bridged, because a Holy God </w:t>
      </w:r>
      <w:r>
        <w:rPr>
          <w:rFonts w:ascii="Georgia" w:hAnsi="Georgia" w:eastAsia="Georgia"/>
          <w:b w:val="0"/>
          <w:i/>
          <w:sz w:val="21"/>
          <w:u w:val="none"/>
        </w:rPr>
        <w:t>cannot</w:t>
      </w:r>
      <w:r>
        <w:rPr>
          <w:rFonts w:ascii="Georgia" w:hAnsi="Georgia" w:eastAsia="Georgia"/>
          <w:b w:val="0"/>
          <w:i w:val="0"/>
          <w:sz w:val="21"/>
          <w:u w:val="none"/>
        </w:rPr>
        <w:t xml:space="preserve"> have fellowship with beings who sin. It is the cross of Christ that builds a bridge over that chasm to bring the two parties of the covenant together. Without that bridge we would be eternally separated from God because we </w:t>
      </w:r>
      <w:r>
        <w:rPr>
          <w:rFonts w:ascii="Georgia" w:hAnsi="Georgia" w:eastAsia="Georgia"/>
          <w:b w:val="0"/>
          <w:i/>
          <w:sz w:val="21"/>
          <w:u w:val="none"/>
        </w:rPr>
        <w:t>cannot</w:t>
      </w:r>
      <w:r>
        <w:rPr>
          <w:rFonts w:ascii="Georgia" w:hAnsi="Georgia" w:eastAsia="Georgia"/>
          <w:b w:val="0"/>
          <w:i w:val="0"/>
          <w:sz w:val="21"/>
          <w:u w:val="none"/>
        </w:rPr>
        <w:t xml:space="preserve"> keep His law. The wages of sin is death, and that’s what we deserve. But God so </w:t>
      </w:r>
      <w:r>
        <w:rPr>
          <w:rFonts w:ascii="Georgia" w:hAnsi="Georgia" w:eastAsia="Georgia"/>
          <w:b w:val="0"/>
          <w:i/>
          <w:sz w:val="21"/>
          <w:u w:val="none"/>
        </w:rPr>
        <w:t xml:space="preserve">loved </w:t>
      </w:r>
      <w:r>
        <w:rPr>
          <w:rFonts w:ascii="Georgia" w:hAnsi="Georgia" w:eastAsia="Georgia"/>
          <w:b w:val="0"/>
          <w:i w:val="0"/>
          <w:sz w:val="21"/>
          <w:u w:val="none"/>
        </w:rPr>
        <w:t>the world that He</w:t>
      </w:r>
      <w:r>
        <w:rPr>
          <w:rFonts w:ascii="Georgia" w:hAnsi="Georgia" w:eastAsia="Georgia"/>
          <w:b w:val="0"/>
          <w:i/>
          <w:sz w:val="21"/>
          <w:u w:val="none"/>
        </w:rPr>
        <w:t xml:space="preserve"> gave</w:t>
      </w:r>
      <w:r>
        <w:rPr>
          <w:rFonts w:ascii="Georgia" w:hAnsi="Georgia" w:eastAsia="Georgia"/>
          <w:b w:val="0"/>
          <w:i w:val="0"/>
          <w:sz w:val="21"/>
          <w:u w:val="none"/>
        </w:rPr>
        <w:t xml:space="preserve"> His only begotten Son. The </w:t>
      </w:r>
      <w:r>
        <w:rPr>
          <w:rFonts w:ascii="Georgia" w:hAnsi="Georgia" w:eastAsia="Georgia"/>
          <w:b w:val="0"/>
          <w:i/>
          <w:sz w:val="21"/>
          <w:u w:val="none"/>
        </w:rPr>
        <w:t>purpose</w:t>
      </w:r>
      <w:r>
        <w:rPr>
          <w:rFonts w:ascii="Georgia" w:hAnsi="Georgia" w:eastAsia="Georgia"/>
          <w:b w:val="0"/>
          <w:i w:val="0"/>
          <w:sz w:val="21"/>
          <w:u w:val="none"/>
        </w:rPr>
        <w:t xml:space="preserve"> for which Jesus came into our world was to pay that penalty </w:t>
      </w:r>
      <w:r>
        <w:rPr>
          <w:rFonts w:ascii="Georgia" w:hAnsi="Georgia" w:eastAsia="Georgia"/>
          <w:b w:val="0"/>
          <w:i/>
          <w:sz w:val="21"/>
          <w:u w:val="none"/>
        </w:rPr>
        <w:t>for</w:t>
      </w:r>
      <w:r>
        <w:rPr>
          <w:rFonts w:ascii="Georgia" w:hAnsi="Georgia" w:eastAsia="Georgia"/>
          <w:b w:val="0"/>
          <w:i w:val="0"/>
          <w:sz w:val="21"/>
          <w:u w:val="none"/>
        </w:rPr>
        <w:t xml:space="preserve"> us. He </w:t>
      </w:r>
      <w:r>
        <w:rPr>
          <w:rFonts w:ascii="Georgia" w:hAnsi="Georgia" w:eastAsia="Georgia"/>
          <w:b w:val="0"/>
          <w:i/>
          <w:sz w:val="21"/>
          <w:u w:val="none"/>
        </w:rPr>
        <w:t>came</w:t>
      </w:r>
      <w:r>
        <w:rPr>
          <w:rFonts w:ascii="Georgia" w:hAnsi="Georgia" w:eastAsia="Georgia"/>
          <w:b w:val="0"/>
          <w:i w:val="0"/>
          <w:sz w:val="21"/>
          <w:u w:val="none"/>
        </w:rPr>
        <w:t xml:space="preserve"> to </w:t>
      </w:r>
      <w:r>
        <w:rPr>
          <w:rFonts w:ascii="Georgia" w:hAnsi="Georgia" w:eastAsia="Georgia"/>
          <w:b w:val="0"/>
          <w:i/>
          <w:sz w:val="21"/>
          <w:u w:val="none"/>
        </w:rPr>
        <w:t>die</w:t>
      </w:r>
      <w:r>
        <w:rPr>
          <w:rFonts w:ascii="Georgia" w:hAnsi="Georgia" w:eastAsia="Georgia"/>
          <w:b w:val="0"/>
          <w:i w:val="0"/>
          <w:sz w:val="21"/>
          <w:u w:val="none"/>
        </w:rPr>
        <w:t xml:space="preserve"> the death </w:t>
      </w:r>
      <w:r>
        <w:rPr>
          <w:rFonts w:ascii="Georgia" w:hAnsi="Georgia" w:eastAsia="Georgia"/>
          <w:b w:val="0"/>
          <w:i/>
          <w:sz w:val="21"/>
          <w:u w:val="none"/>
        </w:rPr>
        <w:t>we</w:t>
      </w:r>
      <w:r>
        <w:rPr>
          <w:rFonts w:ascii="Georgia" w:hAnsi="Georgia" w:eastAsia="Georgia"/>
          <w:b w:val="0"/>
          <w:i w:val="0"/>
          <w:sz w:val="21"/>
          <w:u w:val="none"/>
        </w:rPr>
        <w:t xml:space="preserve"> had earned, and in so doing He became that mediator – the </w:t>
      </w:r>
      <w:r>
        <w:rPr>
          <w:rFonts w:ascii="Georgia" w:hAnsi="Georgia" w:eastAsia="Georgia"/>
          <w:b w:val="0"/>
          <w:i/>
          <w:sz w:val="21"/>
          <w:u w:val="none"/>
        </w:rPr>
        <w:t>only</w:t>
      </w:r>
      <w:r>
        <w:rPr>
          <w:rFonts w:ascii="Georgia" w:hAnsi="Georgia" w:eastAsia="Georgia"/>
          <w:b w:val="0"/>
          <w:i w:val="0"/>
          <w:sz w:val="21"/>
          <w:u w:val="none"/>
        </w:rPr>
        <w:t xml:space="preserve"> way for sinful man to approach a holy God. That’s why Jesus said, “</w:t>
      </w:r>
      <w:r>
        <w:rPr>
          <w:rFonts w:ascii="Georgia" w:hAnsi="Georgia" w:eastAsia="Georgia"/>
          <w:b w:val="0"/>
          <w:i/>
          <w:sz w:val="21"/>
          <w:u w:val="none"/>
        </w:rPr>
        <w:t>I</w:t>
      </w:r>
      <w:r>
        <w:rPr>
          <w:rFonts w:ascii="Georgia" w:hAnsi="Georgia" w:eastAsia="Georgia"/>
          <w:b w:val="0"/>
          <w:i w:val="0"/>
          <w:sz w:val="21"/>
          <w:u w:val="none"/>
        </w:rPr>
        <w:t xml:space="preserve"> am the </w:t>
      </w:r>
      <w:r>
        <w:rPr>
          <w:rFonts w:ascii="Georgia" w:hAnsi="Georgia" w:eastAsia="Georgia"/>
          <w:b w:val="0"/>
          <w:i/>
          <w:sz w:val="21"/>
          <w:u w:val="none"/>
        </w:rPr>
        <w:t>Way</w:t>
      </w:r>
      <w:r>
        <w:rPr>
          <w:rFonts w:ascii="Georgia" w:hAnsi="Georgia" w:eastAsia="Georgia"/>
          <w:b w:val="0"/>
          <w:i w:val="0"/>
          <w:sz w:val="21"/>
          <w:u w:val="none"/>
        </w:rPr>
        <w:t xml:space="preserve">, the </w:t>
      </w:r>
      <w:r>
        <w:rPr>
          <w:rFonts w:ascii="Georgia" w:hAnsi="Georgia" w:eastAsia="Georgia"/>
          <w:b w:val="0"/>
          <w:i/>
          <w:sz w:val="21"/>
          <w:u w:val="none"/>
        </w:rPr>
        <w:t>Truth</w:t>
      </w:r>
      <w:r>
        <w:rPr>
          <w:rFonts w:ascii="Georgia" w:hAnsi="Georgia" w:eastAsia="Georgia"/>
          <w:b w:val="0"/>
          <w:i w:val="0"/>
          <w:sz w:val="21"/>
          <w:u w:val="none"/>
        </w:rPr>
        <w:t xml:space="preserve"> and the </w:t>
      </w:r>
      <w:r>
        <w:rPr>
          <w:rFonts w:ascii="Georgia" w:hAnsi="Georgia" w:eastAsia="Georgia"/>
          <w:b w:val="0"/>
          <w:i/>
          <w:sz w:val="21"/>
          <w:u w:val="none"/>
        </w:rPr>
        <w:t>Life</w:t>
      </w:r>
      <w:r>
        <w:rPr>
          <w:rFonts w:ascii="Georgia" w:hAnsi="Georgia" w:eastAsia="Georgia"/>
          <w:b w:val="0"/>
          <w:i w:val="0"/>
          <w:sz w:val="21"/>
          <w:u w:val="none"/>
        </w:rPr>
        <w:t xml:space="preserve"> – no-one comes to the Father but by </w:t>
      </w:r>
      <w:r>
        <w:rPr>
          <w:rFonts w:ascii="Georgia" w:hAnsi="Georgia" w:eastAsia="Georgia"/>
          <w:b w:val="0"/>
          <w:i/>
          <w:sz w:val="21"/>
          <w:u w:val="none"/>
        </w:rPr>
        <w:t>Me</w:t>
      </w:r>
      <w:r>
        <w:rPr>
          <w:rFonts w:ascii="Georgia" w:hAnsi="Georgia" w:eastAsia="Georgia"/>
          <w:b w:val="0"/>
          <w:i w:val="0"/>
          <w:sz w:val="21"/>
          <w:u w:val="none"/>
        </w:rPr>
        <w:t xml:space="preserve">.” It is not true that all religions lead to God. It is </w:t>
      </w:r>
      <w:r>
        <w:rPr>
          <w:rFonts w:ascii="Georgia" w:hAnsi="Georgia" w:eastAsia="Georgia"/>
          <w:b w:val="0"/>
          <w:i/>
          <w:sz w:val="21"/>
          <w:u w:val="none"/>
        </w:rPr>
        <w:t>impossible</w:t>
      </w:r>
      <w:r>
        <w:rPr>
          <w:rFonts w:ascii="Georgia" w:hAnsi="Georgia" w:eastAsia="Georgia"/>
          <w:b w:val="0"/>
          <w:i w:val="0"/>
          <w:sz w:val="21"/>
          <w:u w:val="none"/>
        </w:rPr>
        <w:t xml:space="preserve"> without that mediator.</w:t>
      </w:r>
    </w:p>
    <w:p>
      <w:pPr>
        <w:widowControl/>
      </w:pPr>
      <w:r>
        <w:rPr>
          <w:rFonts w:ascii="Georgia" w:hAnsi="Georgia" w:eastAsia="Georgia"/>
          <w:b w:val="0"/>
          <w:i w:val="0"/>
          <w:sz w:val="21"/>
          <w:u w:val="none"/>
        </w:rPr>
        <w:t xml:space="preserve">Paul tells us now when we </w:t>
      </w:r>
      <w:r>
        <w:rPr>
          <w:rFonts w:ascii="Georgia" w:hAnsi="Georgia" w:eastAsia="Georgia"/>
          <w:b w:val="0"/>
          <w:i/>
          <w:sz w:val="21"/>
          <w:u w:val="none"/>
        </w:rPr>
        <w:t xml:space="preserve">believe </w:t>
      </w:r>
      <w:r>
        <w:rPr>
          <w:rFonts w:ascii="Georgia" w:hAnsi="Georgia" w:eastAsia="Georgia"/>
          <w:b w:val="0"/>
          <w:i w:val="0"/>
          <w:sz w:val="21"/>
          <w:u w:val="none"/>
        </w:rPr>
        <w:t>this we are no longer “under” the law,</w:t>
      </w:r>
      <w:r>
        <w:rPr>
          <w:rFonts w:ascii="Georgia" w:hAnsi="Georgia" w:eastAsia="Georgia"/>
          <w:b w:val="0"/>
          <w:i/>
          <w:sz w:val="21"/>
          <w:u w:val="none"/>
        </w:rPr>
        <w:t xml:space="preserve"> </w:t>
      </w:r>
      <w:r>
        <w:rPr>
          <w:rFonts w:ascii="Georgia" w:hAnsi="Georgia" w:eastAsia="Georgia"/>
          <w:b w:val="0"/>
          <w:i w:val="0"/>
          <w:sz w:val="21"/>
          <w:u w:val="none"/>
        </w:rPr>
        <w:t xml:space="preserve">but under “grace”. What does this mean? Does it mean that God’s laws no longer </w:t>
      </w:r>
      <w:r>
        <w:rPr>
          <w:rFonts w:ascii="Georgia" w:hAnsi="Georgia" w:eastAsia="Georgia"/>
          <w:b w:val="0"/>
          <w:i/>
          <w:sz w:val="21"/>
          <w:u w:val="none"/>
        </w:rPr>
        <w:t>apply</w:t>
      </w:r>
      <w:r>
        <w:rPr>
          <w:rFonts w:ascii="Georgia" w:hAnsi="Georgia" w:eastAsia="Georgia"/>
          <w:b w:val="0"/>
          <w:i w:val="0"/>
          <w:sz w:val="21"/>
          <w:u w:val="none"/>
        </w:rPr>
        <w:t xml:space="preserve"> so He doesn’t expect us to </w:t>
      </w:r>
      <w:r>
        <w:rPr>
          <w:rFonts w:ascii="Georgia" w:hAnsi="Georgia" w:eastAsia="Georgia"/>
          <w:b w:val="0"/>
          <w:i/>
          <w:sz w:val="21"/>
          <w:u w:val="none"/>
        </w:rPr>
        <w:t>obey</w:t>
      </w:r>
      <w:r>
        <w:rPr>
          <w:rFonts w:ascii="Georgia" w:hAnsi="Georgia" w:eastAsia="Georgia"/>
          <w:b w:val="0"/>
          <w:i w:val="0"/>
          <w:sz w:val="21"/>
          <w:u w:val="none"/>
        </w:rPr>
        <w:t xml:space="preserve"> them anymore? Grace is “unmerited favor”. Jesus has </w:t>
      </w:r>
      <w:r>
        <w:rPr>
          <w:rFonts w:ascii="Georgia" w:hAnsi="Georgia" w:eastAsia="Georgia"/>
          <w:b w:val="0"/>
          <w:i/>
          <w:sz w:val="21"/>
          <w:u w:val="none"/>
        </w:rPr>
        <w:t>bought</w:t>
      </w:r>
      <w:r>
        <w:rPr>
          <w:rFonts w:ascii="Georgia" w:hAnsi="Georgia" w:eastAsia="Georgia"/>
          <w:b w:val="0"/>
          <w:i w:val="0"/>
          <w:sz w:val="21"/>
          <w:u w:val="none"/>
        </w:rPr>
        <w:t xml:space="preserve"> this grace for us – He earned what we couldn’t. We are </w:t>
      </w:r>
      <w:r>
        <w:rPr>
          <w:rFonts w:ascii="Georgia" w:hAnsi="Georgia" w:eastAsia="Georgia"/>
          <w:b w:val="0"/>
          <w:i/>
          <w:sz w:val="21"/>
          <w:u w:val="none"/>
        </w:rPr>
        <w:t>forgiven</w:t>
      </w:r>
      <w:r>
        <w:rPr>
          <w:rFonts w:ascii="Georgia" w:hAnsi="Georgia" w:eastAsia="Georgia"/>
          <w:b w:val="0"/>
          <w:i w:val="0"/>
          <w:sz w:val="21"/>
          <w:u w:val="none"/>
        </w:rPr>
        <w:t xml:space="preserve"> and our sins have been washed away by His blood. So can we go ahead and do whatever we want now and God will just look the other way?</w:t>
      </w:r>
    </w:p>
    <w:p>
      <w:pPr>
        <w:widowControl/>
      </w:pPr>
      <w:r>
        <w:rPr>
          <w:rFonts w:ascii="Georgia" w:hAnsi="Georgia" w:eastAsia="Georgia"/>
          <w:b w:val="0"/>
          <w:i w:val="0"/>
          <w:sz w:val="21"/>
          <w:u w:val="none"/>
        </w:rPr>
        <w:t xml:space="preserve">Well, let’s see what Jesus had to say about that. He said, “I have </w:t>
      </w:r>
      <w:r>
        <w:rPr>
          <w:rFonts w:ascii="Georgia" w:hAnsi="Georgia" w:eastAsia="Georgia"/>
          <w:b w:val="0"/>
          <w:i/>
          <w:sz w:val="21"/>
          <w:u w:val="none"/>
        </w:rPr>
        <w:t>not</w:t>
      </w:r>
      <w:r>
        <w:rPr>
          <w:rFonts w:ascii="Georgia" w:hAnsi="Georgia" w:eastAsia="Georgia"/>
          <w:b w:val="0"/>
          <w:i w:val="0"/>
          <w:sz w:val="21"/>
          <w:u w:val="none"/>
        </w:rPr>
        <w:t xml:space="preserve"> come to </w:t>
      </w:r>
      <w:r>
        <w:rPr>
          <w:rFonts w:ascii="Georgia" w:hAnsi="Georgia" w:eastAsia="Georgia"/>
          <w:b w:val="0"/>
          <w:i/>
          <w:sz w:val="21"/>
          <w:u w:val="none"/>
        </w:rPr>
        <w:t>abolish</w:t>
      </w:r>
      <w:r>
        <w:rPr>
          <w:rFonts w:ascii="Georgia" w:hAnsi="Georgia" w:eastAsia="Georgia"/>
          <w:b w:val="0"/>
          <w:i w:val="0"/>
          <w:sz w:val="21"/>
          <w:u w:val="none"/>
        </w:rPr>
        <w:t xml:space="preserve"> the law and the prophets, but to fulfill them.” He led a perfect sinless life and His death and resurrection fulfilled the prophecies, but then He </w:t>
      </w:r>
      <w:r>
        <w:rPr>
          <w:rFonts w:ascii="Georgia" w:hAnsi="Georgia" w:eastAsia="Georgia"/>
          <w:b w:val="0"/>
          <w:i/>
          <w:sz w:val="21"/>
          <w:u w:val="none"/>
        </w:rPr>
        <w:t>also</w:t>
      </w:r>
      <w:r>
        <w:rPr>
          <w:rFonts w:ascii="Georgia" w:hAnsi="Georgia" w:eastAsia="Georgia"/>
          <w:b w:val="0"/>
          <w:i w:val="0"/>
          <w:sz w:val="21"/>
          <w:u w:val="none"/>
        </w:rPr>
        <w:t xml:space="preserve"> said, “Not one iota will disappear from the Law until all things are accomplished.” Well that day has not yet come, so it looks like we’re back to square one – the Law still stands.</w:t>
      </w:r>
    </w:p>
    <w:p>
      <w:pPr>
        <w:widowControl/>
      </w:pPr>
      <w:r>
        <w:rPr>
          <w:rFonts w:ascii="Georgia" w:hAnsi="Georgia" w:eastAsia="Georgia"/>
          <w:b w:val="0"/>
          <w:i w:val="0"/>
          <w:sz w:val="21"/>
          <w:u w:val="none"/>
        </w:rPr>
        <w:t xml:space="preserve">Some say it is only the 10 commandments Gentiles are expected to follow, and some say even </w:t>
      </w:r>
      <w:r>
        <w:rPr>
          <w:rFonts w:ascii="Georgia" w:hAnsi="Georgia" w:eastAsia="Georgia"/>
          <w:b w:val="0"/>
          <w:i/>
          <w:sz w:val="21"/>
          <w:u w:val="none"/>
        </w:rPr>
        <w:t>they</w:t>
      </w:r>
      <w:r>
        <w:rPr>
          <w:rFonts w:ascii="Georgia" w:hAnsi="Georgia" w:eastAsia="Georgia"/>
          <w:b w:val="0"/>
          <w:i w:val="0"/>
          <w:sz w:val="21"/>
          <w:u w:val="none"/>
        </w:rPr>
        <w:t xml:space="preserve"> no longer apply because Jesus Himself gave us only </w:t>
      </w:r>
      <w:r>
        <w:rPr>
          <w:rFonts w:ascii="Georgia" w:hAnsi="Georgia" w:eastAsia="Georgia"/>
          <w:b w:val="0"/>
          <w:i/>
          <w:sz w:val="21"/>
          <w:u w:val="none"/>
        </w:rPr>
        <w:t>two</w:t>
      </w:r>
      <w:r>
        <w:rPr>
          <w:rFonts w:ascii="Georgia" w:hAnsi="Georgia" w:eastAsia="Georgia"/>
          <w:b w:val="0"/>
          <w:i w:val="0"/>
          <w:sz w:val="21"/>
          <w:u w:val="none"/>
        </w:rPr>
        <w:t xml:space="preserve"> laws. They both have to do with </w:t>
      </w:r>
      <w:r>
        <w:rPr>
          <w:rFonts w:ascii="Georgia" w:hAnsi="Georgia" w:eastAsia="Georgia"/>
          <w:b w:val="0"/>
          <w:i/>
          <w:sz w:val="21"/>
          <w:u w:val="none"/>
        </w:rPr>
        <w:t>love</w:t>
      </w:r>
      <w:r>
        <w:rPr>
          <w:rFonts w:ascii="Georgia" w:hAnsi="Georgia" w:eastAsia="Georgia"/>
          <w:b w:val="0"/>
          <w:i w:val="0"/>
          <w:sz w:val="21"/>
          <w:u w:val="none"/>
        </w:rPr>
        <w:t xml:space="preserve">, so if we love God and love other people, nothing else we do matters. This </w:t>
      </w:r>
      <w:r>
        <w:rPr>
          <w:rFonts w:ascii="Georgia" w:hAnsi="Georgia" w:eastAsia="Georgia"/>
          <w:b w:val="0"/>
          <w:i/>
          <w:sz w:val="21"/>
          <w:u w:val="none"/>
        </w:rPr>
        <w:t>sounds</w:t>
      </w:r>
      <w:r>
        <w:rPr>
          <w:rFonts w:ascii="Georgia" w:hAnsi="Georgia" w:eastAsia="Georgia"/>
          <w:b w:val="0"/>
          <w:i w:val="0"/>
          <w:sz w:val="21"/>
          <w:u w:val="none"/>
        </w:rPr>
        <w:t xml:space="preserve"> good, but this is what is called “cheap grace.” The other end of the spectrum is “legalism” where again we think we </w:t>
      </w:r>
      <w:r>
        <w:rPr>
          <w:rFonts w:ascii="Georgia" w:hAnsi="Georgia" w:eastAsia="Georgia"/>
          <w:b w:val="0"/>
          <w:i/>
          <w:sz w:val="21"/>
          <w:u w:val="none"/>
        </w:rPr>
        <w:t xml:space="preserve">have to </w:t>
      </w:r>
      <w:r>
        <w:rPr>
          <w:rFonts w:ascii="Georgia" w:hAnsi="Georgia" w:eastAsia="Georgia"/>
          <w:b w:val="0"/>
          <w:i w:val="0"/>
          <w:sz w:val="21"/>
          <w:u w:val="none"/>
        </w:rPr>
        <w:t>obey every single law of God to the letter or we are not saved. This makes the vicarious atonement of Christ of no effect – He suffered and died for nothing. This is a mystery – where is the balance between law and grace? What has the New Covenant really provided if the Law still stands?</w:t>
      </w:r>
    </w:p>
    <w:p>
      <w:pPr>
        <w:widowControl/>
      </w:pPr>
      <w:r>
        <w:rPr>
          <w:rFonts w:ascii="Georgia" w:hAnsi="Georgia" w:eastAsia="Georgia"/>
          <w:b w:val="0"/>
          <w:i w:val="0"/>
          <w:sz w:val="21"/>
          <w:u w:val="none"/>
        </w:rPr>
        <w:t xml:space="preserve">The solution to this mystery came at Pentecost when the Holy Spirit of Christ came to </w:t>
      </w:r>
      <w:r>
        <w:rPr>
          <w:rFonts w:ascii="Georgia" w:hAnsi="Georgia" w:eastAsia="Georgia"/>
          <w:b w:val="0"/>
          <w:i/>
          <w:sz w:val="21"/>
          <w:u w:val="none"/>
        </w:rPr>
        <w:t>indwell</w:t>
      </w:r>
      <w:r>
        <w:rPr>
          <w:rFonts w:ascii="Georgia" w:hAnsi="Georgia" w:eastAsia="Georgia"/>
          <w:b w:val="0"/>
          <w:i w:val="0"/>
          <w:sz w:val="21"/>
          <w:u w:val="none"/>
        </w:rPr>
        <w:t xml:space="preserve"> every believer. He </w:t>
      </w:r>
      <w:r>
        <w:rPr>
          <w:rFonts w:ascii="Georgia" w:hAnsi="Georgia" w:eastAsia="Georgia"/>
          <w:b w:val="0"/>
          <w:i/>
          <w:sz w:val="21"/>
          <w:u w:val="none"/>
        </w:rPr>
        <w:t>changes</w:t>
      </w:r>
      <w:r>
        <w:rPr>
          <w:rFonts w:ascii="Georgia" w:hAnsi="Georgia" w:eastAsia="Georgia"/>
          <w:b w:val="0"/>
          <w:i w:val="0"/>
          <w:sz w:val="21"/>
          <w:u w:val="none"/>
        </w:rPr>
        <w:t xml:space="preserve"> us from the inside out and transforms us by the renewing of our minds. When we yield to His hand and make Him Lord of our life we soon find that sin no longer holds any attraction for us. Obedience becomes natural for us because it’s no longer in conflict with what we really want to do. We find that we are following God’s ways without even thinking about it. We know every law He gave was for our </w:t>
      </w:r>
      <w:r>
        <w:rPr>
          <w:rFonts w:ascii="Georgia" w:hAnsi="Georgia" w:eastAsia="Georgia"/>
          <w:b w:val="0"/>
          <w:i/>
          <w:sz w:val="21"/>
          <w:u w:val="none"/>
        </w:rPr>
        <w:t>good</w:t>
      </w:r>
      <w:r>
        <w:rPr>
          <w:rFonts w:ascii="Georgia" w:hAnsi="Georgia" w:eastAsia="Georgia"/>
          <w:b w:val="0"/>
          <w:i w:val="0"/>
          <w:sz w:val="21"/>
          <w:u w:val="none"/>
        </w:rPr>
        <w:t xml:space="preserve"> because He </w:t>
      </w:r>
      <w:r>
        <w:rPr>
          <w:rFonts w:ascii="Georgia" w:hAnsi="Georgia" w:eastAsia="Georgia"/>
          <w:b w:val="0"/>
          <w:i/>
          <w:sz w:val="21"/>
          <w:u w:val="none"/>
        </w:rPr>
        <w:t>loves</w:t>
      </w:r>
      <w:r>
        <w:rPr>
          <w:rFonts w:ascii="Georgia" w:hAnsi="Georgia" w:eastAsia="Georgia"/>
          <w:b w:val="0"/>
          <w:i w:val="0"/>
          <w:sz w:val="21"/>
          <w:u w:val="none"/>
        </w:rPr>
        <w:t xml:space="preserve"> us; we are grateful to Him because He has redeemed us; He is our Father. We don’t have to worry about violating some element of the Law when our focus is the Spirit. Living connected to the Spirit and loving the way God intends allows us to abide by the law without even </w:t>
      </w:r>
      <w:r>
        <w:rPr>
          <w:rFonts w:ascii="Georgia" w:hAnsi="Georgia" w:eastAsia="Georgia"/>
          <w:b w:val="0"/>
          <w:i/>
          <w:sz w:val="21"/>
          <w:u w:val="none"/>
        </w:rPr>
        <w:t>needing</w:t>
      </w:r>
      <w:r>
        <w:rPr>
          <w:rFonts w:ascii="Georgia" w:hAnsi="Georgia" w:eastAsia="Georgia"/>
          <w:b w:val="0"/>
          <w:i w:val="0"/>
          <w:sz w:val="21"/>
          <w:u w:val="none"/>
        </w:rPr>
        <w:t xml:space="preserve"> to check the list. You see, when I love God with all my heart, my desires match His. I want what </w:t>
      </w:r>
      <w:r>
        <w:rPr>
          <w:rFonts w:ascii="Georgia" w:hAnsi="Georgia" w:eastAsia="Georgia"/>
          <w:b w:val="0"/>
          <w:i/>
          <w:sz w:val="21"/>
          <w:u w:val="none"/>
        </w:rPr>
        <w:t>He</w:t>
      </w:r>
      <w:r>
        <w:rPr>
          <w:rFonts w:ascii="Georgia" w:hAnsi="Georgia" w:eastAsia="Georgia"/>
          <w:b w:val="0"/>
          <w:i w:val="0"/>
          <w:sz w:val="21"/>
          <w:u w:val="none"/>
        </w:rPr>
        <w:t xml:space="preserve"> wants, and what He says is good. I </w:t>
      </w:r>
      <w:r>
        <w:rPr>
          <w:rFonts w:ascii="Georgia" w:hAnsi="Georgia" w:eastAsia="Georgia"/>
          <w:b w:val="0"/>
          <w:i/>
          <w:sz w:val="21"/>
          <w:u w:val="none"/>
        </w:rPr>
        <w:t xml:space="preserve">feel </w:t>
      </w:r>
      <w:r>
        <w:rPr>
          <w:rFonts w:ascii="Georgia" w:hAnsi="Georgia" w:eastAsia="Georgia"/>
          <w:b w:val="0"/>
          <w:i w:val="0"/>
          <w:sz w:val="21"/>
          <w:u w:val="none"/>
        </w:rPr>
        <w:t xml:space="preserve">the same way He feels about good and evil. You see when His Holy Spirit lives in me, the Lord doesn’t </w:t>
      </w:r>
      <w:r>
        <w:rPr>
          <w:rFonts w:ascii="Georgia" w:hAnsi="Georgia" w:eastAsia="Georgia"/>
          <w:b w:val="0"/>
          <w:i/>
          <w:sz w:val="21"/>
          <w:u w:val="none"/>
        </w:rPr>
        <w:t>need</w:t>
      </w:r>
      <w:r>
        <w:rPr>
          <w:rFonts w:ascii="Georgia" w:hAnsi="Georgia" w:eastAsia="Georgia"/>
          <w:b w:val="0"/>
          <w:i w:val="0"/>
          <w:sz w:val="21"/>
          <w:u w:val="none"/>
        </w:rPr>
        <w:t xml:space="preserve"> to give me rules, but He makes His standard very clear. If my relationship to Him is that of love, I will do what He says without hesitation. He has given me the power to do that because His death not only set me free from the </w:t>
      </w:r>
      <w:r>
        <w:rPr>
          <w:rFonts w:ascii="Georgia" w:hAnsi="Georgia" w:eastAsia="Georgia"/>
          <w:b w:val="0"/>
          <w:i/>
          <w:sz w:val="21"/>
          <w:u w:val="none"/>
        </w:rPr>
        <w:t>penalty</w:t>
      </w:r>
      <w:r>
        <w:rPr>
          <w:rFonts w:ascii="Georgia" w:hAnsi="Georgia" w:eastAsia="Georgia"/>
          <w:b w:val="0"/>
          <w:i w:val="0"/>
          <w:sz w:val="21"/>
          <w:u w:val="none"/>
        </w:rPr>
        <w:t xml:space="preserve"> for sin – He set me free from the </w:t>
      </w:r>
      <w:r>
        <w:rPr>
          <w:rFonts w:ascii="Georgia" w:hAnsi="Georgia" w:eastAsia="Georgia"/>
          <w:b w:val="0"/>
          <w:i/>
          <w:sz w:val="21"/>
          <w:u w:val="none"/>
        </w:rPr>
        <w:t>power</w:t>
      </w:r>
      <w:r>
        <w:rPr>
          <w:rFonts w:ascii="Georgia" w:hAnsi="Georgia" w:eastAsia="Georgia"/>
          <w:b w:val="0"/>
          <w:i w:val="0"/>
          <w:sz w:val="21"/>
          <w:u w:val="none"/>
        </w:rPr>
        <w:t xml:space="preserve"> of it. “If you </w:t>
      </w:r>
      <w:r>
        <w:rPr>
          <w:rFonts w:ascii="Georgia" w:hAnsi="Georgia" w:eastAsia="Georgia"/>
          <w:b w:val="0"/>
          <w:i/>
          <w:sz w:val="21"/>
          <w:u w:val="none"/>
        </w:rPr>
        <w:t>love</w:t>
      </w:r>
      <w:r>
        <w:rPr>
          <w:rFonts w:ascii="Georgia" w:hAnsi="Georgia" w:eastAsia="Georgia"/>
          <w:b w:val="0"/>
          <w:i w:val="0"/>
          <w:sz w:val="21"/>
          <w:u w:val="none"/>
        </w:rPr>
        <w:t xml:space="preserve"> Me, keep My commandments”, He said. When I look within and remember how wonderfully He has dealt with me, the knowledge that God has loved me beyond all limits will </w:t>
      </w:r>
      <w:r>
        <w:rPr>
          <w:rFonts w:ascii="Georgia" w:hAnsi="Georgia" w:eastAsia="Georgia"/>
          <w:b w:val="0"/>
          <w:i/>
          <w:sz w:val="21"/>
          <w:u w:val="none"/>
        </w:rPr>
        <w:t>compel</w:t>
      </w:r>
      <w:r>
        <w:rPr>
          <w:rFonts w:ascii="Georgia" w:hAnsi="Georgia" w:eastAsia="Georgia"/>
          <w:b w:val="0"/>
          <w:i w:val="0"/>
          <w:sz w:val="21"/>
          <w:u w:val="none"/>
        </w:rPr>
        <w:t xml:space="preserve"> me to love Him in return. Then when I obey Jesus Christ in the seemingly random circumstances of life, they become pin-holes through which I see the face of God, and I will </w:t>
      </w:r>
      <w:r>
        <w:rPr>
          <w:rFonts w:ascii="Georgia" w:hAnsi="Georgia" w:eastAsia="Georgia"/>
          <w:b w:val="0"/>
          <w:i/>
          <w:sz w:val="21"/>
          <w:u w:val="none"/>
        </w:rPr>
        <w:t>want</w:t>
      </w:r>
      <w:r>
        <w:rPr>
          <w:rFonts w:ascii="Georgia" w:hAnsi="Georgia" w:eastAsia="Georgia"/>
          <w:b w:val="0"/>
          <w:i w:val="0"/>
          <w:sz w:val="21"/>
          <w:u w:val="none"/>
        </w:rPr>
        <w:t xml:space="preserve"> to go into the world to love others in the same way. </w:t>
      </w:r>
      <w:r>
        <w:rPr>
          <w:rFonts w:ascii="Georgia" w:hAnsi="Georgia" w:eastAsia="Georgia"/>
          <w:b w:val="0"/>
          <w:i/>
          <w:sz w:val="21"/>
          <w:u w:val="none"/>
        </w:rPr>
        <w:t>This</w:t>
      </w:r>
      <w:r>
        <w:rPr>
          <w:rFonts w:ascii="Georgia" w:hAnsi="Georgia" w:eastAsia="Georgia"/>
          <w:b w:val="0"/>
          <w:i w:val="0"/>
          <w:sz w:val="21"/>
          <w:u w:val="none"/>
        </w:rPr>
        <w:t xml:space="preserve"> is the truth that sets us free! This is the life to the full that Jesus promised. God is </w:t>
      </w:r>
      <w:r>
        <w:rPr>
          <w:rFonts w:ascii="Georgia" w:hAnsi="Georgia" w:eastAsia="Georgia"/>
          <w:b w:val="0"/>
          <w:i/>
          <w:sz w:val="21"/>
          <w:u w:val="none"/>
        </w:rPr>
        <w:t>so</w:t>
      </w:r>
      <w:r>
        <w:rPr>
          <w:rFonts w:ascii="Georgia" w:hAnsi="Georgia" w:eastAsia="Georgia"/>
          <w:b w:val="0"/>
          <w:i w:val="0"/>
          <w:sz w:val="21"/>
          <w:u w:val="none"/>
        </w:rPr>
        <w:t xml:space="preserve"> good! Do you </w:t>
      </w:r>
      <w:r>
        <w:rPr>
          <w:rFonts w:ascii="Georgia" w:hAnsi="Georgia" w:eastAsia="Georgia"/>
          <w:b w:val="0"/>
          <w:i/>
          <w:sz w:val="21"/>
          <w:u w:val="none"/>
        </w:rPr>
        <w:t>love</w:t>
      </w:r>
      <w:r>
        <w:rPr>
          <w:rFonts w:ascii="Georgia" w:hAnsi="Georgia" w:eastAsia="Georgia"/>
          <w:b w:val="0"/>
          <w:i w:val="0"/>
          <w:sz w:val="21"/>
          <w:u w:val="none"/>
        </w:rPr>
        <w:t xml:space="preserve"> Him?</w:t>
      </w:r>
    </w:p>
    <w:p>
      <w:bookmarkStart w:id="22" w:name="reflection_21"/>
      <w:pPr>
        <w:pStyle w:val="Heading1"/>
      </w:pPr>
      <w:r>
        <w:rPr>
          <w:rFonts w:ascii="Georgia" w:hAnsi="Georgia" w:eastAsia="Georgia"/>
          <w:b/>
          <w:color w:val="226FA4"/>
          <w:sz w:val="34"/>
        </w:rPr>
        <w:t>Road of Life</w:t>
      </w:r>
      <w:bookmarkEnd w:id="22"/>
    </w:p>
    <w:p>
      <w:pPr>
        <w:widowControl/>
      </w:pPr>
      <w:r>
        <w:rPr>
          <w:rFonts w:ascii="Georgia" w:hAnsi="Georgia" w:eastAsia="Georgia"/>
          <w:b w:val="0"/>
          <w:i w:val="0"/>
          <w:sz w:val="21"/>
          <w:u w:val="none"/>
        </w:rPr>
        <w:t xml:space="preserve">Of our four children, our oldest has always been the most adventurous. When he travels by car, if there is time, he enjoys taking unfamiliar roads on purpose, just to see where they lead him. I’ve asked him if he isn’t afraid of getting lost, but he never is. He says he can always tell what direction he’s going and knows if he keeps heading in the right direction he’ll eventually come out where he wants to be. Now </w:t>
      </w:r>
      <w:r>
        <w:rPr>
          <w:rFonts w:ascii="Georgia" w:hAnsi="Georgia" w:eastAsia="Georgia"/>
          <w:b w:val="0"/>
          <w:i/>
          <w:sz w:val="21"/>
          <w:u w:val="none"/>
        </w:rPr>
        <w:t>I</w:t>
      </w:r>
      <w:r>
        <w:rPr>
          <w:rFonts w:ascii="Georgia" w:hAnsi="Georgia" w:eastAsia="Georgia"/>
          <w:b w:val="0"/>
          <w:i w:val="0"/>
          <w:sz w:val="21"/>
          <w:u w:val="none"/>
        </w:rPr>
        <w:t xml:space="preserve"> would never dare try that. Whenever I have to go alone where I’ve never been I must study the map intensely beforehand, marking my route and noting exactly where I am to turn before I ever leave home – and even then I drive with my stomach in knots for fear I’ll miss a sign and overshoot the intersection, especially if it’s in a city. Part of the reason for that is that once I’m in unfamiliar territory that I can’t find on the map, I have no </w:t>
      </w:r>
      <w:r>
        <w:rPr>
          <w:rFonts w:ascii="Georgia" w:hAnsi="Georgia" w:eastAsia="Georgia"/>
          <w:b w:val="0"/>
          <w:i/>
          <w:sz w:val="21"/>
          <w:u w:val="none"/>
        </w:rPr>
        <w:t>idea</w:t>
      </w:r>
      <w:r>
        <w:rPr>
          <w:rFonts w:ascii="Georgia" w:hAnsi="Georgia" w:eastAsia="Georgia"/>
          <w:b w:val="0"/>
          <w:i w:val="0"/>
          <w:sz w:val="21"/>
          <w:u w:val="none"/>
        </w:rPr>
        <w:t xml:space="preserve"> what direction I’m going. Once I’ve successfully made such a trip, the next time is easier and by the third time I’m finally confident that I know where I’m going.</w:t>
      </w:r>
    </w:p>
    <w:p>
      <w:pPr>
        <w:widowControl/>
      </w:pPr>
      <w:r>
        <w:rPr>
          <w:rFonts w:ascii="Georgia" w:hAnsi="Georgia" w:eastAsia="Georgia"/>
          <w:b w:val="0"/>
          <w:i w:val="0"/>
          <w:sz w:val="21"/>
          <w:u w:val="none"/>
        </w:rPr>
        <w:t>What kind of traveler are you? We are all on a journey, whether we know it or not, and the road is called life. We don’t travel that road alone – there are other people coming on all along the way, while others are going off. Have you ever wondered, when traveling a busy highway, where all those other people are going – and where they are all coming from? Everyone on the road is going somewhere. Some are just enjoying the drive, not at all worried about where they are as long as they’re headed in the right direction. Others are anxiously watching every sign to be sure they don’t miss the way, and others are lost. They have no idea how they got off on the wrong road, and they don’t know how to get back.</w:t>
      </w:r>
    </w:p>
    <w:p>
      <w:pPr>
        <w:widowControl/>
      </w:pPr>
      <w:r>
        <w:rPr>
          <w:rFonts w:ascii="Georgia" w:hAnsi="Georgia" w:eastAsia="Georgia"/>
          <w:b w:val="0"/>
          <w:i w:val="0"/>
          <w:sz w:val="21"/>
          <w:u w:val="none"/>
        </w:rPr>
        <w:t xml:space="preserve">The Bible uses the analogy of the road of life many times. Jesus said there are actually only two roads and He talks about “gates” at the entrance to these roads. The word “gate” in the Bible was synonymous with “entrance” or “doorway”. In Matthew 7:13-14, Jesus said, “Enter through the </w:t>
      </w:r>
      <w:r>
        <w:rPr>
          <w:rFonts w:ascii="Georgia" w:hAnsi="Georgia" w:eastAsia="Georgia"/>
          <w:b w:val="0"/>
          <w:i/>
          <w:sz w:val="21"/>
          <w:u w:val="none"/>
        </w:rPr>
        <w:t>narrow</w:t>
      </w:r>
      <w:r>
        <w:rPr>
          <w:rFonts w:ascii="Georgia" w:hAnsi="Georgia" w:eastAsia="Georgia"/>
          <w:b w:val="0"/>
          <w:i w:val="0"/>
          <w:sz w:val="21"/>
          <w:u w:val="none"/>
        </w:rPr>
        <w:t xml:space="preserve"> gate. For </w:t>
      </w:r>
      <w:r>
        <w:rPr>
          <w:rFonts w:ascii="Georgia" w:hAnsi="Georgia" w:eastAsia="Georgia"/>
          <w:b w:val="0"/>
          <w:i/>
          <w:sz w:val="21"/>
          <w:u w:val="none"/>
        </w:rPr>
        <w:t>wide</w:t>
      </w:r>
      <w:r>
        <w:rPr>
          <w:rFonts w:ascii="Georgia" w:hAnsi="Georgia" w:eastAsia="Georgia"/>
          <w:b w:val="0"/>
          <w:i w:val="0"/>
          <w:sz w:val="21"/>
          <w:u w:val="none"/>
        </w:rPr>
        <w:t xml:space="preserve"> is the gate and broad is the way that leads to destruction, and many enter through it. But small is the gate and </w:t>
      </w:r>
      <w:r>
        <w:rPr>
          <w:rFonts w:ascii="Georgia" w:hAnsi="Georgia" w:eastAsia="Georgia"/>
          <w:b w:val="0"/>
          <w:i/>
          <w:sz w:val="21"/>
          <w:u w:val="none"/>
        </w:rPr>
        <w:t>narrow</w:t>
      </w:r>
      <w:r>
        <w:rPr>
          <w:rFonts w:ascii="Georgia" w:hAnsi="Georgia" w:eastAsia="Georgia"/>
          <w:b w:val="0"/>
          <w:i w:val="0"/>
          <w:sz w:val="21"/>
          <w:u w:val="none"/>
        </w:rPr>
        <w:t xml:space="preserve"> the road that leads to life and only a few find it.” Now what is it about that road that makes it so narrow and hard to find? The night before Jesus died, He told His disciples, “I am going to prepare a </w:t>
      </w:r>
      <w:r>
        <w:rPr>
          <w:rFonts w:ascii="Georgia" w:hAnsi="Georgia" w:eastAsia="Georgia"/>
          <w:b w:val="0"/>
          <w:i/>
          <w:sz w:val="21"/>
          <w:u w:val="none"/>
        </w:rPr>
        <w:t>place</w:t>
      </w:r>
      <w:r>
        <w:rPr>
          <w:rFonts w:ascii="Georgia" w:hAnsi="Georgia" w:eastAsia="Georgia"/>
          <w:b w:val="0"/>
          <w:i w:val="0"/>
          <w:sz w:val="21"/>
          <w:u w:val="none"/>
        </w:rPr>
        <w:t xml:space="preserve"> for you and if I go and prepare a place for you, I will come back and take you to be with Me, that you also may be where I am. You </w:t>
      </w:r>
      <w:r>
        <w:rPr>
          <w:rFonts w:ascii="Georgia" w:hAnsi="Georgia" w:eastAsia="Georgia"/>
          <w:b w:val="0"/>
          <w:i/>
          <w:sz w:val="21"/>
          <w:u w:val="none"/>
        </w:rPr>
        <w:t>know</w:t>
      </w:r>
      <w:r>
        <w:rPr>
          <w:rFonts w:ascii="Georgia" w:hAnsi="Georgia" w:eastAsia="Georgia"/>
          <w:b w:val="0"/>
          <w:i w:val="0"/>
          <w:sz w:val="21"/>
          <w:u w:val="none"/>
        </w:rPr>
        <w:t xml:space="preserve"> the </w:t>
      </w:r>
      <w:r>
        <w:rPr>
          <w:rFonts w:ascii="Georgia" w:hAnsi="Georgia" w:eastAsia="Georgia"/>
          <w:b w:val="0"/>
          <w:i/>
          <w:sz w:val="21"/>
          <w:u w:val="none"/>
        </w:rPr>
        <w:t>way</w:t>
      </w:r>
      <w:r>
        <w:rPr>
          <w:rFonts w:ascii="Georgia" w:hAnsi="Georgia" w:eastAsia="Georgia"/>
          <w:b w:val="0"/>
          <w:i w:val="0"/>
          <w:sz w:val="21"/>
          <w:u w:val="none"/>
        </w:rPr>
        <w:t xml:space="preserve"> to the place where I am going.” But Thomas said, “Lord – we </w:t>
      </w:r>
      <w:r>
        <w:rPr>
          <w:rFonts w:ascii="Georgia" w:hAnsi="Georgia" w:eastAsia="Georgia"/>
          <w:b w:val="0"/>
          <w:i/>
          <w:sz w:val="21"/>
          <w:u w:val="none"/>
        </w:rPr>
        <w:t>don’t know where</w:t>
      </w:r>
      <w:r>
        <w:rPr>
          <w:rFonts w:ascii="Georgia" w:hAnsi="Georgia" w:eastAsia="Georgia"/>
          <w:b w:val="0"/>
          <w:i w:val="0"/>
          <w:sz w:val="21"/>
          <w:u w:val="none"/>
        </w:rPr>
        <w:t xml:space="preserve"> you are going, so how </w:t>
      </w:r>
      <w:r>
        <w:rPr>
          <w:rFonts w:ascii="Georgia" w:hAnsi="Georgia" w:eastAsia="Georgia"/>
          <w:b w:val="0"/>
          <w:i/>
          <w:sz w:val="21"/>
          <w:u w:val="none"/>
        </w:rPr>
        <w:t>can</w:t>
      </w:r>
      <w:r>
        <w:rPr>
          <w:rFonts w:ascii="Georgia" w:hAnsi="Georgia" w:eastAsia="Georgia"/>
          <w:b w:val="0"/>
          <w:i w:val="0"/>
          <w:sz w:val="21"/>
          <w:u w:val="none"/>
        </w:rPr>
        <w:t xml:space="preserve"> we know the way?” Jesus answered, “I am the </w:t>
      </w:r>
      <w:r>
        <w:rPr>
          <w:rFonts w:ascii="Georgia" w:hAnsi="Georgia" w:eastAsia="Georgia"/>
          <w:b w:val="0"/>
          <w:i/>
          <w:sz w:val="21"/>
          <w:u w:val="none"/>
        </w:rPr>
        <w:t>way</w:t>
      </w:r>
      <w:r>
        <w:rPr>
          <w:rFonts w:ascii="Georgia" w:hAnsi="Georgia" w:eastAsia="Georgia"/>
          <w:b w:val="0"/>
          <w:i w:val="0"/>
          <w:sz w:val="21"/>
          <w:u w:val="none"/>
        </w:rPr>
        <w:t xml:space="preserve">, the truth and the life – </w:t>
      </w:r>
      <w:r>
        <w:rPr>
          <w:rFonts w:ascii="Georgia" w:hAnsi="Georgia" w:eastAsia="Georgia"/>
          <w:b w:val="0"/>
          <w:i/>
          <w:sz w:val="21"/>
          <w:u w:val="none"/>
        </w:rPr>
        <w:t>No-one</w:t>
      </w:r>
      <w:r>
        <w:rPr>
          <w:rFonts w:ascii="Georgia" w:hAnsi="Georgia" w:eastAsia="Georgia"/>
          <w:b w:val="0"/>
          <w:i w:val="0"/>
          <w:sz w:val="21"/>
          <w:u w:val="none"/>
        </w:rPr>
        <w:t xml:space="preserve"> comes to the Father except through </w:t>
      </w:r>
      <w:r>
        <w:rPr>
          <w:rFonts w:ascii="Georgia" w:hAnsi="Georgia" w:eastAsia="Georgia"/>
          <w:b w:val="0"/>
          <w:i/>
          <w:sz w:val="21"/>
          <w:u w:val="none"/>
        </w:rPr>
        <w:t>Me</w:t>
      </w:r>
      <w:r>
        <w:rPr>
          <w:rFonts w:ascii="Georgia" w:hAnsi="Georgia" w:eastAsia="Georgia"/>
          <w:b w:val="0"/>
          <w:i w:val="0"/>
          <w:sz w:val="21"/>
          <w:u w:val="none"/>
        </w:rPr>
        <w:t>!”</w:t>
      </w:r>
    </w:p>
    <w:p>
      <w:pPr>
        <w:widowControl/>
      </w:pPr>
      <w:r>
        <w:rPr>
          <w:rFonts w:ascii="Georgia" w:hAnsi="Georgia" w:eastAsia="Georgia"/>
          <w:b w:val="0"/>
          <w:i w:val="0"/>
          <w:sz w:val="21"/>
          <w:u w:val="none"/>
        </w:rPr>
        <w:t xml:space="preserve">Now this was a politically incorrect thing to say even in </w:t>
      </w:r>
      <w:r>
        <w:rPr>
          <w:rFonts w:ascii="Georgia" w:hAnsi="Georgia" w:eastAsia="Georgia"/>
          <w:b w:val="0"/>
          <w:i/>
          <w:sz w:val="21"/>
          <w:u w:val="none"/>
        </w:rPr>
        <w:t>that</w:t>
      </w:r>
      <w:r>
        <w:rPr>
          <w:rFonts w:ascii="Georgia" w:hAnsi="Georgia" w:eastAsia="Georgia"/>
          <w:b w:val="0"/>
          <w:i w:val="0"/>
          <w:sz w:val="21"/>
          <w:u w:val="none"/>
        </w:rPr>
        <w:t xml:space="preserve"> day, but it is even more so now. Is He saying there is only </w:t>
      </w:r>
      <w:r>
        <w:rPr>
          <w:rFonts w:ascii="Georgia" w:hAnsi="Georgia" w:eastAsia="Georgia"/>
          <w:b w:val="0"/>
          <w:i/>
          <w:sz w:val="21"/>
          <w:u w:val="none"/>
        </w:rPr>
        <w:t>one</w:t>
      </w:r>
      <w:r>
        <w:rPr>
          <w:rFonts w:ascii="Georgia" w:hAnsi="Georgia" w:eastAsia="Georgia"/>
          <w:b w:val="0"/>
          <w:i w:val="0"/>
          <w:sz w:val="21"/>
          <w:u w:val="none"/>
        </w:rPr>
        <w:t xml:space="preserve"> way – and that way is Jesus and Jesus </w:t>
      </w:r>
      <w:r>
        <w:rPr>
          <w:rFonts w:ascii="Georgia" w:hAnsi="Georgia" w:eastAsia="Georgia"/>
          <w:b w:val="0"/>
          <w:i/>
          <w:sz w:val="21"/>
          <w:u w:val="none"/>
        </w:rPr>
        <w:t>alone</w:t>
      </w:r>
      <w:r>
        <w:rPr>
          <w:rFonts w:ascii="Georgia" w:hAnsi="Georgia" w:eastAsia="Georgia"/>
          <w:b w:val="0"/>
          <w:i w:val="0"/>
          <w:sz w:val="21"/>
          <w:u w:val="none"/>
        </w:rPr>
        <w:t>? Yes – that’s exactly what He’s saying! Everyone who is not traveling that narrow road is careening down that wide highway following everyone else like lemmings headed for the precipice where they will plummet to their deaths.</w:t>
      </w:r>
    </w:p>
    <w:p>
      <w:pPr>
        <w:widowControl/>
      </w:pPr>
      <w:r>
        <w:rPr>
          <w:rFonts w:ascii="Georgia" w:hAnsi="Georgia" w:eastAsia="Georgia"/>
          <w:b w:val="0"/>
          <w:i w:val="0"/>
          <w:sz w:val="21"/>
          <w:u w:val="none"/>
        </w:rPr>
        <w:t xml:space="preserve">Jesus promised if we seek the truth we will find it, and if we knock, the door </w:t>
      </w:r>
      <w:r>
        <w:rPr>
          <w:rFonts w:ascii="Georgia" w:hAnsi="Georgia" w:eastAsia="Georgia"/>
          <w:b w:val="0"/>
          <w:i/>
          <w:sz w:val="21"/>
          <w:u w:val="none"/>
        </w:rPr>
        <w:t>will</w:t>
      </w:r>
      <w:r>
        <w:rPr>
          <w:rFonts w:ascii="Georgia" w:hAnsi="Georgia" w:eastAsia="Georgia"/>
          <w:b w:val="0"/>
          <w:i w:val="0"/>
          <w:sz w:val="21"/>
          <w:u w:val="none"/>
        </w:rPr>
        <w:t xml:space="preserve"> be opened to us – the door to that narrow gate that leads to life. Few find it because few seek it. Many go through the motions of living from day to day thinking that’s all there is – they don’t even realize they are already dead. Others </w:t>
      </w:r>
      <w:r>
        <w:rPr>
          <w:rFonts w:ascii="Georgia" w:hAnsi="Georgia" w:eastAsia="Georgia"/>
          <w:b w:val="0"/>
          <w:i/>
          <w:sz w:val="21"/>
          <w:u w:val="none"/>
        </w:rPr>
        <w:t>do</w:t>
      </w:r>
      <w:r>
        <w:rPr>
          <w:rFonts w:ascii="Georgia" w:hAnsi="Georgia" w:eastAsia="Georgia"/>
          <w:b w:val="0"/>
          <w:i w:val="0"/>
          <w:sz w:val="21"/>
          <w:u w:val="none"/>
        </w:rPr>
        <w:t xml:space="preserve"> look for answers to the question, “What is the meaning of life?” and “Why am I here?”, but they look in the wrong places. The truth is there, among all those other doors, but people pass right by that one without even considering it- because it is too narrow. They think they can find the answers to life’s mysteries by themselves, so they don’t ask God – instead they choose to follow their own conclusions based on what </w:t>
      </w:r>
      <w:r>
        <w:rPr>
          <w:rFonts w:ascii="Georgia" w:hAnsi="Georgia" w:eastAsia="Georgia"/>
          <w:b w:val="0"/>
          <w:i/>
          <w:sz w:val="21"/>
          <w:u w:val="none"/>
        </w:rPr>
        <w:t>other</w:t>
      </w:r>
      <w:r>
        <w:rPr>
          <w:rFonts w:ascii="Georgia" w:hAnsi="Georgia" w:eastAsia="Georgia"/>
          <w:b w:val="0"/>
          <w:i w:val="0"/>
          <w:sz w:val="21"/>
          <w:u w:val="none"/>
        </w:rPr>
        <w:t xml:space="preserve"> people do and say.</w:t>
      </w:r>
    </w:p>
    <w:p>
      <w:pPr>
        <w:widowControl/>
      </w:pPr>
      <w:r>
        <w:rPr>
          <w:rFonts w:ascii="Georgia" w:hAnsi="Georgia" w:eastAsia="Georgia"/>
          <w:b w:val="0"/>
          <w:i w:val="0"/>
          <w:sz w:val="21"/>
          <w:u w:val="none"/>
        </w:rPr>
        <w:t>Yet Jesus promised, “</w:t>
      </w:r>
      <w:r>
        <w:rPr>
          <w:rFonts w:ascii="Georgia" w:hAnsi="Georgia" w:eastAsia="Georgia"/>
          <w:b w:val="0"/>
          <w:i/>
          <w:sz w:val="21"/>
          <w:u w:val="none"/>
        </w:rPr>
        <w:t>Ask</w:t>
      </w:r>
      <w:r>
        <w:rPr>
          <w:rFonts w:ascii="Georgia" w:hAnsi="Georgia" w:eastAsia="Georgia"/>
          <w:b w:val="0"/>
          <w:i w:val="0"/>
          <w:sz w:val="21"/>
          <w:u w:val="none"/>
        </w:rPr>
        <w:t xml:space="preserve"> and it will be given to you.” And He assures us, “He who comes to </w:t>
      </w:r>
      <w:r>
        <w:rPr>
          <w:rFonts w:ascii="Georgia" w:hAnsi="Georgia" w:eastAsia="Georgia"/>
          <w:b w:val="0"/>
          <w:i/>
          <w:sz w:val="21"/>
          <w:u w:val="none"/>
        </w:rPr>
        <w:t>Me</w:t>
      </w:r>
      <w:r>
        <w:rPr>
          <w:rFonts w:ascii="Georgia" w:hAnsi="Georgia" w:eastAsia="Georgia"/>
          <w:b w:val="0"/>
          <w:i w:val="0"/>
          <w:sz w:val="21"/>
          <w:u w:val="none"/>
        </w:rPr>
        <w:t xml:space="preserve"> I will never cast out.” Through Peter, God says He is patient with us, not willing that </w:t>
      </w:r>
      <w:r>
        <w:rPr>
          <w:rFonts w:ascii="Georgia" w:hAnsi="Georgia" w:eastAsia="Georgia"/>
          <w:b w:val="0"/>
          <w:i/>
          <w:sz w:val="21"/>
          <w:u w:val="none"/>
        </w:rPr>
        <w:t>any</w:t>
      </w:r>
      <w:r>
        <w:rPr>
          <w:rFonts w:ascii="Georgia" w:hAnsi="Georgia" w:eastAsia="Georgia"/>
          <w:b w:val="0"/>
          <w:i w:val="0"/>
          <w:sz w:val="21"/>
          <w:u w:val="none"/>
        </w:rPr>
        <w:t xml:space="preserve"> should perish but that </w:t>
      </w:r>
      <w:r>
        <w:rPr>
          <w:rFonts w:ascii="Georgia" w:hAnsi="Georgia" w:eastAsia="Georgia"/>
          <w:b w:val="0"/>
          <w:i/>
          <w:sz w:val="21"/>
          <w:u w:val="none"/>
        </w:rPr>
        <w:t>all</w:t>
      </w:r>
      <w:r>
        <w:rPr>
          <w:rFonts w:ascii="Georgia" w:hAnsi="Georgia" w:eastAsia="Georgia"/>
          <w:b w:val="0"/>
          <w:i w:val="0"/>
          <w:sz w:val="21"/>
          <w:u w:val="none"/>
        </w:rPr>
        <w:t xml:space="preserve"> would come to the knowledge of the truth. Some reject the gospel message because they say, “How could a god who’s supposed to be good and loving send good people to hell?” The question itself is </w:t>
      </w:r>
      <w:r>
        <w:rPr>
          <w:rFonts w:ascii="Georgia" w:hAnsi="Georgia" w:eastAsia="Georgia"/>
          <w:b w:val="0"/>
          <w:i/>
          <w:sz w:val="21"/>
          <w:u w:val="none"/>
        </w:rPr>
        <w:t>flawed</w:t>
      </w:r>
      <w:r>
        <w:rPr>
          <w:rFonts w:ascii="Georgia" w:hAnsi="Georgia" w:eastAsia="Georgia"/>
          <w:b w:val="0"/>
          <w:i w:val="0"/>
          <w:sz w:val="21"/>
          <w:u w:val="none"/>
        </w:rPr>
        <w:t xml:space="preserve">, for two reasons. It presupposes that people are ‘good’ and that it is God who wills for them to go to hell. Both are lies from hell itself. We are </w:t>
      </w:r>
      <w:r>
        <w:rPr>
          <w:rFonts w:ascii="Georgia" w:hAnsi="Georgia" w:eastAsia="Georgia"/>
          <w:b w:val="0"/>
          <w:i/>
          <w:sz w:val="21"/>
          <w:u w:val="none"/>
        </w:rPr>
        <w:t>all</w:t>
      </w:r>
      <w:r>
        <w:rPr>
          <w:rFonts w:ascii="Georgia" w:hAnsi="Georgia" w:eastAsia="Georgia"/>
          <w:b w:val="0"/>
          <w:i w:val="0"/>
          <w:sz w:val="21"/>
          <w:u w:val="none"/>
        </w:rPr>
        <w:t xml:space="preserve"> sinners – without God it is not possible for us to be “good”. Psalm 14:3 says, “There is no one who does good – not even one!”</w:t>
      </w:r>
      <w:r>
        <w:rPr>
          <w:rFonts w:ascii="Georgia" w:hAnsi="Georgia" w:eastAsia="Georgia"/>
          <w:b w:val="0"/>
          <w:i w:val="0"/>
          <w:sz w:val="21"/>
          <w:u w:val="none"/>
        </w:rPr>
        <w:t xml:space="preserve"> The fact is we all deserve hell – but God never intended for man to go to hell – He created hell for Satan and his fallen angels – not for man. For man He provided a way out – that narrow gate that leads to life. </w:t>
      </w:r>
      <w:r>
        <w:rPr>
          <w:rFonts w:ascii="Georgia" w:hAnsi="Georgia" w:eastAsia="Georgia"/>
          <w:b w:val="0"/>
          <w:i/>
          <w:sz w:val="21"/>
          <w:u w:val="none"/>
        </w:rPr>
        <w:t>Jesus</w:t>
      </w:r>
      <w:r>
        <w:rPr>
          <w:rFonts w:ascii="Georgia" w:hAnsi="Georgia" w:eastAsia="Georgia"/>
          <w:b w:val="0"/>
          <w:i w:val="0"/>
          <w:sz w:val="21"/>
          <w:u w:val="none"/>
        </w:rPr>
        <w:t xml:space="preserve"> is the Way – He is the </w:t>
      </w:r>
      <w:r>
        <w:rPr>
          <w:rFonts w:ascii="Georgia" w:hAnsi="Georgia" w:eastAsia="Georgia"/>
          <w:b w:val="0"/>
          <w:i/>
          <w:sz w:val="21"/>
          <w:u w:val="none"/>
        </w:rPr>
        <w:t>Truth</w:t>
      </w:r>
      <w:r>
        <w:rPr>
          <w:rFonts w:ascii="Georgia" w:hAnsi="Georgia" w:eastAsia="Georgia"/>
          <w:b w:val="0"/>
          <w:i w:val="0"/>
          <w:sz w:val="21"/>
          <w:u w:val="none"/>
        </w:rPr>
        <w:t xml:space="preserve"> – </w:t>
      </w:r>
      <w:r>
        <w:rPr>
          <w:rFonts w:ascii="Georgia" w:hAnsi="Georgia" w:eastAsia="Georgia"/>
          <w:b w:val="0"/>
          <w:i/>
          <w:sz w:val="21"/>
          <w:u w:val="none"/>
        </w:rPr>
        <w:t>He is the Life</w:t>
      </w:r>
      <w:r>
        <w:rPr>
          <w:rFonts w:ascii="Georgia" w:hAnsi="Georgia" w:eastAsia="Georgia"/>
          <w:b w:val="0"/>
          <w:i w:val="0"/>
          <w:sz w:val="21"/>
          <w:u w:val="none"/>
        </w:rPr>
        <w:t xml:space="preserve">. Eternal life is a free gift – we don’t have to </w:t>
      </w:r>
      <w:r>
        <w:rPr>
          <w:rFonts w:ascii="Georgia" w:hAnsi="Georgia" w:eastAsia="Georgia"/>
          <w:b w:val="0"/>
          <w:i/>
          <w:sz w:val="21"/>
          <w:u w:val="none"/>
        </w:rPr>
        <w:t>do</w:t>
      </w:r>
      <w:r>
        <w:rPr>
          <w:rFonts w:ascii="Georgia" w:hAnsi="Georgia" w:eastAsia="Georgia"/>
          <w:b w:val="0"/>
          <w:i w:val="0"/>
          <w:sz w:val="21"/>
          <w:u w:val="none"/>
        </w:rPr>
        <w:t xml:space="preserve"> anything or give up anything to be eligible for this gift. But we cannot accept the gift if we can’t accept the one who gives it.</w:t>
      </w:r>
    </w:p>
    <w:p>
      <w:pPr>
        <w:widowControl/>
      </w:pPr>
      <w:r>
        <w:rPr>
          <w:rFonts w:ascii="Georgia" w:hAnsi="Georgia" w:eastAsia="Georgia"/>
          <w:b w:val="0"/>
          <w:i w:val="0"/>
          <w:sz w:val="21"/>
          <w:u w:val="none"/>
        </w:rPr>
        <w:t xml:space="preserve">The nation of Israel is a sad example of this truth. God had miraculously brought a nation of over a million people out of slavery in Egypt. He went with them. He protected them and He fed them. He gave them laws to live by – not to limit their freedom but to enable them to live abundantly. He had shown them His power and His love time and time again. Yet when they reached the land “flowing with milk and honey” promised to them through Abraham, they refused to go in. Why? Because there were “giants” in the land. They would not trust this God who had never let them down to continue to protect them and fight for them. The way was too narrow. Out of 603,550 men over the age of 20 who had left Egypt, all but two men died in the wilderness as they wandered in their self-imposed detour for 40 years. Those two were Joshua and Caleb – the only two who had been initially ready to obey and go in. The rest of that generation were all gone – only their children and grandchildren finally found that narrow gate back to the main road. This wasn’t </w:t>
      </w:r>
      <w:r>
        <w:rPr>
          <w:rFonts w:ascii="Georgia" w:hAnsi="Georgia" w:eastAsia="Georgia"/>
          <w:b w:val="0"/>
          <w:i/>
          <w:sz w:val="21"/>
          <w:u w:val="none"/>
        </w:rPr>
        <w:t>God’s</w:t>
      </w:r>
      <w:r>
        <w:rPr>
          <w:rFonts w:ascii="Georgia" w:hAnsi="Georgia" w:eastAsia="Georgia"/>
          <w:b w:val="0"/>
          <w:i w:val="0"/>
          <w:sz w:val="21"/>
          <w:u w:val="none"/>
        </w:rPr>
        <w:t xml:space="preserve"> fault – it was </w:t>
      </w:r>
      <w:r>
        <w:rPr>
          <w:rFonts w:ascii="Georgia" w:hAnsi="Georgia" w:eastAsia="Georgia"/>
          <w:b w:val="0"/>
          <w:i/>
          <w:sz w:val="21"/>
          <w:u w:val="none"/>
        </w:rPr>
        <w:t>theirs!</w:t>
      </w:r>
      <w:r>
        <w:rPr>
          <w:rFonts w:ascii="Georgia" w:hAnsi="Georgia" w:eastAsia="Georgia"/>
          <w:b w:val="0"/>
          <w:i w:val="0"/>
          <w:sz w:val="21"/>
          <w:u w:val="none"/>
        </w:rPr>
        <w:t xml:space="preserve"> In the same way, anyone who ends up in hell does so by default – because they don’t accept that free gift and enter through the only gate provided that leads to life. For them to reject that and refuse to go in is not God’s fault and never was. He grieves over every last one that chooses that other road. He gives us chance after chance after chance – He has provided road signs all along the way clearly marking the off-ramp to that narrow road. He has provided a map for us once we are in it. But we still reap what we sow. If we sow the seeds of rebellion we </w:t>
      </w:r>
      <w:r>
        <w:rPr>
          <w:rFonts w:ascii="Georgia" w:hAnsi="Georgia" w:eastAsia="Georgia"/>
          <w:b w:val="0"/>
          <w:i/>
          <w:sz w:val="21"/>
          <w:u w:val="none"/>
        </w:rPr>
        <w:t>will</w:t>
      </w:r>
      <w:r>
        <w:rPr>
          <w:rFonts w:ascii="Georgia" w:hAnsi="Georgia" w:eastAsia="Georgia"/>
          <w:b w:val="0"/>
          <w:i w:val="0"/>
          <w:sz w:val="21"/>
          <w:u w:val="none"/>
        </w:rPr>
        <w:t xml:space="preserve"> reap the emptiness that results. We will either miss our exit to the road of life because we aren’t paying attention to the road signs, or we will end up on a self-imposed detour. Some may eventually find their way back to the right road, but those wasted years can never be recovered. Others never find their way back at all. When they try to retrace their steps and go back on the road they came, they run into roadblocks – because you see, choices always have consequences that change things.</w:t>
      </w:r>
    </w:p>
    <w:p>
      <w:pPr>
        <w:widowControl/>
      </w:pPr>
      <w:r>
        <w:rPr>
          <w:rFonts w:ascii="Georgia" w:hAnsi="Georgia" w:eastAsia="Georgia"/>
          <w:b w:val="0"/>
          <w:i w:val="0"/>
          <w:sz w:val="21"/>
          <w:u w:val="none"/>
        </w:rPr>
        <w:t xml:space="preserve">The Bible is truth – it is God’s voice to us, and it is </w:t>
      </w:r>
      <w:r>
        <w:rPr>
          <w:rFonts w:ascii="Georgia" w:hAnsi="Georgia" w:eastAsia="Georgia"/>
          <w:b w:val="0"/>
          <w:i/>
          <w:sz w:val="21"/>
          <w:u w:val="none"/>
        </w:rPr>
        <w:t>full</w:t>
      </w:r>
      <w:r>
        <w:rPr>
          <w:rFonts w:ascii="Georgia" w:hAnsi="Georgia" w:eastAsia="Georgia"/>
          <w:b w:val="0"/>
          <w:i w:val="0"/>
          <w:sz w:val="21"/>
          <w:u w:val="none"/>
        </w:rPr>
        <w:t xml:space="preserve"> of promises to guide us to that promised land. Jesus is not only the Way beneath your feet, He is the gate, He is the light that illumines your path, He is the Shepherd who goes ahead of you to lead the way, He is the friend who walks alongside, He is the Father who watches over us and waits eagerly for our arrival, and He is the voice behind us, saying, “</w:t>
      </w:r>
      <w:r>
        <w:rPr>
          <w:rFonts w:ascii="Georgia" w:hAnsi="Georgia" w:eastAsia="Georgia"/>
          <w:b w:val="0"/>
          <w:i/>
          <w:sz w:val="21"/>
          <w:u w:val="none"/>
        </w:rPr>
        <w:t>This</w:t>
      </w:r>
      <w:r>
        <w:rPr>
          <w:rFonts w:ascii="Georgia" w:hAnsi="Georgia" w:eastAsia="Georgia"/>
          <w:b w:val="0"/>
          <w:i w:val="0"/>
          <w:sz w:val="21"/>
          <w:u w:val="none"/>
        </w:rPr>
        <w:t xml:space="preserve"> is the way – walk ye in it!” As we walk this road we are to keep our eyes on the Shepherd and not swerve to the left or to the right. Then as we persevere, the journey becomes easier and the road becomes smoother and wider. Proverbs 4:18 says, “The path of the righteous is like the first gleam of dawn, shining ever brighter until the full light of day.”</w:t>
      </w:r>
    </w:p>
    <w:p>
      <w:pPr>
        <w:widowControl/>
      </w:pPr>
      <w:r>
        <w:rPr>
          <w:rFonts w:ascii="Georgia" w:hAnsi="Georgia" w:eastAsia="Georgia"/>
          <w:b w:val="0"/>
          <w:i w:val="0"/>
          <w:sz w:val="21"/>
          <w:u w:val="none"/>
        </w:rPr>
        <w:t xml:space="preserve">If you are not walking on that road that leads to life, </w:t>
      </w:r>
      <w:r>
        <w:rPr>
          <w:rFonts w:ascii="Georgia" w:hAnsi="Georgia" w:eastAsia="Georgia"/>
          <w:b w:val="0"/>
          <w:i/>
          <w:sz w:val="21"/>
          <w:u w:val="none"/>
        </w:rPr>
        <w:t>ask</w:t>
      </w:r>
      <w:r>
        <w:rPr>
          <w:rFonts w:ascii="Georgia" w:hAnsi="Georgia" w:eastAsia="Georgia"/>
          <w:b w:val="0"/>
          <w:i w:val="0"/>
          <w:sz w:val="21"/>
          <w:u w:val="none"/>
        </w:rPr>
        <w:t xml:space="preserve"> God to show you where the gate is, watch for it, and when you see it, </w:t>
      </w:r>
      <w:r>
        <w:rPr>
          <w:rFonts w:ascii="Georgia" w:hAnsi="Georgia" w:eastAsia="Georgia"/>
          <w:b w:val="0"/>
          <w:i/>
          <w:sz w:val="21"/>
          <w:u w:val="none"/>
        </w:rPr>
        <w:t>dare</w:t>
      </w:r>
      <w:r>
        <w:rPr>
          <w:rFonts w:ascii="Georgia" w:hAnsi="Georgia" w:eastAsia="Georgia"/>
          <w:b w:val="0"/>
          <w:i w:val="0"/>
          <w:sz w:val="21"/>
          <w:u w:val="none"/>
        </w:rPr>
        <w:t xml:space="preserve"> to step through. You will never regret it.</w:t>
      </w:r>
    </w:p>
    <w:p>
      <w:bookmarkStart w:id="23" w:name="reflection_22"/>
      <w:pPr>
        <w:pStyle w:val="Heading1"/>
      </w:pPr>
      <w:r>
        <w:rPr>
          <w:rFonts w:ascii="Georgia" w:hAnsi="Georgia" w:eastAsia="Georgia"/>
          <w:b/>
          <w:color w:val="226FA4"/>
          <w:sz w:val="34"/>
        </w:rPr>
        <w:t>Love of Others</w:t>
      </w:r>
      <w:bookmarkEnd w:id="23"/>
    </w:p>
    <w:p>
      <w:pPr>
        <w:widowControl/>
      </w:pPr>
      <w:r>
        <w:rPr>
          <w:rFonts w:ascii="Georgia" w:hAnsi="Georgia" w:eastAsia="Georgia"/>
          <w:b w:val="0"/>
          <w:i w:val="0"/>
          <w:sz w:val="21"/>
          <w:u w:val="none"/>
        </w:rPr>
        <w:t>We’re talking about “</w:t>
      </w:r>
      <w:r>
        <w:rPr>
          <w:rFonts w:ascii="Georgia" w:hAnsi="Georgia" w:eastAsia="Georgia"/>
          <w:b w:val="0"/>
          <w:i/>
          <w:sz w:val="21"/>
          <w:u w:val="none"/>
        </w:rPr>
        <w:t>love</w:t>
      </w:r>
      <w:r>
        <w:rPr>
          <w:rFonts w:ascii="Georgia" w:hAnsi="Georgia" w:eastAsia="Georgia"/>
          <w:b w:val="0"/>
          <w:i w:val="0"/>
          <w:sz w:val="21"/>
          <w:u w:val="none"/>
        </w:rPr>
        <w:t>” this month. The Bible says “</w:t>
      </w:r>
      <w:r>
        <w:rPr>
          <w:rFonts w:ascii="Georgia" w:hAnsi="Georgia" w:eastAsia="Georgia"/>
          <w:b w:val="0"/>
          <w:i/>
          <w:sz w:val="21"/>
          <w:u w:val="none"/>
        </w:rPr>
        <w:t xml:space="preserve">God </w:t>
      </w:r>
      <w:r>
        <w:rPr>
          <w:rFonts w:ascii="Georgia" w:hAnsi="Georgia" w:eastAsia="Georgia"/>
          <w:b w:val="0"/>
          <w:i w:val="0"/>
          <w:sz w:val="21"/>
          <w:u w:val="none"/>
        </w:rPr>
        <w:t xml:space="preserve">is love”, and we see that Jesus gave us only two commandments, for He said every other law God ever gave is contained </w:t>
      </w:r>
      <w:r>
        <w:rPr>
          <w:rFonts w:ascii="Georgia" w:hAnsi="Georgia" w:eastAsia="Georgia"/>
          <w:b w:val="0"/>
          <w:i/>
          <w:sz w:val="21"/>
          <w:u w:val="none"/>
        </w:rPr>
        <w:t xml:space="preserve">within </w:t>
      </w:r>
      <w:r>
        <w:rPr>
          <w:rFonts w:ascii="Georgia" w:hAnsi="Georgia" w:eastAsia="Georgia"/>
          <w:b w:val="0"/>
          <w:i w:val="0"/>
          <w:sz w:val="21"/>
          <w:u w:val="none"/>
        </w:rPr>
        <w:t xml:space="preserve">these two laws. It is no coincidence that both of them have to do with love. He said the </w:t>
      </w:r>
      <w:r>
        <w:rPr>
          <w:rFonts w:ascii="Georgia" w:hAnsi="Georgia" w:eastAsia="Georgia"/>
          <w:b w:val="0"/>
          <w:i/>
          <w:sz w:val="21"/>
          <w:u w:val="none"/>
        </w:rPr>
        <w:t xml:space="preserve">first </w:t>
      </w:r>
      <w:r>
        <w:rPr>
          <w:rFonts w:ascii="Georgia" w:hAnsi="Georgia" w:eastAsia="Georgia"/>
          <w:b w:val="0"/>
          <w:i w:val="0"/>
          <w:sz w:val="21"/>
          <w:u w:val="none"/>
        </w:rPr>
        <w:t xml:space="preserve">and </w:t>
      </w:r>
      <w:r>
        <w:rPr>
          <w:rFonts w:ascii="Georgia" w:hAnsi="Georgia" w:eastAsia="Georgia"/>
          <w:b w:val="0"/>
          <w:i/>
          <w:sz w:val="21"/>
          <w:u w:val="none"/>
        </w:rPr>
        <w:t xml:space="preserve">greatest </w:t>
      </w:r>
      <w:r>
        <w:rPr>
          <w:rFonts w:ascii="Georgia" w:hAnsi="Georgia" w:eastAsia="Georgia"/>
          <w:b w:val="0"/>
          <w:i w:val="0"/>
          <w:sz w:val="21"/>
          <w:u w:val="none"/>
        </w:rPr>
        <w:t xml:space="preserve">commandment is this: “You shall </w:t>
      </w:r>
      <w:r>
        <w:rPr>
          <w:rFonts w:ascii="Georgia" w:hAnsi="Georgia" w:eastAsia="Georgia"/>
          <w:b w:val="0"/>
          <w:i/>
          <w:sz w:val="21"/>
          <w:u w:val="none"/>
        </w:rPr>
        <w:t xml:space="preserve">love </w:t>
      </w:r>
      <w:r>
        <w:rPr>
          <w:rFonts w:ascii="Georgia" w:hAnsi="Georgia" w:eastAsia="Georgia"/>
          <w:b w:val="0"/>
          <w:i w:val="0"/>
          <w:sz w:val="21"/>
          <w:u w:val="none"/>
        </w:rPr>
        <w:t xml:space="preserve">the Lord your God – with all your </w:t>
      </w:r>
      <w:r>
        <w:rPr>
          <w:rFonts w:ascii="Georgia" w:hAnsi="Georgia" w:eastAsia="Georgia"/>
          <w:b w:val="0"/>
          <w:i/>
          <w:sz w:val="21"/>
          <w:u w:val="none"/>
        </w:rPr>
        <w:t xml:space="preserve">heart, </w:t>
      </w:r>
      <w:r>
        <w:rPr>
          <w:rFonts w:ascii="Georgia" w:hAnsi="Georgia" w:eastAsia="Georgia"/>
          <w:b w:val="0"/>
          <w:i w:val="0"/>
          <w:sz w:val="21"/>
          <w:u w:val="none"/>
        </w:rPr>
        <w:t xml:space="preserve">with all your </w:t>
      </w:r>
      <w:r>
        <w:rPr>
          <w:rFonts w:ascii="Georgia" w:hAnsi="Georgia" w:eastAsia="Georgia"/>
          <w:b w:val="0"/>
          <w:i/>
          <w:sz w:val="21"/>
          <w:u w:val="none"/>
        </w:rPr>
        <w:t xml:space="preserve">soul, </w:t>
      </w:r>
      <w:r>
        <w:rPr>
          <w:rFonts w:ascii="Georgia" w:hAnsi="Georgia" w:eastAsia="Georgia"/>
          <w:b w:val="0"/>
          <w:i w:val="0"/>
          <w:sz w:val="21"/>
          <w:u w:val="none"/>
        </w:rPr>
        <w:t xml:space="preserve">with all your </w:t>
      </w:r>
      <w:r>
        <w:rPr>
          <w:rFonts w:ascii="Georgia" w:hAnsi="Georgia" w:eastAsia="Georgia"/>
          <w:b w:val="0"/>
          <w:i/>
          <w:sz w:val="21"/>
          <w:u w:val="none"/>
        </w:rPr>
        <w:t xml:space="preserve">mind </w:t>
      </w:r>
      <w:r>
        <w:rPr>
          <w:rFonts w:ascii="Georgia" w:hAnsi="Georgia" w:eastAsia="Georgia"/>
          <w:b w:val="0"/>
          <w:i w:val="0"/>
          <w:sz w:val="21"/>
          <w:u w:val="none"/>
        </w:rPr>
        <w:t xml:space="preserve">and with all your strength.” Then He said the second commandment is </w:t>
      </w:r>
      <w:r>
        <w:rPr>
          <w:rFonts w:ascii="Georgia" w:hAnsi="Georgia" w:eastAsia="Georgia"/>
          <w:b w:val="0"/>
          <w:i/>
          <w:sz w:val="21"/>
          <w:u w:val="none"/>
        </w:rPr>
        <w:t xml:space="preserve">like </w:t>
      </w:r>
      <w:r>
        <w:rPr>
          <w:rFonts w:ascii="Georgia" w:hAnsi="Georgia" w:eastAsia="Georgia"/>
          <w:b w:val="0"/>
          <w:i w:val="0"/>
          <w:sz w:val="21"/>
          <w:u w:val="none"/>
        </w:rPr>
        <w:t xml:space="preserve">it: “You shall love </w:t>
      </w:r>
      <w:r>
        <w:rPr>
          <w:rFonts w:ascii="Georgia" w:hAnsi="Georgia" w:eastAsia="Georgia"/>
          <w:b w:val="0"/>
          <w:i/>
          <w:sz w:val="21"/>
          <w:u w:val="none"/>
        </w:rPr>
        <w:t xml:space="preserve">your neighbor </w:t>
      </w:r>
      <w:r>
        <w:rPr>
          <w:rFonts w:ascii="Georgia" w:hAnsi="Georgia" w:eastAsia="Georgia"/>
          <w:b w:val="0"/>
          <w:i w:val="0"/>
          <w:sz w:val="21"/>
          <w:u w:val="none"/>
        </w:rPr>
        <w:t>as yourself.” Last week we talked about that first commandment and now we will tackle the second.</w:t>
      </w:r>
    </w:p>
    <w:p>
      <w:pPr>
        <w:widowControl/>
      </w:pPr>
      <w:r>
        <w:rPr>
          <w:rFonts w:ascii="Georgia" w:hAnsi="Georgia" w:eastAsia="Georgia"/>
          <w:b w:val="0"/>
          <w:i w:val="0"/>
          <w:sz w:val="21"/>
          <w:u w:val="none"/>
        </w:rPr>
        <w:t xml:space="preserve">I have received mailings over the years from several ministries (and still do). When I read an article that speaks to me, I cut it out and put it into a file for future reference. Often the messages you hear on this program will contain some material from those files – some recent and some very old but still relevant. I also find little gems in my daily devotions that fit with the Scripture used on a particular Sunday. As I gathered my material for this week’s message, I found I had far more than will ever fit into a ten-minute slot. So, to do the subject justice, we will be dividing this message into three parts. Today we will examine what it means to love our neighbor </w:t>
      </w:r>
      <w:r>
        <w:rPr>
          <w:rFonts w:ascii="Georgia" w:hAnsi="Georgia" w:eastAsia="Georgia"/>
          <w:b w:val="0"/>
          <w:i/>
          <w:sz w:val="21"/>
          <w:u w:val="none"/>
        </w:rPr>
        <w:t xml:space="preserve">outside </w:t>
      </w:r>
      <w:r>
        <w:rPr>
          <w:rFonts w:ascii="Georgia" w:hAnsi="Georgia" w:eastAsia="Georgia"/>
          <w:b w:val="0"/>
          <w:i w:val="0"/>
          <w:sz w:val="21"/>
          <w:u w:val="none"/>
        </w:rPr>
        <w:t xml:space="preserve">the church, and next week we’ll look at how we are to love those </w:t>
      </w:r>
      <w:r>
        <w:rPr>
          <w:rFonts w:ascii="Georgia" w:hAnsi="Georgia" w:eastAsia="Georgia"/>
          <w:b w:val="0"/>
          <w:i/>
          <w:sz w:val="21"/>
          <w:u w:val="none"/>
        </w:rPr>
        <w:t xml:space="preserve">within </w:t>
      </w:r>
      <w:r>
        <w:rPr>
          <w:rFonts w:ascii="Georgia" w:hAnsi="Georgia" w:eastAsia="Georgia"/>
          <w:b w:val="0"/>
          <w:i w:val="0"/>
          <w:sz w:val="21"/>
          <w:u w:val="none"/>
        </w:rPr>
        <w:t>the church. Then thirdly – what love is supposed to look like between a husband and a wife.</w:t>
      </w:r>
    </w:p>
    <w:p>
      <w:pPr>
        <w:widowControl/>
      </w:pPr>
      <w:r>
        <w:rPr>
          <w:rFonts w:ascii="Georgia" w:hAnsi="Georgia" w:eastAsia="Georgia"/>
          <w:b w:val="0"/>
          <w:i w:val="0"/>
          <w:sz w:val="21"/>
          <w:u w:val="none"/>
        </w:rPr>
        <w:t xml:space="preserve">Now Jesus had asked His people, “Why do you call Me ‘Lord, Lord’ but </w:t>
      </w:r>
      <w:r>
        <w:rPr>
          <w:rFonts w:ascii="Georgia" w:hAnsi="Georgia" w:eastAsia="Georgia"/>
          <w:b w:val="0"/>
          <w:i/>
          <w:sz w:val="21"/>
          <w:u w:val="none"/>
        </w:rPr>
        <w:t xml:space="preserve">do not </w:t>
      </w:r>
      <w:r>
        <w:rPr>
          <w:rFonts w:ascii="Georgia" w:hAnsi="Georgia" w:eastAsia="Georgia"/>
          <w:b w:val="0"/>
          <w:i w:val="0"/>
          <w:sz w:val="21"/>
          <w:u w:val="none"/>
        </w:rPr>
        <w:t xml:space="preserve">the things that I </w:t>
      </w:r>
      <w:r>
        <w:rPr>
          <w:rFonts w:ascii="Georgia" w:hAnsi="Georgia" w:eastAsia="Georgia"/>
          <w:b w:val="0"/>
          <w:i/>
          <w:sz w:val="21"/>
          <w:u w:val="none"/>
        </w:rPr>
        <w:t>say</w:t>
      </w:r>
      <w:r>
        <w:rPr>
          <w:rFonts w:ascii="Georgia" w:hAnsi="Georgia" w:eastAsia="Georgia"/>
          <w:b w:val="0"/>
          <w:i w:val="0"/>
          <w:sz w:val="21"/>
          <w:u w:val="none"/>
        </w:rPr>
        <w:t xml:space="preserve">? If you </w:t>
      </w:r>
      <w:r>
        <w:rPr>
          <w:rFonts w:ascii="Georgia" w:hAnsi="Georgia" w:eastAsia="Georgia"/>
          <w:b w:val="0"/>
          <w:i/>
          <w:sz w:val="21"/>
          <w:u w:val="none"/>
        </w:rPr>
        <w:t xml:space="preserve">love </w:t>
      </w:r>
      <w:r>
        <w:rPr>
          <w:rFonts w:ascii="Georgia" w:hAnsi="Georgia" w:eastAsia="Georgia"/>
          <w:b w:val="0"/>
          <w:i w:val="0"/>
          <w:sz w:val="21"/>
          <w:u w:val="none"/>
        </w:rPr>
        <w:t xml:space="preserve">Me – keep My commandments!” So, we see right away that the way to love </w:t>
      </w:r>
      <w:r>
        <w:rPr>
          <w:rFonts w:ascii="Georgia" w:hAnsi="Georgia" w:eastAsia="Georgia"/>
          <w:b w:val="0"/>
          <w:i/>
          <w:sz w:val="21"/>
          <w:u w:val="none"/>
        </w:rPr>
        <w:t xml:space="preserve">God </w:t>
      </w:r>
      <w:r>
        <w:rPr>
          <w:rFonts w:ascii="Georgia" w:hAnsi="Georgia" w:eastAsia="Georgia"/>
          <w:b w:val="0"/>
          <w:i w:val="0"/>
          <w:sz w:val="21"/>
          <w:u w:val="none"/>
        </w:rPr>
        <w:t xml:space="preserve">in the first place is to obey Him by living according to these two commandments, the first of which is to love Him. It goes around and around – there’s no getting away from it – </w:t>
      </w:r>
      <w:r>
        <w:rPr>
          <w:rFonts w:ascii="Georgia" w:hAnsi="Georgia" w:eastAsia="Georgia"/>
          <w:b w:val="0"/>
          <w:i/>
          <w:sz w:val="21"/>
          <w:u w:val="none"/>
        </w:rPr>
        <w:t xml:space="preserve">if </w:t>
      </w:r>
      <w:r>
        <w:rPr>
          <w:rFonts w:ascii="Georgia" w:hAnsi="Georgia" w:eastAsia="Georgia"/>
          <w:b w:val="0"/>
          <w:i w:val="0"/>
          <w:sz w:val="21"/>
          <w:u w:val="none"/>
        </w:rPr>
        <w:t xml:space="preserve">we love </w:t>
      </w:r>
      <w:r>
        <w:rPr>
          <w:rFonts w:ascii="Georgia" w:hAnsi="Georgia" w:eastAsia="Georgia"/>
          <w:b w:val="0"/>
          <w:i/>
          <w:sz w:val="21"/>
          <w:u w:val="none"/>
        </w:rPr>
        <w:t xml:space="preserve">Him, </w:t>
      </w:r>
      <w:r>
        <w:rPr>
          <w:rFonts w:ascii="Georgia" w:hAnsi="Georgia" w:eastAsia="Georgia"/>
          <w:b w:val="0"/>
          <w:i w:val="0"/>
          <w:sz w:val="21"/>
          <w:u w:val="none"/>
        </w:rPr>
        <w:t xml:space="preserve">we </w:t>
      </w:r>
      <w:r>
        <w:rPr>
          <w:rFonts w:ascii="Georgia" w:hAnsi="Georgia" w:eastAsia="Georgia"/>
          <w:b w:val="0"/>
          <w:i/>
          <w:sz w:val="21"/>
          <w:u w:val="none"/>
        </w:rPr>
        <w:t xml:space="preserve">will </w:t>
      </w:r>
      <w:r>
        <w:rPr>
          <w:rFonts w:ascii="Georgia" w:hAnsi="Georgia" w:eastAsia="Georgia"/>
          <w:b w:val="0"/>
          <w:i w:val="0"/>
          <w:sz w:val="21"/>
          <w:u w:val="none"/>
        </w:rPr>
        <w:t xml:space="preserve">love one another, </w:t>
      </w:r>
      <w:r>
        <w:rPr>
          <w:rFonts w:ascii="Georgia" w:hAnsi="Georgia" w:eastAsia="Georgia"/>
          <w:b w:val="0"/>
          <w:i/>
          <w:sz w:val="21"/>
          <w:u w:val="none"/>
        </w:rPr>
        <w:t xml:space="preserve">not </w:t>
      </w:r>
      <w:r>
        <w:rPr>
          <w:rFonts w:ascii="Georgia" w:hAnsi="Georgia" w:eastAsia="Georgia"/>
          <w:b w:val="0"/>
          <w:i w:val="0"/>
          <w:sz w:val="21"/>
          <w:u w:val="none"/>
        </w:rPr>
        <w:t xml:space="preserve">because we </w:t>
      </w:r>
      <w:r>
        <w:rPr>
          <w:rFonts w:ascii="Georgia" w:hAnsi="Georgia" w:eastAsia="Georgia"/>
          <w:b w:val="0"/>
          <w:i/>
          <w:sz w:val="21"/>
          <w:u w:val="none"/>
        </w:rPr>
        <w:t xml:space="preserve">must </w:t>
      </w:r>
      <w:r>
        <w:rPr>
          <w:rFonts w:ascii="Georgia" w:hAnsi="Georgia" w:eastAsia="Georgia"/>
          <w:b w:val="0"/>
          <w:i w:val="0"/>
          <w:sz w:val="21"/>
          <w:u w:val="none"/>
        </w:rPr>
        <w:t xml:space="preserve">but because we want to please our God whom we </w:t>
      </w:r>
      <w:r>
        <w:rPr>
          <w:rFonts w:ascii="Georgia" w:hAnsi="Georgia" w:eastAsia="Georgia"/>
          <w:b w:val="0"/>
          <w:i/>
          <w:sz w:val="21"/>
          <w:u w:val="none"/>
        </w:rPr>
        <w:t>love.</w:t>
      </w:r>
    </w:p>
    <w:p>
      <w:pPr>
        <w:widowControl/>
      </w:pPr>
      <w:r>
        <w:rPr>
          <w:rFonts w:ascii="Georgia" w:hAnsi="Georgia" w:eastAsia="Georgia"/>
          <w:b w:val="0"/>
          <w:i w:val="0"/>
          <w:sz w:val="21"/>
          <w:u w:val="none"/>
        </w:rPr>
        <w:t xml:space="preserve">Luke 10 tells of an interaction between Jesus and an expert in the Jewish law. This man already knew these two commandments, but to test Jesus, he asked Him, “Who </w:t>
      </w:r>
      <w:r>
        <w:rPr>
          <w:rFonts w:ascii="Georgia" w:hAnsi="Georgia" w:eastAsia="Georgia"/>
          <w:b w:val="0"/>
          <w:i/>
          <w:sz w:val="21"/>
          <w:u w:val="none"/>
        </w:rPr>
        <w:t xml:space="preserve">is </w:t>
      </w:r>
      <w:r>
        <w:rPr>
          <w:rFonts w:ascii="Georgia" w:hAnsi="Georgia" w:eastAsia="Georgia"/>
          <w:b w:val="0"/>
          <w:i w:val="0"/>
          <w:sz w:val="21"/>
          <w:u w:val="none"/>
        </w:rPr>
        <w:t>my neighbor?” Jesus replied by telling a story which we call the parable of “The Good Samaritan”. You may think you already know this story and there’s nothing more to learn from it, but let’s ask a few questions here. A man had been attacked, robbed and left for dead beside the road to Jericho. What people group was this victim from? Was he a Jew, was he a Samaritan or something else? We aren’t told, and the three men who encountered this poor man wouldn’t have known either, because he had been stripped of any clothes that might have identified him. Jesus left him “unknown” on purpose. Now you would think if His purpose in the story was to teach the Jewish lawyer to be tolerant and loving of Samaritans, He would have made the beaten and robbed man a Samaritan and his benefactor a Jew, but He turned this around for a reason. What is it?</w:t>
      </w:r>
    </w:p>
    <w:p>
      <w:pPr>
        <w:widowControl/>
      </w:pPr>
      <w:r>
        <w:rPr>
          <w:rFonts w:ascii="Georgia" w:hAnsi="Georgia" w:eastAsia="Georgia"/>
          <w:b w:val="0"/>
          <w:i w:val="0"/>
          <w:sz w:val="21"/>
          <w:u w:val="none"/>
        </w:rPr>
        <w:t xml:space="preserve">Samaritans were “half-breeds” which were despised by Jews. They regarded them as less than dirt. Not only were Samaritans of questionable lineage, but they also had a different belief system. Their territory was smack-dab in the </w:t>
      </w:r>
      <w:r>
        <w:rPr>
          <w:rFonts w:ascii="Georgia" w:hAnsi="Georgia" w:eastAsia="Georgia"/>
          <w:b w:val="0"/>
          <w:i/>
          <w:sz w:val="21"/>
          <w:u w:val="none"/>
        </w:rPr>
        <w:t xml:space="preserve">middle </w:t>
      </w:r>
      <w:r>
        <w:rPr>
          <w:rFonts w:ascii="Georgia" w:hAnsi="Georgia" w:eastAsia="Georgia"/>
          <w:b w:val="0"/>
          <w:i w:val="0"/>
          <w:sz w:val="21"/>
          <w:u w:val="none"/>
        </w:rPr>
        <w:t xml:space="preserve">of the land of Israel, and Jews would travel miles out of their way to avoid traveling through it. If they encountered a Samaritan on the road, they would cross to the other side. Now in Jesus’ story, both a Jewish priest and a Levite saw this poor injured man by the side of the road, but not only did they not stop, they crossed to the other side. You see, they couldn’t take the chance that the poor man </w:t>
      </w:r>
      <w:r>
        <w:rPr>
          <w:rFonts w:ascii="Georgia" w:hAnsi="Georgia" w:eastAsia="Georgia"/>
          <w:b w:val="0"/>
          <w:i/>
          <w:sz w:val="21"/>
          <w:u w:val="none"/>
        </w:rPr>
        <w:t xml:space="preserve">might </w:t>
      </w:r>
      <w:r>
        <w:rPr>
          <w:rFonts w:ascii="Georgia" w:hAnsi="Georgia" w:eastAsia="Georgia"/>
          <w:b w:val="0"/>
          <w:i w:val="0"/>
          <w:sz w:val="21"/>
          <w:u w:val="none"/>
        </w:rPr>
        <w:t xml:space="preserve">be a </w:t>
      </w:r>
      <w:r>
        <w:rPr>
          <w:rFonts w:ascii="Georgia" w:hAnsi="Georgia" w:eastAsia="Georgia"/>
          <w:b w:val="0"/>
          <w:i/>
          <w:sz w:val="21"/>
          <w:u w:val="none"/>
        </w:rPr>
        <w:t xml:space="preserve">Samaritan, </w:t>
      </w:r>
      <w:r>
        <w:rPr>
          <w:rFonts w:ascii="Georgia" w:hAnsi="Georgia" w:eastAsia="Georgia"/>
          <w:b w:val="0"/>
          <w:i w:val="0"/>
          <w:sz w:val="21"/>
          <w:u w:val="none"/>
        </w:rPr>
        <w:t xml:space="preserve">and they couldn’t </w:t>
      </w:r>
      <w:r>
        <w:rPr>
          <w:rFonts w:ascii="Georgia" w:hAnsi="Georgia" w:eastAsia="Georgia"/>
          <w:b w:val="0"/>
          <w:i/>
          <w:sz w:val="21"/>
          <w:u w:val="none"/>
        </w:rPr>
        <w:t xml:space="preserve">tell. </w:t>
      </w:r>
      <w:r>
        <w:rPr>
          <w:rFonts w:ascii="Georgia" w:hAnsi="Georgia" w:eastAsia="Georgia"/>
          <w:b w:val="0"/>
          <w:i w:val="0"/>
          <w:sz w:val="21"/>
          <w:u w:val="none"/>
        </w:rPr>
        <w:t xml:space="preserve">They must not </w:t>
      </w:r>
      <w:r>
        <w:rPr>
          <w:rFonts w:ascii="Georgia" w:hAnsi="Georgia" w:eastAsia="Georgia"/>
          <w:b w:val="0"/>
          <w:i/>
          <w:sz w:val="21"/>
          <w:u w:val="none"/>
        </w:rPr>
        <w:t xml:space="preserve">risk </w:t>
      </w:r>
      <w:r>
        <w:rPr>
          <w:rFonts w:ascii="Georgia" w:hAnsi="Georgia" w:eastAsia="Georgia"/>
          <w:b w:val="0"/>
          <w:i w:val="0"/>
          <w:sz w:val="21"/>
          <w:u w:val="none"/>
        </w:rPr>
        <w:t xml:space="preserve">contaminating themselves by touching someone who was </w:t>
      </w:r>
      <w:r>
        <w:rPr>
          <w:rFonts w:ascii="Georgia" w:hAnsi="Georgia" w:eastAsia="Georgia"/>
          <w:b w:val="0"/>
          <w:i/>
          <w:sz w:val="21"/>
          <w:u w:val="none"/>
        </w:rPr>
        <w:t xml:space="preserve">unclean! </w:t>
      </w:r>
      <w:r>
        <w:rPr>
          <w:rFonts w:ascii="Georgia" w:hAnsi="Georgia" w:eastAsia="Georgia"/>
          <w:b w:val="0"/>
          <w:i w:val="0"/>
          <w:sz w:val="21"/>
          <w:u w:val="none"/>
        </w:rPr>
        <w:t xml:space="preserve">Now along comes a Samaritan riding a donkey on the same side of the road. He had no way of knowing whether this sorry sight might be a </w:t>
      </w:r>
      <w:r>
        <w:rPr>
          <w:rFonts w:ascii="Georgia" w:hAnsi="Georgia" w:eastAsia="Georgia"/>
          <w:b w:val="0"/>
          <w:i/>
          <w:sz w:val="21"/>
          <w:u w:val="none"/>
        </w:rPr>
        <w:t xml:space="preserve">Jew </w:t>
      </w:r>
      <w:r>
        <w:rPr>
          <w:rFonts w:ascii="Georgia" w:hAnsi="Georgia" w:eastAsia="Georgia"/>
          <w:b w:val="0"/>
          <w:i w:val="0"/>
          <w:sz w:val="21"/>
          <w:u w:val="none"/>
        </w:rPr>
        <w:t xml:space="preserve">and it would be understandable if he were to ignore him also. But </w:t>
      </w:r>
      <w:r>
        <w:rPr>
          <w:rFonts w:ascii="Georgia" w:hAnsi="Georgia" w:eastAsia="Georgia"/>
          <w:b w:val="0"/>
          <w:i/>
          <w:sz w:val="21"/>
          <w:u w:val="none"/>
        </w:rPr>
        <w:t xml:space="preserve">no </w:t>
      </w:r>
      <w:r>
        <w:rPr>
          <w:rFonts w:ascii="Georgia" w:hAnsi="Georgia" w:eastAsia="Georgia"/>
          <w:b w:val="0"/>
          <w:i w:val="0"/>
          <w:sz w:val="21"/>
          <w:u w:val="none"/>
        </w:rPr>
        <w:t xml:space="preserve">– he didn’t even hesitate, but </w:t>
      </w:r>
      <w:r>
        <w:rPr>
          <w:rFonts w:ascii="Georgia" w:hAnsi="Georgia" w:eastAsia="Georgia"/>
          <w:b w:val="0"/>
          <w:i/>
          <w:sz w:val="21"/>
          <w:u w:val="none"/>
        </w:rPr>
        <w:t xml:space="preserve">immediately </w:t>
      </w:r>
      <w:r>
        <w:rPr>
          <w:rFonts w:ascii="Georgia" w:hAnsi="Georgia" w:eastAsia="Georgia"/>
          <w:b w:val="0"/>
          <w:i w:val="0"/>
          <w:sz w:val="21"/>
          <w:u w:val="none"/>
        </w:rPr>
        <w:t xml:space="preserve">stopped and cared for the injured man, dressing his wounds and then helping him up onto his own donkey. He then </w:t>
      </w:r>
      <w:r>
        <w:rPr>
          <w:rFonts w:ascii="Georgia" w:hAnsi="Georgia" w:eastAsia="Georgia"/>
          <w:b w:val="0"/>
          <w:i/>
          <w:sz w:val="21"/>
          <w:u w:val="none"/>
        </w:rPr>
        <w:t xml:space="preserve">walked, </w:t>
      </w:r>
      <w:r>
        <w:rPr>
          <w:rFonts w:ascii="Georgia" w:hAnsi="Georgia" w:eastAsia="Georgia"/>
          <w:b w:val="0"/>
          <w:i w:val="0"/>
          <w:sz w:val="21"/>
          <w:u w:val="none"/>
        </w:rPr>
        <w:t xml:space="preserve">leading the donkey to an inn where he knew the innkeeper. The Samaritan paid for the man’s room and board and promised the keeper if it took longer for the man to heal, he would pay the extra cost the next time he came. To the Samaritan, you see, it didn’t matter </w:t>
      </w:r>
      <w:r>
        <w:rPr>
          <w:rFonts w:ascii="Georgia" w:hAnsi="Georgia" w:eastAsia="Georgia"/>
          <w:b w:val="0"/>
          <w:i/>
          <w:sz w:val="21"/>
          <w:u w:val="none"/>
        </w:rPr>
        <w:t xml:space="preserve">who </w:t>
      </w:r>
      <w:r>
        <w:rPr>
          <w:rFonts w:ascii="Georgia" w:hAnsi="Georgia" w:eastAsia="Georgia"/>
          <w:b w:val="0"/>
          <w:i w:val="0"/>
          <w:sz w:val="21"/>
          <w:u w:val="none"/>
        </w:rPr>
        <w:t xml:space="preserve">this injured man was. He was a human being, and he needed help. Jesus has made His point – Here was a Samaritan more righteous than a Jew. Scripture tells us “man looks on the outward appearance, but </w:t>
      </w:r>
      <w:r>
        <w:rPr>
          <w:rFonts w:ascii="Georgia" w:hAnsi="Georgia" w:eastAsia="Georgia"/>
          <w:b w:val="0"/>
          <w:i/>
          <w:sz w:val="21"/>
          <w:u w:val="none"/>
        </w:rPr>
        <w:t xml:space="preserve">God </w:t>
      </w:r>
      <w:r>
        <w:rPr>
          <w:rFonts w:ascii="Georgia" w:hAnsi="Georgia" w:eastAsia="Georgia"/>
          <w:b w:val="0"/>
          <w:i w:val="0"/>
          <w:sz w:val="21"/>
          <w:u w:val="none"/>
        </w:rPr>
        <w:t xml:space="preserve">looks on the heart.” We discriminate and we judge, but that is not given for us to do. </w:t>
      </w:r>
      <w:r>
        <w:rPr>
          <w:rFonts w:ascii="Georgia" w:hAnsi="Georgia" w:eastAsia="Georgia"/>
          <w:b w:val="0"/>
          <w:i/>
          <w:sz w:val="21"/>
          <w:u w:val="none"/>
        </w:rPr>
        <w:t xml:space="preserve">Our </w:t>
      </w:r>
      <w:r>
        <w:rPr>
          <w:rFonts w:ascii="Georgia" w:hAnsi="Georgia" w:eastAsia="Georgia"/>
          <w:b w:val="0"/>
          <w:i w:val="0"/>
          <w:sz w:val="21"/>
          <w:u w:val="none"/>
        </w:rPr>
        <w:t xml:space="preserve">job is just to love. “Which of these three men,” asks Jesus, “was a neighbor to him who fell among thieves?” The expert in the law replies, “The one who had </w:t>
      </w:r>
      <w:r>
        <w:rPr>
          <w:rFonts w:ascii="Georgia" w:hAnsi="Georgia" w:eastAsia="Georgia"/>
          <w:b w:val="0"/>
          <w:i/>
          <w:sz w:val="21"/>
          <w:u w:val="none"/>
        </w:rPr>
        <w:t xml:space="preserve">mercy </w:t>
      </w:r>
      <w:r>
        <w:rPr>
          <w:rFonts w:ascii="Georgia" w:hAnsi="Georgia" w:eastAsia="Georgia"/>
          <w:b w:val="0"/>
          <w:i w:val="0"/>
          <w:sz w:val="21"/>
          <w:u w:val="none"/>
        </w:rPr>
        <w:t>on him.” Then Jesus told him, “Go and do likewise.”</w:t>
      </w:r>
    </w:p>
    <w:p>
      <w:pPr>
        <w:widowControl/>
      </w:pPr>
      <w:r>
        <w:rPr>
          <w:rFonts w:ascii="Georgia" w:hAnsi="Georgia" w:eastAsia="Georgia"/>
          <w:b w:val="0"/>
          <w:i w:val="0"/>
          <w:sz w:val="21"/>
          <w:u w:val="none"/>
        </w:rPr>
        <w:t xml:space="preserve">Who is </w:t>
      </w:r>
      <w:r>
        <w:rPr>
          <w:rFonts w:ascii="Georgia" w:hAnsi="Georgia" w:eastAsia="Georgia"/>
          <w:b w:val="0"/>
          <w:i/>
          <w:sz w:val="21"/>
          <w:u w:val="none"/>
        </w:rPr>
        <w:t>my</w:t>
      </w:r>
      <w:r>
        <w:rPr>
          <w:rFonts w:ascii="Georgia" w:hAnsi="Georgia" w:eastAsia="Georgia"/>
          <w:b w:val="0"/>
          <w:i w:val="0"/>
          <w:sz w:val="21"/>
          <w:u w:val="none"/>
        </w:rPr>
        <w:t xml:space="preserve"> neighbor? Is it only those who are like </w:t>
      </w:r>
      <w:r>
        <w:rPr>
          <w:rFonts w:ascii="Georgia" w:hAnsi="Georgia" w:eastAsia="Georgia"/>
          <w:b w:val="0"/>
          <w:i/>
          <w:sz w:val="21"/>
          <w:u w:val="none"/>
        </w:rPr>
        <w:t xml:space="preserve">me </w:t>
      </w:r>
      <w:r>
        <w:rPr>
          <w:rFonts w:ascii="Georgia" w:hAnsi="Georgia" w:eastAsia="Georgia"/>
          <w:b w:val="0"/>
          <w:i w:val="0"/>
          <w:sz w:val="21"/>
          <w:u w:val="none"/>
        </w:rPr>
        <w:t xml:space="preserve">– who have the same skin color, the same language, the same religion and the same moral values that I have? The parable of the Good Samaritan tells us we are not to even </w:t>
      </w:r>
      <w:r>
        <w:rPr>
          <w:rFonts w:ascii="Georgia" w:hAnsi="Georgia" w:eastAsia="Georgia"/>
          <w:b w:val="0"/>
          <w:i/>
          <w:sz w:val="21"/>
          <w:u w:val="none"/>
        </w:rPr>
        <w:t xml:space="preserve">consider </w:t>
      </w:r>
      <w:r>
        <w:rPr>
          <w:rFonts w:ascii="Georgia" w:hAnsi="Georgia" w:eastAsia="Georgia"/>
          <w:b w:val="0"/>
          <w:i w:val="0"/>
          <w:sz w:val="21"/>
          <w:u w:val="none"/>
        </w:rPr>
        <w:t>these things when someone has a need. We are to respond in love to a fellow human being and leave that person’s heart to God to deal with.</w:t>
      </w:r>
    </w:p>
    <w:p>
      <w:pPr>
        <w:widowControl/>
      </w:pPr>
      <w:r>
        <w:rPr>
          <w:rFonts w:ascii="Georgia" w:hAnsi="Georgia" w:eastAsia="Georgia"/>
          <w:b w:val="0"/>
          <w:i w:val="0"/>
          <w:sz w:val="21"/>
          <w:u w:val="none"/>
        </w:rPr>
        <w:t>Several months ago, we saw in the national news the story of a modern good Samaritan. In a crowd waiting for a subway train, a white man suddenly had a seizure and fell off the platform into the path of an oncoming train. A black man nearby with his young daughter saw this happen, and with no time to even think about it, he immediately leapt off the platform and covered the man with his own body, holding him still between the rails as the train passed over them. They both emerged unhurt and a horrible tragedy was averted. Now think about it – do you think this would have happened had the races of the two men been reversed?</w:t>
      </w:r>
    </w:p>
    <w:p>
      <w:pPr>
        <w:widowControl/>
      </w:pPr>
      <w:r>
        <w:rPr>
          <w:rFonts w:ascii="Georgia" w:hAnsi="Georgia" w:eastAsia="Georgia"/>
          <w:b w:val="0"/>
          <w:i w:val="0"/>
          <w:sz w:val="21"/>
          <w:u w:val="none"/>
        </w:rPr>
        <w:t>Is one person worth more than another in the eyes of God? In his essay “Membership,” C. S. Lewis wrote, “The value of each human soul considered simply in itself, out of relation to God, is zero.” His point is that not one of us is “good enough” to claim worth before God on our own.</w:t>
      </w:r>
      <w:r>
        <w:rPr>
          <w:rFonts w:ascii="Georgia" w:hAnsi="Georgia" w:eastAsia="Georgia"/>
          <w:b w:val="0"/>
          <w:i w:val="0"/>
          <w:sz w:val="21"/>
          <w:u w:val="none"/>
        </w:rPr>
        <w:t xml:space="preserve"> A pastor we had at Dell church years ago once asked me, “Why does it </w:t>
      </w:r>
      <w:r>
        <w:rPr>
          <w:rFonts w:ascii="Georgia" w:hAnsi="Georgia" w:eastAsia="Georgia"/>
          <w:b w:val="0"/>
          <w:i/>
          <w:sz w:val="21"/>
          <w:u w:val="none"/>
        </w:rPr>
        <w:t xml:space="preserve">surprise </w:t>
      </w:r>
      <w:r>
        <w:rPr>
          <w:rFonts w:ascii="Georgia" w:hAnsi="Georgia" w:eastAsia="Georgia"/>
          <w:b w:val="0"/>
          <w:i w:val="0"/>
          <w:sz w:val="21"/>
          <w:u w:val="none"/>
        </w:rPr>
        <w:t xml:space="preserve">you when people do terrible things to one another? Without Christ, man is </w:t>
      </w:r>
      <w:r>
        <w:rPr>
          <w:rFonts w:ascii="Georgia" w:hAnsi="Georgia" w:eastAsia="Georgia"/>
          <w:b w:val="0"/>
          <w:i/>
          <w:sz w:val="21"/>
          <w:u w:val="none"/>
        </w:rPr>
        <w:t xml:space="preserve">depraved </w:t>
      </w:r>
      <w:r>
        <w:rPr>
          <w:rFonts w:ascii="Georgia" w:hAnsi="Georgia" w:eastAsia="Georgia"/>
          <w:b w:val="0"/>
          <w:i w:val="0"/>
          <w:sz w:val="21"/>
          <w:u w:val="none"/>
        </w:rPr>
        <w:t xml:space="preserve">and capable of </w:t>
      </w:r>
      <w:r>
        <w:rPr>
          <w:rFonts w:ascii="Georgia" w:hAnsi="Georgia" w:eastAsia="Georgia"/>
          <w:b w:val="0"/>
          <w:i/>
          <w:sz w:val="21"/>
          <w:u w:val="none"/>
        </w:rPr>
        <w:t>anything</w:t>
      </w:r>
      <w:r>
        <w:rPr>
          <w:rFonts w:ascii="Georgia" w:hAnsi="Georgia" w:eastAsia="Georgia"/>
          <w:b w:val="0"/>
          <w:i w:val="0"/>
          <w:sz w:val="21"/>
          <w:u w:val="none"/>
        </w:rPr>
        <w:t xml:space="preserve">! There, but for the grace of God, go I”. St. Paul tells us in Romans 5: “You see, at just the right time, when we were still </w:t>
      </w:r>
      <w:r>
        <w:rPr>
          <w:rFonts w:ascii="Georgia" w:hAnsi="Georgia" w:eastAsia="Georgia"/>
          <w:b w:val="0"/>
          <w:i/>
          <w:sz w:val="21"/>
          <w:u w:val="none"/>
        </w:rPr>
        <w:t xml:space="preserve">powerless, </w:t>
      </w:r>
      <w:r>
        <w:rPr>
          <w:rFonts w:ascii="Georgia" w:hAnsi="Georgia" w:eastAsia="Georgia"/>
          <w:b w:val="0"/>
          <w:i w:val="0"/>
          <w:sz w:val="21"/>
          <w:u w:val="none"/>
        </w:rPr>
        <w:t xml:space="preserve">Christ died for the </w:t>
      </w:r>
      <w:r>
        <w:rPr>
          <w:rFonts w:ascii="Georgia" w:hAnsi="Georgia" w:eastAsia="Georgia"/>
          <w:b w:val="0"/>
          <w:i/>
          <w:sz w:val="21"/>
          <w:u w:val="none"/>
        </w:rPr>
        <w:t>ungodly.</w:t>
      </w:r>
      <w:r>
        <w:rPr>
          <w:rFonts w:ascii="Georgia" w:hAnsi="Georgia" w:eastAsia="Georgia"/>
          <w:b w:val="0"/>
          <w:i w:val="0"/>
          <w:sz w:val="21"/>
          <w:u w:val="none"/>
        </w:rPr>
        <w:t xml:space="preserve"> --- God demonstrates His own love for us in this: While </w:t>
      </w:r>
      <w:r>
        <w:rPr>
          <w:rFonts w:ascii="Georgia" w:hAnsi="Georgia" w:eastAsia="Georgia"/>
          <w:b w:val="0"/>
          <w:i/>
          <w:sz w:val="21"/>
          <w:u w:val="none"/>
        </w:rPr>
        <w:t xml:space="preserve">we </w:t>
      </w:r>
      <w:r>
        <w:rPr>
          <w:rFonts w:ascii="Georgia" w:hAnsi="Georgia" w:eastAsia="Georgia"/>
          <w:b w:val="0"/>
          <w:i w:val="0"/>
          <w:sz w:val="21"/>
          <w:u w:val="none"/>
        </w:rPr>
        <w:t xml:space="preserve">were yet </w:t>
      </w:r>
      <w:r>
        <w:rPr>
          <w:rFonts w:ascii="Georgia" w:hAnsi="Georgia" w:eastAsia="Georgia"/>
          <w:b w:val="0"/>
          <w:i/>
          <w:sz w:val="21"/>
          <w:u w:val="none"/>
        </w:rPr>
        <w:t xml:space="preserve">sinners, </w:t>
      </w:r>
      <w:r>
        <w:rPr>
          <w:rFonts w:ascii="Georgia" w:hAnsi="Georgia" w:eastAsia="Georgia"/>
          <w:b w:val="0"/>
          <w:i w:val="0"/>
          <w:sz w:val="21"/>
          <w:u w:val="none"/>
        </w:rPr>
        <w:t xml:space="preserve">Christ died for us.” You see, Jesus didn’t die for those who </w:t>
      </w:r>
      <w:r>
        <w:rPr>
          <w:rFonts w:ascii="Georgia" w:hAnsi="Georgia" w:eastAsia="Georgia"/>
          <w:b w:val="0"/>
          <w:i/>
          <w:sz w:val="21"/>
          <w:u w:val="none"/>
        </w:rPr>
        <w:t xml:space="preserve">deserve </w:t>
      </w:r>
      <w:r>
        <w:rPr>
          <w:rFonts w:ascii="Georgia" w:hAnsi="Georgia" w:eastAsia="Georgia"/>
          <w:b w:val="0"/>
          <w:i w:val="0"/>
          <w:sz w:val="21"/>
          <w:u w:val="none"/>
        </w:rPr>
        <w:t xml:space="preserve">it, because </w:t>
      </w:r>
      <w:r>
        <w:rPr>
          <w:rFonts w:ascii="Georgia" w:hAnsi="Georgia" w:eastAsia="Georgia"/>
          <w:b w:val="0"/>
          <w:i/>
          <w:sz w:val="21"/>
          <w:u w:val="none"/>
        </w:rPr>
        <w:t xml:space="preserve">no-one </w:t>
      </w:r>
      <w:r>
        <w:rPr>
          <w:rFonts w:ascii="Georgia" w:hAnsi="Georgia" w:eastAsia="Georgia"/>
          <w:b w:val="0"/>
          <w:i w:val="0"/>
          <w:sz w:val="21"/>
          <w:u w:val="none"/>
        </w:rPr>
        <w:t xml:space="preserve">deserves it! His love is </w:t>
      </w:r>
      <w:r>
        <w:rPr>
          <w:rFonts w:ascii="Georgia" w:hAnsi="Georgia" w:eastAsia="Georgia"/>
          <w:b w:val="0"/>
          <w:i/>
          <w:sz w:val="21"/>
          <w:u w:val="none"/>
        </w:rPr>
        <w:t xml:space="preserve">unconditional </w:t>
      </w:r>
      <w:r>
        <w:rPr>
          <w:rFonts w:ascii="Georgia" w:hAnsi="Georgia" w:eastAsia="Georgia"/>
          <w:b w:val="0"/>
          <w:i w:val="0"/>
          <w:sz w:val="21"/>
          <w:u w:val="none"/>
        </w:rPr>
        <w:t xml:space="preserve">and He now tells us that’s the way ours must be. We are even to love those who are our enemies – who abuse and misuse us, whether as individuals or as a whole nation. In Luke 6 Jesus says, “I tell you who </w:t>
      </w:r>
      <w:r>
        <w:rPr>
          <w:rFonts w:ascii="Georgia" w:hAnsi="Georgia" w:eastAsia="Georgia"/>
          <w:b w:val="0"/>
          <w:i/>
          <w:sz w:val="21"/>
          <w:u w:val="none"/>
        </w:rPr>
        <w:t xml:space="preserve">hear </w:t>
      </w:r>
      <w:r>
        <w:rPr>
          <w:rFonts w:ascii="Georgia" w:hAnsi="Georgia" w:eastAsia="Georgia"/>
          <w:b w:val="0"/>
          <w:i w:val="0"/>
          <w:sz w:val="21"/>
          <w:u w:val="none"/>
        </w:rPr>
        <w:t xml:space="preserve">Me – </w:t>
      </w:r>
      <w:r>
        <w:rPr>
          <w:rFonts w:ascii="Georgia" w:hAnsi="Georgia" w:eastAsia="Georgia"/>
          <w:b w:val="0"/>
          <w:i/>
          <w:sz w:val="21"/>
          <w:u w:val="none"/>
        </w:rPr>
        <w:t xml:space="preserve">Love </w:t>
      </w:r>
      <w:r>
        <w:rPr>
          <w:rFonts w:ascii="Georgia" w:hAnsi="Georgia" w:eastAsia="Georgia"/>
          <w:b w:val="0"/>
          <w:i w:val="0"/>
          <w:sz w:val="21"/>
          <w:u w:val="none"/>
        </w:rPr>
        <w:t xml:space="preserve">your enemies, do </w:t>
      </w:r>
      <w:r>
        <w:rPr>
          <w:rFonts w:ascii="Georgia" w:hAnsi="Georgia" w:eastAsia="Georgia"/>
          <w:b w:val="0"/>
          <w:i/>
          <w:sz w:val="21"/>
          <w:u w:val="none"/>
        </w:rPr>
        <w:t xml:space="preserve">good </w:t>
      </w:r>
      <w:r>
        <w:rPr>
          <w:rFonts w:ascii="Georgia" w:hAnsi="Georgia" w:eastAsia="Georgia"/>
          <w:b w:val="0"/>
          <w:i w:val="0"/>
          <w:sz w:val="21"/>
          <w:u w:val="none"/>
        </w:rPr>
        <w:t xml:space="preserve">to those who hate you, bless those who curse you, pray for those who mistreat you. --- Do to others as you would have them do to you. --- If you love those who love </w:t>
      </w:r>
      <w:r>
        <w:rPr>
          <w:rFonts w:ascii="Georgia" w:hAnsi="Georgia" w:eastAsia="Georgia"/>
          <w:b w:val="0"/>
          <w:i/>
          <w:sz w:val="21"/>
          <w:u w:val="none"/>
        </w:rPr>
        <w:t xml:space="preserve">you, </w:t>
      </w:r>
      <w:r>
        <w:rPr>
          <w:rFonts w:ascii="Georgia" w:hAnsi="Georgia" w:eastAsia="Georgia"/>
          <w:b w:val="0"/>
          <w:i w:val="0"/>
          <w:sz w:val="21"/>
          <w:u w:val="none"/>
        </w:rPr>
        <w:t xml:space="preserve">what credit is </w:t>
      </w:r>
      <w:r>
        <w:rPr>
          <w:rFonts w:ascii="Georgia" w:hAnsi="Georgia" w:eastAsia="Georgia"/>
          <w:b w:val="0"/>
          <w:i/>
          <w:sz w:val="21"/>
          <w:u w:val="none"/>
        </w:rPr>
        <w:t xml:space="preserve">that </w:t>
      </w:r>
      <w:r>
        <w:rPr>
          <w:rFonts w:ascii="Georgia" w:hAnsi="Georgia" w:eastAsia="Georgia"/>
          <w:b w:val="0"/>
          <w:i w:val="0"/>
          <w:sz w:val="21"/>
          <w:u w:val="none"/>
        </w:rPr>
        <w:t xml:space="preserve">to you? Even ‘sinners’ do that. --- But </w:t>
      </w:r>
      <w:r>
        <w:rPr>
          <w:rFonts w:ascii="Georgia" w:hAnsi="Georgia" w:eastAsia="Georgia"/>
          <w:b w:val="0"/>
          <w:i/>
          <w:sz w:val="21"/>
          <w:u w:val="none"/>
        </w:rPr>
        <w:t xml:space="preserve">you </w:t>
      </w:r>
      <w:r>
        <w:rPr>
          <w:rFonts w:ascii="Georgia" w:hAnsi="Georgia" w:eastAsia="Georgia"/>
          <w:b w:val="0"/>
          <w:i w:val="0"/>
          <w:sz w:val="21"/>
          <w:u w:val="none"/>
        </w:rPr>
        <w:t xml:space="preserve">are to love your </w:t>
      </w:r>
      <w:r>
        <w:rPr>
          <w:rFonts w:ascii="Georgia" w:hAnsi="Georgia" w:eastAsia="Georgia"/>
          <w:b w:val="0"/>
          <w:i/>
          <w:sz w:val="21"/>
          <w:u w:val="none"/>
        </w:rPr>
        <w:t xml:space="preserve">enemies, </w:t>
      </w:r>
      <w:r>
        <w:rPr>
          <w:rFonts w:ascii="Georgia" w:hAnsi="Georgia" w:eastAsia="Georgia"/>
          <w:b w:val="0"/>
          <w:i w:val="0"/>
          <w:sz w:val="21"/>
          <w:u w:val="none"/>
        </w:rPr>
        <w:t xml:space="preserve">do good to them, and lend to them without expecting anything back. Then your reward will be great, and you will be sons and daughters of the Most High, because </w:t>
      </w:r>
      <w:r>
        <w:rPr>
          <w:rFonts w:ascii="Georgia" w:hAnsi="Georgia" w:eastAsia="Georgia"/>
          <w:b w:val="0"/>
          <w:i/>
          <w:sz w:val="21"/>
          <w:u w:val="none"/>
        </w:rPr>
        <w:t xml:space="preserve">He </w:t>
      </w:r>
      <w:r>
        <w:rPr>
          <w:rFonts w:ascii="Georgia" w:hAnsi="Georgia" w:eastAsia="Georgia"/>
          <w:b w:val="0"/>
          <w:i w:val="0"/>
          <w:sz w:val="21"/>
          <w:u w:val="none"/>
        </w:rPr>
        <w:t xml:space="preserve">is </w:t>
      </w:r>
      <w:r>
        <w:rPr>
          <w:rFonts w:ascii="Georgia" w:hAnsi="Georgia" w:eastAsia="Georgia"/>
          <w:b w:val="0"/>
          <w:i/>
          <w:sz w:val="21"/>
          <w:u w:val="none"/>
        </w:rPr>
        <w:t xml:space="preserve">kind </w:t>
      </w:r>
      <w:r>
        <w:rPr>
          <w:rFonts w:ascii="Georgia" w:hAnsi="Georgia" w:eastAsia="Georgia"/>
          <w:b w:val="0"/>
          <w:i w:val="0"/>
          <w:sz w:val="21"/>
          <w:u w:val="none"/>
        </w:rPr>
        <w:t xml:space="preserve">to the ungrateful and wicked. Be merciful, just as your Father is merciful. Do not judge, and </w:t>
      </w:r>
      <w:r>
        <w:rPr>
          <w:rFonts w:ascii="Georgia" w:hAnsi="Georgia" w:eastAsia="Georgia"/>
          <w:b w:val="0"/>
          <w:i/>
          <w:sz w:val="21"/>
          <w:u w:val="none"/>
        </w:rPr>
        <w:t xml:space="preserve">you </w:t>
      </w:r>
      <w:r>
        <w:rPr>
          <w:rFonts w:ascii="Georgia" w:hAnsi="Georgia" w:eastAsia="Georgia"/>
          <w:b w:val="0"/>
          <w:i w:val="0"/>
          <w:sz w:val="21"/>
          <w:u w:val="none"/>
        </w:rPr>
        <w:t>will not be condemned. Forgive and you will be forgiven.”</w:t>
      </w:r>
    </w:p>
    <w:p>
      <w:pPr>
        <w:widowControl/>
      </w:pPr>
      <w:r>
        <w:rPr>
          <w:rFonts w:ascii="Georgia" w:hAnsi="Georgia" w:eastAsia="Georgia"/>
          <w:b w:val="0"/>
          <w:i w:val="0"/>
          <w:sz w:val="21"/>
          <w:u w:val="none"/>
        </w:rPr>
        <w:t xml:space="preserve">Now </w:t>
      </w:r>
      <w:r>
        <w:rPr>
          <w:rFonts w:ascii="Georgia" w:hAnsi="Georgia" w:eastAsia="Georgia"/>
          <w:b w:val="0"/>
          <w:i/>
          <w:sz w:val="21"/>
          <w:u w:val="none"/>
        </w:rPr>
        <w:t xml:space="preserve">how </w:t>
      </w:r>
      <w:r>
        <w:rPr>
          <w:rFonts w:ascii="Georgia" w:hAnsi="Georgia" w:eastAsia="Georgia"/>
          <w:b w:val="0"/>
          <w:i w:val="0"/>
          <w:sz w:val="21"/>
          <w:u w:val="none"/>
        </w:rPr>
        <w:t xml:space="preserve">can we </w:t>
      </w:r>
      <w:r>
        <w:rPr>
          <w:rFonts w:ascii="Georgia" w:hAnsi="Georgia" w:eastAsia="Georgia"/>
          <w:b w:val="0"/>
          <w:i/>
          <w:sz w:val="21"/>
          <w:u w:val="none"/>
        </w:rPr>
        <w:t xml:space="preserve">do </w:t>
      </w:r>
      <w:r>
        <w:rPr>
          <w:rFonts w:ascii="Georgia" w:hAnsi="Georgia" w:eastAsia="Georgia"/>
          <w:b w:val="0"/>
          <w:i w:val="0"/>
          <w:sz w:val="21"/>
          <w:u w:val="none"/>
        </w:rPr>
        <w:t xml:space="preserve">this? To love this way is against human nature! Without the Holy Spirit, we can’t, but with Him living </w:t>
      </w:r>
      <w:r>
        <w:rPr>
          <w:rFonts w:ascii="Georgia" w:hAnsi="Georgia" w:eastAsia="Georgia"/>
          <w:b w:val="0"/>
          <w:i/>
          <w:sz w:val="21"/>
          <w:u w:val="none"/>
        </w:rPr>
        <w:t xml:space="preserve">in </w:t>
      </w:r>
      <w:r>
        <w:rPr>
          <w:rFonts w:ascii="Georgia" w:hAnsi="Georgia" w:eastAsia="Georgia"/>
          <w:b w:val="0"/>
          <w:i w:val="0"/>
          <w:sz w:val="21"/>
          <w:u w:val="none"/>
        </w:rPr>
        <w:t xml:space="preserve">us we can be </w:t>
      </w:r>
      <w:r>
        <w:rPr>
          <w:rFonts w:ascii="Georgia" w:hAnsi="Georgia" w:eastAsia="Georgia"/>
          <w:b w:val="0"/>
          <w:i/>
          <w:sz w:val="21"/>
          <w:u w:val="none"/>
        </w:rPr>
        <w:t xml:space="preserve">channels </w:t>
      </w:r>
      <w:r>
        <w:rPr>
          <w:rFonts w:ascii="Georgia" w:hAnsi="Georgia" w:eastAsia="Georgia"/>
          <w:b w:val="0"/>
          <w:i w:val="0"/>
          <w:sz w:val="21"/>
          <w:u w:val="none"/>
        </w:rPr>
        <w:t xml:space="preserve">of His love flowing through us and out to others. “We love because He </w:t>
      </w:r>
      <w:r>
        <w:rPr>
          <w:rFonts w:ascii="Georgia" w:hAnsi="Georgia" w:eastAsia="Georgia"/>
          <w:b w:val="0"/>
          <w:i/>
          <w:sz w:val="21"/>
          <w:u w:val="none"/>
        </w:rPr>
        <w:t xml:space="preserve">first </w:t>
      </w:r>
      <w:r>
        <w:rPr>
          <w:rFonts w:ascii="Georgia" w:hAnsi="Georgia" w:eastAsia="Georgia"/>
          <w:b w:val="0"/>
          <w:i w:val="0"/>
          <w:sz w:val="21"/>
          <w:u w:val="none"/>
        </w:rPr>
        <w:t xml:space="preserve">loved </w:t>
      </w:r>
      <w:r>
        <w:rPr>
          <w:rFonts w:ascii="Georgia" w:hAnsi="Georgia" w:eastAsia="Georgia"/>
          <w:b w:val="0"/>
          <w:i/>
          <w:sz w:val="21"/>
          <w:u w:val="none"/>
        </w:rPr>
        <w:t xml:space="preserve">us </w:t>
      </w:r>
      <w:r>
        <w:rPr>
          <w:rFonts w:ascii="Georgia" w:hAnsi="Georgia" w:eastAsia="Georgia"/>
          <w:b w:val="0"/>
          <w:i w:val="0"/>
          <w:sz w:val="21"/>
          <w:u w:val="none"/>
        </w:rPr>
        <w:t xml:space="preserve">--- and He has given us this </w:t>
      </w:r>
      <w:r>
        <w:rPr>
          <w:rFonts w:ascii="Georgia" w:hAnsi="Georgia" w:eastAsia="Georgia"/>
          <w:b w:val="0"/>
          <w:i/>
          <w:sz w:val="21"/>
          <w:u w:val="none"/>
        </w:rPr>
        <w:t xml:space="preserve">command: </w:t>
      </w:r>
      <w:r>
        <w:rPr>
          <w:rFonts w:ascii="Georgia" w:hAnsi="Georgia" w:eastAsia="Georgia"/>
          <w:b w:val="0"/>
          <w:i w:val="0"/>
          <w:sz w:val="21"/>
          <w:u w:val="none"/>
        </w:rPr>
        <w:t xml:space="preserve">Whoever loves </w:t>
      </w:r>
      <w:r>
        <w:rPr>
          <w:rFonts w:ascii="Georgia" w:hAnsi="Georgia" w:eastAsia="Georgia"/>
          <w:b w:val="0"/>
          <w:i/>
          <w:sz w:val="21"/>
          <w:u w:val="none"/>
        </w:rPr>
        <w:t xml:space="preserve">God </w:t>
      </w:r>
      <w:r>
        <w:rPr>
          <w:rFonts w:ascii="Georgia" w:hAnsi="Georgia" w:eastAsia="Georgia"/>
          <w:b w:val="0"/>
          <w:i w:val="0"/>
          <w:sz w:val="21"/>
          <w:u w:val="none"/>
        </w:rPr>
        <w:t xml:space="preserve">must </w:t>
      </w:r>
      <w:r>
        <w:rPr>
          <w:rFonts w:ascii="Georgia" w:hAnsi="Georgia" w:eastAsia="Georgia"/>
          <w:b w:val="0"/>
          <w:i/>
          <w:sz w:val="21"/>
          <w:u w:val="none"/>
        </w:rPr>
        <w:t xml:space="preserve">also </w:t>
      </w:r>
      <w:r>
        <w:rPr>
          <w:rFonts w:ascii="Georgia" w:hAnsi="Georgia" w:eastAsia="Georgia"/>
          <w:b w:val="0"/>
          <w:i w:val="0"/>
          <w:sz w:val="21"/>
          <w:u w:val="none"/>
        </w:rPr>
        <w:t>love his brother.”</w:t>
      </w:r>
    </w:p>
    <w:p>
      <w:bookmarkStart w:id="24" w:name="reflection_23"/>
      <w:pPr>
        <w:pStyle w:val="Heading1"/>
      </w:pPr>
      <w:r>
        <w:rPr>
          <w:rFonts w:ascii="Georgia" w:hAnsi="Georgia" w:eastAsia="Georgia"/>
          <w:b/>
          <w:color w:val="226FA4"/>
          <w:sz w:val="34"/>
        </w:rPr>
        <w:t>The Road</w:t>
      </w:r>
      <w:bookmarkEnd w:id="24"/>
    </w:p>
    <w:p>
      <w:pPr>
        <w:widowControl/>
      </w:pPr>
      <w:r>
        <w:rPr>
          <w:rFonts w:ascii="Georgia" w:hAnsi="Georgia" w:eastAsia="Georgia"/>
          <w:b w:val="0"/>
          <w:i w:val="0"/>
          <w:sz w:val="21"/>
          <w:u w:val="none"/>
        </w:rPr>
        <w:t xml:space="preserve">Have you ever wondered why, when Adam and Eve first sinned and then hid from God in the garden, He called to them and asked, “Where are you?”? If God is who He says He is – a God who sees all and knows all, He already </w:t>
      </w:r>
      <w:r>
        <w:rPr>
          <w:rFonts w:ascii="Georgia" w:hAnsi="Georgia" w:eastAsia="Georgia"/>
          <w:b w:val="0"/>
          <w:i/>
          <w:sz w:val="21"/>
          <w:u w:val="none"/>
        </w:rPr>
        <w:t>knew</w:t>
      </w:r>
      <w:r>
        <w:rPr>
          <w:rFonts w:ascii="Georgia" w:hAnsi="Georgia" w:eastAsia="Georgia"/>
          <w:b w:val="0"/>
          <w:i w:val="0"/>
          <w:sz w:val="21"/>
          <w:u w:val="none"/>
        </w:rPr>
        <w:t xml:space="preserve"> where they were hiding – and He also knew </w:t>
      </w:r>
      <w:r>
        <w:rPr>
          <w:rFonts w:ascii="Georgia" w:hAnsi="Georgia" w:eastAsia="Georgia"/>
          <w:b w:val="0"/>
          <w:i/>
          <w:sz w:val="21"/>
          <w:u w:val="none"/>
        </w:rPr>
        <w:t>why</w:t>
      </w:r>
      <w:r>
        <w:rPr>
          <w:rFonts w:ascii="Georgia" w:hAnsi="Georgia" w:eastAsia="Georgia"/>
          <w:b w:val="0"/>
          <w:i w:val="0"/>
          <w:sz w:val="21"/>
          <w:u w:val="none"/>
        </w:rPr>
        <w:t xml:space="preserve">. He had no need to ask them </w:t>
      </w:r>
      <w:r>
        <w:rPr>
          <w:rFonts w:ascii="Georgia" w:hAnsi="Georgia" w:eastAsia="Georgia"/>
          <w:b w:val="0"/>
          <w:i/>
          <w:sz w:val="21"/>
          <w:u w:val="none"/>
        </w:rPr>
        <w:t>anything</w:t>
      </w:r>
      <w:r>
        <w:rPr>
          <w:rFonts w:ascii="Georgia" w:hAnsi="Georgia" w:eastAsia="Georgia"/>
          <w:b w:val="0"/>
          <w:i w:val="0"/>
          <w:sz w:val="21"/>
          <w:u w:val="none"/>
        </w:rPr>
        <w:t xml:space="preserve"> for </w:t>
      </w:r>
      <w:r>
        <w:rPr>
          <w:rFonts w:ascii="Georgia" w:hAnsi="Georgia" w:eastAsia="Georgia"/>
          <w:b w:val="0"/>
          <w:i/>
          <w:sz w:val="21"/>
          <w:u w:val="none"/>
        </w:rPr>
        <w:t>His</w:t>
      </w:r>
      <w:r>
        <w:rPr>
          <w:rFonts w:ascii="Georgia" w:hAnsi="Georgia" w:eastAsia="Georgia"/>
          <w:b w:val="0"/>
          <w:i w:val="0"/>
          <w:sz w:val="21"/>
          <w:u w:val="none"/>
        </w:rPr>
        <w:t xml:space="preserve"> benefit. His questions were intended for </w:t>
      </w:r>
      <w:r>
        <w:rPr>
          <w:rFonts w:ascii="Georgia" w:hAnsi="Georgia" w:eastAsia="Georgia"/>
          <w:b w:val="0"/>
          <w:i/>
          <w:sz w:val="21"/>
          <w:u w:val="none"/>
        </w:rPr>
        <w:t>them</w:t>
      </w:r>
      <w:r>
        <w:rPr>
          <w:rFonts w:ascii="Georgia" w:hAnsi="Georgia" w:eastAsia="Georgia"/>
          <w:b w:val="0"/>
          <w:i w:val="0"/>
          <w:sz w:val="21"/>
          <w:u w:val="none"/>
        </w:rPr>
        <w:t xml:space="preserve"> to see why they were hiding, and to realize where they were </w:t>
      </w:r>
      <w:r>
        <w:rPr>
          <w:rFonts w:ascii="Georgia" w:hAnsi="Georgia" w:eastAsia="Georgia"/>
          <w:b w:val="0"/>
          <w:i/>
          <w:sz w:val="21"/>
          <w:u w:val="none"/>
        </w:rPr>
        <w:t xml:space="preserve">now in their relationship to God </w:t>
      </w:r>
      <w:r>
        <w:rPr>
          <w:rFonts w:ascii="Georgia" w:hAnsi="Georgia" w:eastAsia="Georgia"/>
          <w:b w:val="0"/>
          <w:i w:val="0"/>
          <w:sz w:val="21"/>
          <w:u w:val="none"/>
        </w:rPr>
        <w:t xml:space="preserve">in comparison to where they were before they made that fateful decision to disobey Him. That choice to sin caused a gulf between God and man that would remain until God Himself provided a way to bridge it. </w:t>
      </w:r>
      <w:r>
        <w:rPr>
          <w:rFonts w:ascii="Georgia" w:hAnsi="Georgia" w:eastAsia="Georgia"/>
          <w:b w:val="0"/>
          <w:i/>
          <w:sz w:val="21"/>
          <w:u w:val="none"/>
        </w:rPr>
        <w:t>Nothing</w:t>
      </w:r>
      <w:r>
        <w:rPr>
          <w:rFonts w:ascii="Georgia" w:hAnsi="Georgia" w:eastAsia="Georgia"/>
          <w:b w:val="0"/>
          <w:i w:val="0"/>
          <w:sz w:val="21"/>
          <w:u w:val="none"/>
        </w:rPr>
        <w:t xml:space="preserve"> that any man or woman could ever do would be able to restore that beautiful oneness with God that once was – for “</w:t>
      </w:r>
      <w:r>
        <w:rPr>
          <w:rFonts w:ascii="Georgia" w:hAnsi="Georgia" w:eastAsia="Georgia"/>
          <w:b w:val="0"/>
          <w:i/>
          <w:sz w:val="21"/>
          <w:u w:val="none"/>
        </w:rPr>
        <w:t>all</w:t>
      </w:r>
      <w:r>
        <w:rPr>
          <w:rFonts w:ascii="Georgia" w:hAnsi="Georgia" w:eastAsia="Georgia"/>
          <w:b w:val="0"/>
          <w:i w:val="0"/>
          <w:sz w:val="21"/>
          <w:u w:val="none"/>
        </w:rPr>
        <w:t xml:space="preserve"> have sinned and come short of the glory of God – there is </w:t>
      </w:r>
      <w:r>
        <w:rPr>
          <w:rFonts w:ascii="Georgia" w:hAnsi="Georgia" w:eastAsia="Georgia"/>
          <w:b w:val="0"/>
          <w:i/>
          <w:sz w:val="21"/>
          <w:u w:val="none"/>
        </w:rPr>
        <w:t>none</w:t>
      </w:r>
      <w:r>
        <w:rPr>
          <w:rFonts w:ascii="Georgia" w:hAnsi="Georgia" w:eastAsia="Georgia"/>
          <w:b w:val="0"/>
          <w:i w:val="0"/>
          <w:sz w:val="21"/>
          <w:u w:val="none"/>
        </w:rPr>
        <w:t xml:space="preserve"> that does good and sins not – no, not one!”</w:t>
      </w:r>
    </w:p>
    <w:p>
      <w:pPr>
        <w:widowControl/>
      </w:pPr>
      <w:r>
        <w:rPr>
          <w:rFonts w:ascii="Georgia" w:hAnsi="Georgia" w:eastAsia="Georgia"/>
          <w:b w:val="0"/>
          <w:i w:val="0"/>
          <w:sz w:val="21"/>
          <w:u w:val="none"/>
        </w:rPr>
        <w:t xml:space="preserve">If God asked you today – “Where are you?” how would you answer Him? Your life is like a journey. Does your journey have a destination in mind? Or are you just living from day to day going in circles? Any journey with a goal has to have a starting point. And in order to begin heading in the right direction to reach that goal, you must know first where you </w:t>
      </w:r>
      <w:r>
        <w:rPr>
          <w:rFonts w:ascii="Georgia" w:hAnsi="Georgia" w:eastAsia="Georgia"/>
          <w:b w:val="0"/>
          <w:i/>
          <w:sz w:val="21"/>
          <w:u w:val="none"/>
        </w:rPr>
        <w:t>are</w:t>
      </w:r>
      <w:r>
        <w:rPr>
          <w:rFonts w:ascii="Georgia" w:hAnsi="Georgia" w:eastAsia="Georgia"/>
          <w:b w:val="0"/>
          <w:i w:val="0"/>
          <w:sz w:val="21"/>
          <w:u w:val="none"/>
        </w:rPr>
        <w:t xml:space="preserve">! “If we say we have no sin, we </w:t>
      </w:r>
      <w:r>
        <w:rPr>
          <w:rFonts w:ascii="Georgia" w:hAnsi="Georgia" w:eastAsia="Georgia"/>
          <w:b w:val="0"/>
          <w:i/>
          <w:sz w:val="21"/>
          <w:u w:val="none"/>
        </w:rPr>
        <w:t>deceive</w:t>
      </w:r>
      <w:r>
        <w:rPr>
          <w:rFonts w:ascii="Georgia" w:hAnsi="Georgia" w:eastAsia="Georgia"/>
          <w:b w:val="0"/>
          <w:i w:val="0"/>
          <w:sz w:val="21"/>
          <w:u w:val="none"/>
        </w:rPr>
        <w:t xml:space="preserve"> ourselves and the truth is not in us”, says I John 1:8, but verse 9 tells us “if we </w:t>
      </w:r>
      <w:r>
        <w:rPr>
          <w:rFonts w:ascii="Georgia" w:hAnsi="Georgia" w:eastAsia="Georgia"/>
          <w:b w:val="0"/>
          <w:i/>
          <w:sz w:val="21"/>
          <w:u w:val="none"/>
        </w:rPr>
        <w:t>confess</w:t>
      </w:r>
      <w:r>
        <w:rPr>
          <w:rFonts w:ascii="Georgia" w:hAnsi="Georgia" w:eastAsia="Georgia"/>
          <w:b w:val="0"/>
          <w:i w:val="0"/>
          <w:sz w:val="21"/>
          <w:u w:val="none"/>
        </w:rPr>
        <w:t xml:space="preserve"> our sins, He is faithful and </w:t>
      </w:r>
      <w:r>
        <w:rPr>
          <w:rFonts w:ascii="Georgia" w:hAnsi="Georgia" w:eastAsia="Georgia"/>
          <w:b w:val="0"/>
          <w:i/>
          <w:sz w:val="21"/>
          <w:u w:val="none"/>
        </w:rPr>
        <w:t>just</w:t>
      </w:r>
      <w:r>
        <w:rPr>
          <w:rFonts w:ascii="Georgia" w:hAnsi="Georgia" w:eastAsia="Georgia"/>
          <w:b w:val="0"/>
          <w:i w:val="0"/>
          <w:sz w:val="21"/>
          <w:u w:val="none"/>
        </w:rPr>
        <w:t xml:space="preserve">, and will forgive our sins and cleanse us from all unrighteousness.” This is the getting on place where our journey begins. If we don’t recognize first of all that we are sinners, we will never see our need of a Savior and never find the bridge. – Okay – you admit you are a sinner and try as you might, you are able to do absolutely nothing about that, so now you see you </w:t>
      </w:r>
      <w:r>
        <w:rPr>
          <w:rFonts w:ascii="Georgia" w:hAnsi="Georgia" w:eastAsia="Georgia"/>
          <w:b w:val="0"/>
          <w:i/>
          <w:sz w:val="21"/>
          <w:u w:val="none"/>
        </w:rPr>
        <w:t>do</w:t>
      </w:r>
      <w:r>
        <w:rPr>
          <w:rFonts w:ascii="Georgia" w:hAnsi="Georgia" w:eastAsia="Georgia"/>
          <w:b w:val="0"/>
          <w:i w:val="0"/>
          <w:sz w:val="21"/>
          <w:u w:val="none"/>
        </w:rPr>
        <w:t xml:space="preserve"> need a Savior if you ever want to see God, so you make a conscious choice to accept the free gift He has bought for you – a free, no-strings-attached ticket to the toll road that crosses that bridge He has made. Yet, when you start down that road, you see </w:t>
      </w:r>
      <w:r>
        <w:rPr>
          <w:rFonts w:ascii="Georgia" w:hAnsi="Georgia" w:eastAsia="Georgia"/>
          <w:b w:val="0"/>
          <w:i/>
          <w:sz w:val="21"/>
          <w:u w:val="none"/>
        </w:rPr>
        <w:t>signs everywhere</w:t>
      </w:r>
      <w:r>
        <w:rPr>
          <w:rFonts w:ascii="Georgia" w:hAnsi="Georgia" w:eastAsia="Georgia"/>
          <w:b w:val="0"/>
          <w:i w:val="0"/>
          <w:sz w:val="21"/>
          <w:u w:val="none"/>
        </w:rPr>
        <w:t xml:space="preserve"> saying, “Restricted area!” “Only the </w:t>
      </w:r>
      <w:r>
        <w:rPr>
          <w:rFonts w:ascii="Georgia" w:hAnsi="Georgia" w:eastAsia="Georgia"/>
          <w:b w:val="0"/>
          <w:i/>
          <w:sz w:val="21"/>
          <w:u w:val="none"/>
        </w:rPr>
        <w:t>righteous</w:t>
      </w:r>
      <w:r>
        <w:rPr>
          <w:rFonts w:ascii="Georgia" w:hAnsi="Georgia" w:eastAsia="Georgia"/>
          <w:b w:val="0"/>
          <w:i w:val="0"/>
          <w:sz w:val="21"/>
          <w:u w:val="none"/>
        </w:rPr>
        <w:t xml:space="preserve"> may enter!” “Authorized ticket required for admittance!” “Violators will be prosecuted!” You stop dead in your tracks – “I </w:t>
      </w:r>
      <w:r>
        <w:rPr>
          <w:rFonts w:ascii="Georgia" w:hAnsi="Georgia" w:eastAsia="Georgia"/>
          <w:b w:val="0"/>
          <w:i/>
          <w:sz w:val="21"/>
          <w:u w:val="none"/>
        </w:rPr>
        <w:t>have</w:t>
      </w:r>
      <w:r>
        <w:rPr>
          <w:rFonts w:ascii="Georgia" w:hAnsi="Georgia" w:eastAsia="Georgia"/>
          <w:b w:val="0"/>
          <w:i w:val="0"/>
          <w:sz w:val="21"/>
          <w:u w:val="none"/>
        </w:rPr>
        <w:t xml:space="preserve"> a ticket”, you say. “The ticket says I can cross the bridge, but the signs seem to </w:t>
      </w:r>
      <w:r>
        <w:rPr>
          <w:rFonts w:ascii="Georgia" w:hAnsi="Georgia" w:eastAsia="Georgia"/>
          <w:b w:val="0"/>
          <w:i/>
          <w:sz w:val="21"/>
          <w:u w:val="none"/>
        </w:rPr>
        <w:t>contradict</w:t>
      </w:r>
      <w:r>
        <w:rPr>
          <w:rFonts w:ascii="Georgia" w:hAnsi="Georgia" w:eastAsia="Georgia"/>
          <w:b w:val="0"/>
          <w:i w:val="0"/>
          <w:sz w:val="21"/>
          <w:u w:val="none"/>
        </w:rPr>
        <w:t xml:space="preserve"> that! </w:t>
      </w:r>
      <w:r>
        <w:rPr>
          <w:rFonts w:ascii="Georgia" w:hAnsi="Georgia" w:eastAsia="Georgia"/>
          <w:b w:val="0"/>
          <w:i/>
          <w:sz w:val="21"/>
          <w:u w:val="none"/>
        </w:rPr>
        <w:t>I’m</w:t>
      </w:r>
      <w:r>
        <w:rPr>
          <w:rFonts w:ascii="Georgia" w:hAnsi="Georgia" w:eastAsia="Georgia"/>
          <w:b w:val="0"/>
          <w:i w:val="0"/>
          <w:sz w:val="21"/>
          <w:u w:val="none"/>
        </w:rPr>
        <w:t xml:space="preserve"> not righteous – I’m a sinner! Even with a ticket, how can I possibly qualify?”</w:t>
      </w:r>
    </w:p>
    <w:p>
      <w:pPr>
        <w:widowControl/>
      </w:pPr>
      <w:r>
        <w:rPr>
          <w:rFonts w:ascii="Georgia" w:hAnsi="Georgia" w:eastAsia="Georgia"/>
          <w:b w:val="0"/>
          <w:i w:val="0"/>
          <w:sz w:val="21"/>
          <w:u w:val="none"/>
        </w:rPr>
        <w:t xml:space="preserve">This has been the dilemma throughout the ages for those who </w:t>
      </w:r>
      <w:r>
        <w:rPr>
          <w:rFonts w:ascii="Georgia" w:hAnsi="Georgia" w:eastAsia="Georgia"/>
          <w:b w:val="0"/>
          <w:i/>
          <w:sz w:val="21"/>
          <w:u w:val="none"/>
        </w:rPr>
        <w:t>do</w:t>
      </w:r>
      <w:r>
        <w:rPr>
          <w:rFonts w:ascii="Georgia" w:hAnsi="Georgia" w:eastAsia="Georgia"/>
          <w:b w:val="0"/>
          <w:i w:val="0"/>
          <w:sz w:val="21"/>
          <w:u w:val="none"/>
        </w:rPr>
        <w:t xml:space="preserve"> want to walk that walk but realize they have no power to do so. Where is that </w:t>
      </w:r>
      <w:r>
        <w:rPr>
          <w:rFonts w:ascii="Georgia" w:hAnsi="Georgia" w:eastAsia="Georgia"/>
          <w:b w:val="0"/>
          <w:i/>
          <w:sz w:val="21"/>
          <w:u w:val="none"/>
        </w:rPr>
        <w:t>line</w:t>
      </w:r>
      <w:r>
        <w:rPr>
          <w:rFonts w:ascii="Georgia" w:hAnsi="Georgia" w:eastAsia="Georgia"/>
          <w:b w:val="0"/>
          <w:i w:val="0"/>
          <w:sz w:val="21"/>
          <w:u w:val="none"/>
        </w:rPr>
        <w:t xml:space="preserve"> between God’s law that we cannot keep and His grace that sets us free from that law? </w:t>
      </w:r>
    </w:p>
    <w:p>
      <w:pPr>
        <w:widowControl/>
      </w:pPr>
      <w:r>
        <w:rPr>
          <w:rFonts w:ascii="Georgia" w:hAnsi="Georgia" w:eastAsia="Georgia"/>
          <w:b w:val="0"/>
          <w:i w:val="0"/>
          <w:sz w:val="21"/>
          <w:u w:val="none"/>
        </w:rPr>
        <w:t>This past week was the anniversary of the death of Martin Luther. Even in the 16th century</w:t>
      </w:r>
      <w:r>
        <w:rPr>
          <w:rFonts w:ascii="Georgia" w:hAnsi="Georgia" w:eastAsia="Georgia"/>
          <w:b w:val="0"/>
          <w:i w:val="0"/>
          <w:sz w:val="21"/>
          <w:u w:val="none"/>
        </w:rPr>
        <w:t xml:space="preserve"> the problem was there. The Catholic Church in its effort to produce righteousness in its people had laid on them rules, regulations and rituals to go through in order to reach and maintain a right relationship with God. If a person sinned he was to go to the priest and confess that sin, repent and vow to not do it again. Because the clergy believed they had been given the office of the keys by Christ Himself, a priest could absolve this repentant sinner of that sin and he was forgiven – until the next time, when the process would have to be repeated all over again. At each time of confession the penitent sinner would be given an assignment – a prescribed “penance” that was intended to prove he was really sorry. Maybe he or she would have to repeat a certain number of “Hail Marys” or give a prescribed amount of money to the church. Then they would be once again in God’s grace. They could go about their business as before, until the need arose to repent again. As long as they kept repeating the process, they could go right on sinning and repenting, sinning and repenting – there was never any permanent change, and their lives were a constant roller-coaster. Luther himself struggled constantly with his own sinful nature and lived under a recurring burden of guilt. He lived in constant fear that he might </w:t>
      </w:r>
      <w:r>
        <w:rPr>
          <w:rFonts w:ascii="Georgia" w:hAnsi="Georgia" w:eastAsia="Georgia"/>
          <w:b w:val="0"/>
          <w:i/>
          <w:sz w:val="21"/>
          <w:u w:val="none"/>
        </w:rPr>
        <w:t>die</w:t>
      </w:r>
      <w:r>
        <w:rPr>
          <w:rFonts w:ascii="Georgia" w:hAnsi="Georgia" w:eastAsia="Georgia"/>
          <w:b w:val="0"/>
          <w:i w:val="0"/>
          <w:sz w:val="21"/>
          <w:u w:val="none"/>
        </w:rPr>
        <w:t xml:space="preserve"> before he’d had a chance to confess a recent sin, and his soul would be lost forever. He knew there was something drastically wrong with this theology – but he didn’t know what it was. Where was the freedom in Christ they were supposed to have – </w:t>
      </w:r>
      <w:r>
        <w:rPr>
          <w:rFonts w:ascii="Georgia" w:hAnsi="Georgia" w:eastAsia="Georgia"/>
          <w:b w:val="0"/>
          <w:i/>
          <w:sz w:val="21"/>
          <w:u w:val="none"/>
        </w:rPr>
        <w:t>this</w:t>
      </w:r>
      <w:r>
        <w:rPr>
          <w:rFonts w:ascii="Georgia" w:hAnsi="Georgia" w:eastAsia="Georgia"/>
          <w:b w:val="0"/>
          <w:i w:val="0"/>
          <w:sz w:val="21"/>
          <w:u w:val="none"/>
        </w:rPr>
        <w:t xml:space="preserve"> certainly wasn’t it!</w:t>
      </w:r>
    </w:p>
    <w:p>
      <w:pPr>
        <w:widowControl/>
      </w:pPr>
      <w:r>
        <w:rPr>
          <w:rFonts w:ascii="Georgia" w:hAnsi="Georgia" w:eastAsia="Georgia"/>
          <w:b w:val="0"/>
          <w:i w:val="0"/>
          <w:sz w:val="21"/>
          <w:u w:val="none"/>
        </w:rPr>
        <w:t xml:space="preserve">So Luther began to study the scriptures for </w:t>
      </w:r>
      <w:r>
        <w:rPr>
          <w:rFonts w:ascii="Georgia" w:hAnsi="Georgia" w:eastAsia="Georgia"/>
          <w:b w:val="0"/>
          <w:i/>
          <w:sz w:val="21"/>
          <w:u w:val="none"/>
        </w:rPr>
        <w:t>himself</w:t>
      </w:r>
      <w:r>
        <w:rPr>
          <w:rFonts w:ascii="Georgia" w:hAnsi="Georgia" w:eastAsia="Georgia"/>
          <w:b w:val="0"/>
          <w:i w:val="0"/>
          <w:sz w:val="21"/>
          <w:u w:val="none"/>
        </w:rPr>
        <w:t xml:space="preserve">, asking the Holy Spirit to show him the truth, and the light began to shine in the darkness. When Luther issued his Ninety-Five Theses in 1517, it was never his intention to start a new church denomination. He loved the Catholic Church – his purpose was to open its eyes, and to heal it. But this new way of seeing things helped drive a split that lasts to this day, and the Protestant Reformation took hold. Luther taught that the Bible teaches salvation by God’s grace </w:t>
      </w:r>
      <w:r>
        <w:rPr>
          <w:rFonts w:ascii="Georgia" w:hAnsi="Georgia" w:eastAsia="Georgia"/>
          <w:b w:val="0"/>
          <w:i/>
          <w:sz w:val="21"/>
          <w:u w:val="none"/>
        </w:rPr>
        <w:t>alone</w:t>
      </w:r>
      <w:r>
        <w:rPr>
          <w:rFonts w:ascii="Georgia" w:hAnsi="Georgia" w:eastAsia="Georgia"/>
          <w:b w:val="0"/>
          <w:i w:val="0"/>
          <w:sz w:val="21"/>
          <w:u w:val="none"/>
        </w:rPr>
        <w:t xml:space="preserve"> through </w:t>
      </w:r>
      <w:r>
        <w:rPr>
          <w:rFonts w:ascii="Georgia" w:hAnsi="Georgia" w:eastAsia="Georgia"/>
          <w:b w:val="0"/>
          <w:i/>
          <w:sz w:val="21"/>
          <w:u w:val="none"/>
        </w:rPr>
        <w:t>faith</w:t>
      </w:r>
      <w:r>
        <w:rPr>
          <w:rFonts w:ascii="Georgia" w:hAnsi="Georgia" w:eastAsia="Georgia"/>
          <w:b w:val="0"/>
          <w:i w:val="0"/>
          <w:sz w:val="21"/>
          <w:u w:val="none"/>
        </w:rPr>
        <w:t xml:space="preserve"> alone – and it has nothing to do with works. “Penance” as the church understood it was not </w:t>
      </w:r>
      <w:r>
        <w:rPr>
          <w:rFonts w:ascii="Georgia" w:hAnsi="Georgia" w:eastAsia="Georgia"/>
          <w:b w:val="0"/>
          <w:i/>
          <w:sz w:val="21"/>
          <w:u w:val="none"/>
        </w:rPr>
        <w:t>required</w:t>
      </w:r>
      <w:r>
        <w:rPr>
          <w:rFonts w:ascii="Georgia" w:hAnsi="Georgia" w:eastAsia="Georgia"/>
          <w:b w:val="0"/>
          <w:i w:val="0"/>
          <w:sz w:val="21"/>
          <w:u w:val="none"/>
        </w:rPr>
        <w:t xml:space="preserve"> for salvation because our salvation has already been paid for in full – it’s a done deal. Forgiveness is </w:t>
      </w:r>
      <w:r>
        <w:rPr>
          <w:rFonts w:ascii="Georgia" w:hAnsi="Georgia" w:eastAsia="Georgia"/>
          <w:b w:val="0"/>
          <w:i/>
          <w:sz w:val="21"/>
          <w:u w:val="none"/>
        </w:rPr>
        <w:t>ours</w:t>
      </w:r>
      <w:r>
        <w:rPr>
          <w:rFonts w:ascii="Georgia" w:hAnsi="Georgia" w:eastAsia="Georgia"/>
          <w:b w:val="0"/>
          <w:i w:val="0"/>
          <w:sz w:val="21"/>
          <w:u w:val="none"/>
        </w:rPr>
        <w:t xml:space="preserve"> through the blood of Christ which He shed </w:t>
      </w:r>
      <w:r>
        <w:rPr>
          <w:rFonts w:ascii="Georgia" w:hAnsi="Georgia" w:eastAsia="Georgia"/>
          <w:b w:val="0"/>
          <w:i/>
          <w:sz w:val="21"/>
          <w:u w:val="none"/>
        </w:rPr>
        <w:t xml:space="preserve">once </w:t>
      </w:r>
      <w:r>
        <w:rPr>
          <w:rFonts w:ascii="Georgia" w:hAnsi="Georgia" w:eastAsia="Georgia"/>
          <w:b w:val="0"/>
          <w:i w:val="0"/>
          <w:sz w:val="21"/>
          <w:u w:val="none"/>
        </w:rPr>
        <w:t>for</w:t>
      </w:r>
      <w:r>
        <w:rPr>
          <w:rFonts w:ascii="Georgia" w:hAnsi="Georgia" w:eastAsia="Georgia"/>
          <w:b w:val="0"/>
          <w:i/>
          <w:sz w:val="21"/>
          <w:u w:val="none"/>
        </w:rPr>
        <w:t xml:space="preserve"> all</w:t>
      </w:r>
      <w:r>
        <w:rPr>
          <w:rFonts w:ascii="Georgia" w:hAnsi="Georgia" w:eastAsia="Georgia"/>
          <w:b w:val="0"/>
          <w:i w:val="0"/>
          <w:sz w:val="21"/>
          <w:u w:val="none"/>
        </w:rPr>
        <w:t xml:space="preserve"> to </w:t>
      </w:r>
      <w:r>
        <w:rPr>
          <w:rFonts w:ascii="Georgia" w:hAnsi="Georgia" w:eastAsia="Georgia"/>
          <w:b w:val="0"/>
          <w:i/>
          <w:sz w:val="21"/>
          <w:u w:val="none"/>
        </w:rPr>
        <w:t>pay</w:t>
      </w:r>
      <w:r>
        <w:rPr>
          <w:rFonts w:ascii="Georgia" w:hAnsi="Georgia" w:eastAsia="Georgia"/>
          <w:b w:val="0"/>
          <w:i w:val="0"/>
          <w:sz w:val="21"/>
          <w:u w:val="none"/>
        </w:rPr>
        <w:t xml:space="preserve"> the price for our sin so we wouldn’t have to. We have now </w:t>
      </w:r>
      <w:r>
        <w:rPr>
          <w:rFonts w:ascii="Georgia" w:hAnsi="Georgia" w:eastAsia="Georgia"/>
          <w:b w:val="0"/>
          <w:i/>
          <w:sz w:val="21"/>
          <w:u w:val="none"/>
        </w:rPr>
        <w:t>become</w:t>
      </w:r>
      <w:r>
        <w:rPr>
          <w:rFonts w:ascii="Georgia" w:hAnsi="Georgia" w:eastAsia="Georgia"/>
          <w:b w:val="0"/>
          <w:i w:val="0"/>
          <w:sz w:val="21"/>
          <w:u w:val="none"/>
        </w:rPr>
        <w:t xml:space="preserve"> the righteousness of God because He became </w:t>
      </w:r>
      <w:r>
        <w:rPr>
          <w:rFonts w:ascii="Georgia" w:hAnsi="Georgia" w:eastAsia="Georgia"/>
          <w:b w:val="0"/>
          <w:i/>
          <w:sz w:val="21"/>
          <w:u w:val="none"/>
        </w:rPr>
        <w:t>sin</w:t>
      </w:r>
      <w:r>
        <w:rPr>
          <w:rFonts w:ascii="Georgia" w:hAnsi="Georgia" w:eastAsia="Georgia"/>
          <w:b w:val="0"/>
          <w:i w:val="0"/>
          <w:sz w:val="21"/>
          <w:u w:val="none"/>
        </w:rPr>
        <w:t xml:space="preserve"> for </w:t>
      </w:r>
      <w:r>
        <w:rPr>
          <w:rFonts w:ascii="Georgia" w:hAnsi="Georgia" w:eastAsia="Georgia"/>
          <w:b w:val="0"/>
          <w:i/>
          <w:sz w:val="21"/>
          <w:u w:val="none"/>
        </w:rPr>
        <w:t>us</w:t>
      </w:r>
      <w:r>
        <w:rPr>
          <w:rFonts w:ascii="Georgia" w:hAnsi="Georgia" w:eastAsia="Georgia"/>
          <w:b w:val="0"/>
          <w:i w:val="0"/>
          <w:sz w:val="21"/>
          <w:u w:val="none"/>
        </w:rPr>
        <w:t xml:space="preserve">. He has </w:t>
      </w:r>
      <w:r>
        <w:rPr>
          <w:rFonts w:ascii="Georgia" w:hAnsi="Georgia" w:eastAsia="Georgia"/>
          <w:b w:val="0"/>
          <w:i/>
          <w:sz w:val="21"/>
          <w:u w:val="none"/>
        </w:rPr>
        <w:t>done</w:t>
      </w:r>
      <w:r>
        <w:rPr>
          <w:rFonts w:ascii="Georgia" w:hAnsi="Georgia" w:eastAsia="Georgia"/>
          <w:b w:val="0"/>
          <w:i w:val="0"/>
          <w:sz w:val="21"/>
          <w:u w:val="none"/>
        </w:rPr>
        <w:t xml:space="preserve"> it, and it’s an </w:t>
      </w:r>
      <w:r>
        <w:rPr>
          <w:rFonts w:ascii="Georgia" w:hAnsi="Georgia" w:eastAsia="Georgia"/>
          <w:b w:val="0"/>
          <w:i/>
          <w:sz w:val="21"/>
          <w:u w:val="none"/>
        </w:rPr>
        <w:t>insult</w:t>
      </w:r>
      <w:r>
        <w:rPr>
          <w:rFonts w:ascii="Georgia" w:hAnsi="Georgia" w:eastAsia="Georgia"/>
          <w:b w:val="0"/>
          <w:i w:val="0"/>
          <w:sz w:val="21"/>
          <w:u w:val="none"/>
        </w:rPr>
        <w:t xml:space="preserve"> to ask God to do for us what He has already done. Our justification is a free gift (It’s that ticket to the bridge) and all we have to do is reach out and take it. The thing is, when we accept that gift, we must accept the giver as well. They are inseparable (a package deal) because that ticket was paid for with His blood and it is His blood that is His life.</w:t>
      </w:r>
    </w:p>
    <w:p>
      <w:pPr>
        <w:widowControl/>
      </w:pPr>
      <w:r>
        <w:rPr>
          <w:rFonts w:ascii="Georgia" w:hAnsi="Georgia" w:eastAsia="Georgia"/>
          <w:b w:val="0"/>
          <w:i w:val="0"/>
          <w:sz w:val="21"/>
          <w:u w:val="none"/>
        </w:rPr>
        <w:t xml:space="preserve">In our day many of us have forgotten this. We think we can have the gift without the giver – and </w:t>
      </w:r>
      <w:r>
        <w:rPr>
          <w:rFonts w:ascii="Georgia" w:hAnsi="Georgia" w:eastAsia="Georgia"/>
          <w:b w:val="0"/>
          <w:i/>
          <w:sz w:val="21"/>
          <w:u w:val="none"/>
        </w:rPr>
        <w:t>Jesus</w:t>
      </w:r>
      <w:r>
        <w:rPr>
          <w:rFonts w:ascii="Georgia" w:hAnsi="Georgia" w:eastAsia="Georgia"/>
          <w:b w:val="0"/>
          <w:i w:val="0"/>
          <w:sz w:val="21"/>
          <w:u w:val="none"/>
        </w:rPr>
        <w:t xml:space="preserve"> said, “You </w:t>
      </w:r>
      <w:r>
        <w:rPr>
          <w:rFonts w:ascii="Georgia" w:hAnsi="Georgia" w:eastAsia="Georgia"/>
          <w:b w:val="0"/>
          <w:i/>
          <w:sz w:val="21"/>
          <w:u w:val="none"/>
        </w:rPr>
        <w:t>must</w:t>
      </w:r>
      <w:r>
        <w:rPr>
          <w:rFonts w:ascii="Georgia" w:hAnsi="Georgia" w:eastAsia="Georgia"/>
          <w:b w:val="0"/>
          <w:i w:val="0"/>
          <w:sz w:val="21"/>
          <w:u w:val="none"/>
        </w:rPr>
        <w:t xml:space="preserve"> be born again.” We think we can claim salvation and still live like the devil because God has forgiven us. This is called “cheap grace” and it is never what Luther intended salvation by grace to be. “Cheap grace” and “legalism” are at opposite ends of the spectrum, but the result of both is the same – life as a “Christian” in name only with no growth and no transformation of the inner man. The truth Jesus taught that sets us free is </w:t>
      </w:r>
      <w:r>
        <w:rPr>
          <w:rFonts w:ascii="Georgia" w:hAnsi="Georgia" w:eastAsia="Georgia"/>
          <w:b w:val="0"/>
          <w:i/>
          <w:sz w:val="21"/>
          <w:u w:val="none"/>
        </w:rPr>
        <w:t>this</w:t>
      </w:r>
      <w:r>
        <w:rPr>
          <w:rFonts w:ascii="Georgia" w:hAnsi="Georgia" w:eastAsia="Georgia"/>
          <w:b w:val="0"/>
          <w:i w:val="0"/>
          <w:sz w:val="21"/>
          <w:u w:val="none"/>
        </w:rPr>
        <w:t xml:space="preserve"> – When we accept Jesus Christ as our Savior </w:t>
      </w:r>
      <w:r>
        <w:rPr>
          <w:rFonts w:ascii="Georgia" w:hAnsi="Georgia" w:eastAsia="Georgia"/>
          <w:b w:val="0"/>
          <w:i/>
          <w:sz w:val="21"/>
          <w:u w:val="none"/>
        </w:rPr>
        <w:t>and</w:t>
      </w:r>
      <w:r>
        <w:rPr>
          <w:rFonts w:ascii="Georgia" w:hAnsi="Georgia" w:eastAsia="Georgia"/>
          <w:b w:val="0"/>
          <w:i w:val="0"/>
          <w:sz w:val="21"/>
          <w:u w:val="none"/>
        </w:rPr>
        <w:t xml:space="preserve"> as Lord of our life, His blood cleanses us – it </w:t>
      </w:r>
      <w:r>
        <w:rPr>
          <w:rFonts w:ascii="Georgia" w:hAnsi="Georgia" w:eastAsia="Georgia"/>
          <w:b w:val="0"/>
          <w:i/>
          <w:sz w:val="21"/>
          <w:u w:val="none"/>
        </w:rPr>
        <w:t>covers</w:t>
      </w:r>
      <w:r>
        <w:rPr>
          <w:rFonts w:ascii="Georgia" w:hAnsi="Georgia" w:eastAsia="Georgia"/>
          <w:b w:val="0"/>
          <w:i w:val="0"/>
          <w:sz w:val="21"/>
          <w:u w:val="none"/>
        </w:rPr>
        <w:t xml:space="preserve"> us – so that when God the Father looks at us now this is what He sees – a life washed white as snow by the blood of the Lamb. We have that ticket now and we have the right to travel that road, not by our </w:t>
      </w:r>
      <w:r>
        <w:rPr>
          <w:rFonts w:ascii="Georgia" w:hAnsi="Georgia" w:eastAsia="Georgia"/>
          <w:b w:val="0"/>
          <w:i/>
          <w:sz w:val="21"/>
          <w:u w:val="none"/>
        </w:rPr>
        <w:t>own</w:t>
      </w:r>
      <w:r>
        <w:rPr>
          <w:rFonts w:ascii="Georgia" w:hAnsi="Georgia" w:eastAsia="Georgia"/>
          <w:b w:val="0"/>
          <w:i w:val="0"/>
          <w:sz w:val="21"/>
          <w:u w:val="none"/>
        </w:rPr>
        <w:t xml:space="preserve"> righteousness but by </w:t>
      </w:r>
      <w:r>
        <w:rPr>
          <w:rFonts w:ascii="Georgia" w:hAnsi="Georgia" w:eastAsia="Georgia"/>
          <w:b w:val="0"/>
          <w:i/>
          <w:sz w:val="21"/>
          <w:u w:val="none"/>
        </w:rPr>
        <w:t>His</w:t>
      </w:r>
      <w:r>
        <w:rPr>
          <w:rFonts w:ascii="Georgia" w:hAnsi="Georgia" w:eastAsia="Georgia"/>
          <w:b w:val="0"/>
          <w:i w:val="0"/>
          <w:sz w:val="21"/>
          <w:u w:val="none"/>
        </w:rPr>
        <w:t xml:space="preserve"> which He has given to us. Now comes the process of sanctification – the growing in Christ where He makes us into what He taught that we should be. </w:t>
      </w:r>
      <w:r>
        <w:rPr>
          <w:rFonts w:ascii="Georgia" w:hAnsi="Georgia" w:eastAsia="Georgia"/>
          <w:b w:val="0"/>
          <w:i/>
          <w:sz w:val="21"/>
          <w:u w:val="none"/>
        </w:rPr>
        <w:t>We can’t</w:t>
      </w:r>
      <w:r>
        <w:rPr>
          <w:rFonts w:ascii="Georgia" w:hAnsi="Georgia" w:eastAsia="Georgia"/>
          <w:b w:val="0"/>
          <w:i w:val="0"/>
          <w:sz w:val="21"/>
          <w:u w:val="none"/>
        </w:rPr>
        <w:t xml:space="preserve"> change ourselves into something good. Only He can do that, and He starts by meeting us right where we are. “It is </w:t>
      </w:r>
      <w:r>
        <w:rPr>
          <w:rFonts w:ascii="Georgia" w:hAnsi="Georgia" w:eastAsia="Georgia"/>
          <w:b w:val="0"/>
          <w:i/>
          <w:sz w:val="21"/>
          <w:u w:val="none"/>
        </w:rPr>
        <w:t>God</w:t>
      </w:r>
      <w:r>
        <w:rPr>
          <w:rFonts w:ascii="Georgia" w:hAnsi="Georgia" w:eastAsia="Georgia"/>
          <w:b w:val="0"/>
          <w:i w:val="0"/>
          <w:sz w:val="21"/>
          <w:u w:val="none"/>
        </w:rPr>
        <w:t xml:space="preserve"> who works </w:t>
      </w:r>
      <w:r>
        <w:rPr>
          <w:rFonts w:ascii="Georgia" w:hAnsi="Georgia" w:eastAsia="Georgia"/>
          <w:b w:val="0"/>
          <w:i/>
          <w:sz w:val="21"/>
          <w:u w:val="none"/>
        </w:rPr>
        <w:t>in</w:t>
      </w:r>
      <w:r>
        <w:rPr>
          <w:rFonts w:ascii="Georgia" w:hAnsi="Georgia" w:eastAsia="Georgia"/>
          <w:b w:val="0"/>
          <w:i w:val="0"/>
          <w:sz w:val="21"/>
          <w:u w:val="none"/>
        </w:rPr>
        <w:t xml:space="preserve"> us both to will and to do of His good pleasure.” So “be no longer conformed to this world but be transformed by the renewing of your mind.” Notice it doesn’t say “Transform yourself”. It’s the Holy Spirit that does the transforming, from the inside out, and that is a process. That’s the road we must travel. God loves you – He really does!</w:t>
      </w:r>
    </w:p>
    <w:p>
      <w:bookmarkStart w:id="25" w:name="reflection_24"/>
      <w:pPr>
        <w:pStyle w:val="Heading1"/>
      </w:pPr>
      <w:r>
        <w:rPr>
          <w:rFonts w:ascii="Georgia" w:hAnsi="Georgia" w:eastAsia="Georgia"/>
          <w:b/>
          <w:color w:val="226FA4"/>
          <w:sz w:val="34"/>
        </w:rPr>
        <w:t>The Body of Christ</w:t>
      </w:r>
      <w:bookmarkEnd w:id="25"/>
    </w:p>
    <w:p>
      <w:pPr>
        <w:widowControl/>
      </w:pPr>
      <w:r>
        <w:rPr>
          <w:rFonts w:ascii="Georgia" w:hAnsi="Georgia" w:eastAsia="Georgia"/>
          <w:b w:val="0"/>
          <w:i w:val="0"/>
          <w:sz w:val="21"/>
          <w:u w:val="none"/>
        </w:rPr>
        <w:t xml:space="preserve">This past week has not been a good one for me. God is still good – all the time – and I know He is always there for me even when I don’t feel it, but I have weaknesses that get the best of me sometimes. When they do, I have a hard time making myself do the things I know have to be done. I know when this happens I need an attitude overhaul, and I struggle with feelings of guilt. God has blessed me in so many ways I know I have no good reason to be depressed, and yet I am. I know it will pass, but in the meantime I found myself wondering, “What could I possibly share with the radio listeners this week that could be encouraging to anyone?” Well God is faithful, so He sent my husband to the rescue – again! The Bible says, “Two are better than one, for if one falls, the other can help him up – but </w:t>
      </w:r>
      <w:r>
        <w:rPr>
          <w:rFonts w:ascii="Georgia" w:hAnsi="Georgia" w:eastAsia="Georgia"/>
          <w:b w:val="0"/>
          <w:i/>
          <w:sz w:val="21"/>
          <w:u w:val="none"/>
        </w:rPr>
        <w:t>woe</w:t>
      </w:r>
      <w:r>
        <w:rPr>
          <w:rFonts w:ascii="Georgia" w:hAnsi="Georgia" w:eastAsia="Georgia"/>
          <w:b w:val="0"/>
          <w:i w:val="0"/>
          <w:sz w:val="21"/>
          <w:u w:val="none"/>
        </w:rPr>
        <w:t xml:space="preserve"> to that man who, when he falls, has no-one to help him up.”</w:t>
      </w:r>
    </w:p>
    <w:p>
      <w:pPr>
        <w:widowControl/>
      </w:pPr>
      <w:r>
        <w:rPr>
          <w:rFonts w:ascii="Georgia" w:hAnsi="Georgia" w:eastAsia="Georgia"/>
          <w:b w:val="0"/>
          <w:i w:val="0"/>
          <w:sz w:val="21"/>
          <w:u w:val="none"/>
        </w:rPr>
        <w:t xml:space="preserve">My husband is my best friend. When he is down I help him up, and when I fall, he helps </w:t>
      </w:r>
      <w:r>
        <w:rPr>
          <w:rFonts w:ascii="Georgia" w:hAnsi="Georgia" w:eastAsia="Georgia"/>
          <w:b w:val="0"/>
          <w:i/>
          <w:sz w:val="21"/>
          <w:u w:val="none"/>
        </w:rPr>
        <w:t>me</w:t>
      </w:r>
      <w:r>
        <w:rPr>
          <w:rFonts w:ascii="Georgia" w:hAnsi="Georgia" w:eastAsia="Georgia"/>
          <w:b w:val="0"/>
          <w:i w:val="0"/>
          <w:sz w:val="21"/>
          <w:u w:val="none"/>
        </w:rPr>
        <w:t xml:space="preserve"> up. That’s the way God intended it to be. This plan extends to families as well. As Christians, we are part of a spiritual family as well as a physical one. Each one of us is a part of the family of God – the bride of Christ – His church. God has purposely given gifts of personality and talents to us that vary – and by His Holy Spirit He also gives spiritual gifts to each one, as He chooses, that He intends for each of us to use for the encouragement and the building up of all the other members of our church body – our family.</w:t>
      </w:r>
    </w:p>
    <w:p>
      <w:pPr>
        <w:widowControl/>
      </w:pPr>
      <w:r>
        <w:rPr>
          <w:rFonts w:ascii="Georgia" w:hAnsi="Georgia" w:eastAsia="Georgia"/>
          <w:b w:val="0"/>
          <w:i w:val="0"/>
          <w:sz w:val="21"/>
          <w:u w:val="none"/>
        </w:rPr>
        <w:t>My husband has a gift, much more so than I do, for being able to discern spiritual lessons God wants to teach us through ordinary things that are all around us every day. The past several days we have watched one of these lessons unfold right in front of our eyes, and Harlen reminded me of that today.</w:t>
      </w:r>
    </w:p>
    <w:p>
      <w:pPr>
        <w:widowControl/>
      </w:pPr>
      <w:r>
        <w:rPr>
          <w:rFonts w:ascii="Georgia" w:hAnsi="Georgia" w:eastAsia="Georgia"/>
          <w:b w:val="0"/>
          <w:i w:val="0"/>
          <w:sz w:val="21"/>
          <w:u w:val="none"/>
        </w:rPr>
        <w:t xml:space="preserve">Our son, Tracy, is building us more cupboard space in our kitchen. We see the progress each day, and can picture in our minds what the finished product will be. Now that finished product could turn out quite different from what </w:t>
      </w:r>
      <w:r>
        <w:rPr>
          <w:rFonts w:ascii="Georgia" w:hAnsi="Georgia" w:eastAsia="Georgia"/>
          <w:b w:val="0"/>
          <w:i/>
          <w:sz w:val="21"/>
          <w:u w:val="none"/>
        </w:rPr>
        <w:t>we</w:t>
      </w:r>
      <w:r>
        <w:rPr>
          <w:rFonts w:ascii="Georgia" w:hAnsi="Georgia" w:eastAsia="Georgia"/>
          <w:b w:val="0"/>
          <w:i w:val="0"/>
          <w:sz w:val="21"/>
          <w:u w:val="none"/>
        </w:rPr>
        <w:t xml:space="preserve"> had in mind if we had just said, “Build us a cupboard”, and Tracy just went ahead and did his own thing. But we sat down </w:t>
      </w:r>
      <w:r>
        <w:rPr>
          <w:rFonts w:ascii="Georgia" w:hAnsi="Georgia" w:eastAsia="Georgia"/>
          <w:b w:val="0"/>
          <w:i/>
          <w:sz w:val="21"/>
          <w:u w:val="none"/>
        </w:rPr>
        <w:t>together</w:t>
      </w:r>
      <w:r>
        <w:rPr>
          <w:rFonts w:ascii="Georgia" w:hAnsi="Georgia" w:eastAsia="Georgia"/>
          <w:b w:val="0"/>
          <w:i w:val="0"/>
          <w:sz w:val="21"/>
          <w:u w:val="none"/>
        </w:rPr>
        <w:t xml:space="preserve"> and drew up the plans first. We told Tracy what we had in mind, where we wanted it built and what we intended to use it for. Then he drew up the plan as he visualized it and together we made changes until the plan fit to the satisfaction of all three of us. Whether you’re building a cupboard or a house, plans must be right before you start the building or there will be a lot of wasted time and money as parts will have to be redone.</w:t>
      </w:r>
    </w:p>
    <w:p>
      <w:pPr>
        <w:widowControl/>
      </w:pPr>
      <w:r>
        <w:rPr>
          <w:rFonts w:ascii="Georgia" w:hAnsi="Georgia" w:eastAsia="Georgia"/>
          <w:b w:val="0"/>
          <w:i w:val="0"/>
          <w:sz w:val="21"/>
          <w:u w:val="none"/>
        </w:rPr>
        <w:t xml:space="preserve">Now when we think of building a </w:t>
      </w:r>
      <w:r>
        <w:rPr>
          <w:rFonts w:ascii="Georgia" w:hAnsi="Georgia" w:eastAsia="Georgia"/>
          <w:b w:val="0"/>
          <w:i/>
          <w:sz w:val="21"/>
          <w:u w:val="none"/>
        </w:rPr>
        <w:t>spiritual</w:t>
      </w:r>
      <w:r>
        <w:rPr>
          <w:rFonts w:ascii="Georgia" w:hAnsi="Georgia" w:eastAsia="Georgia"/>
          <w:b w:val="0"/>
          <w:i w:val="0"/>
          <w:sz w:val="21"/>
          <w:u w:val="none"/>
        </w:rPr>
        <w:t xml:space="preserve"> house, each one of us is a part of that house, and if we are to fit together into a house that will be sturdy and one that will last, we must fit together according to the blueprint. God’s Word is that blue print. It is all laid out for us plainly in His laws and precepts He calls us to follow. If we live and work together according to the plans, the house will be beautiful. The same is true for a marriage and the same is true for a local church family.</w:t>
      </w:r>
    </w:p>
    <w:p>
      <w:pPr>
        <w:widowControl/>
      </w:pPr>
      <w:r>
        <w:rPr>
          <w:rFonts w:ascii="Georgia" w:hAnsi="Georgia" w:eastAsia="Georgia"/>
          <w:b w:val="0"/>
          <w:i w:val="0"/>
          <w:sz w:val="21"/>
          <w:u w:val="none"/>
        </w:rPr>
        <w:t>This lesson of the cupboard fits perfectly with the series of sermons our pastor is currently giving us in our Sunday Worship services. The theme of the twelve-week series is “Building One Another up in the Body of Christ.” Each of the weekly messages builds on the previous ones as bricks building up a wall. In the same way the body of Christ (the church) is built up as we interact in love, using our individual gifts to build on one another.</w:t>
      </w:r>
    </w:p>
    <w:p>
      <w:pPr>
        <w:widowControl/>
      </w:pPr>
      <w:r>
        <w:rPr>
          <w:rFonts w:ascii="Georgia" w:hAnsi="Georgia" w:eastAsia="Georgia"/>
          <w:b w:val="0"/>
          <w:i w:val="0"/>
          <w:sz w:val="21"/>
          <w:u w:val="none"/>
        </w:rPr>
        <w:t xml:space="preserve">The first thing Tracy had to build for our cupboard was the base. All construction needs a solid base. We remember Jesus’ parable of the two houses – one built on a rock and the other on sand. No matter how terrific the construction of a house is, if the foundation is not solid, it will not endure. Jesus Christ is our solid rock. He is also called the Cornerstone. </w:t>
      </w:r>
      <w:r>
        <w:rPr>
          <w:rFonts w:ascii="Georgia" w:hAnsi="Georgia" w:eastAsia="Georgia"/>
          <w:b w:val="0"/>
          <w:i/>
          <w:sz w:val="21"/>
          <w:u w:val="none"/>
        </w:rPr>
        <w:t>He</w:t>
      </w:r>
      <w:r>
        <w:rPr>
          <w:rFonts w:ascii="Georgia" w:hAnsi="Georgia" w:eastAsia="Georgia"/>
          <w:b w:val="0"/>
          <w:i w:val="0"/>
          <w:sz w:val="21"/>
          <w:u w:val="none"/>
        </w:rPr>
        <w:t xml:space="preserve"> is the Way, the Truth, </w:t>
      </w:r>
      <w:r>
        <w:rPr>
          <w:rFonts w:ascii="Georgia" w:hAnsi="Georgia" w:eastAsia="Georgia"/>
          <w:b w:val="0"/>
          <w:i/>
          <w:sz w:val="21"/>
          <w:u w:val="none"/>
        </w:rPr>
        <w:t>and</w:t>
      </w:r>
      <w:r>
        <w:rPr>
          <w:rFonts w:ascii="Georgia" w:hAnsi="Georgia" w:eastAsia="Georgia"/>
          <w:b w:val="0"/>
          <w:i w:val="0"/>
          <w:sz w:val="21"/>
          <w:u w:val="none"/>
        </w:rPr>
        <w:t xml:space="preserve"> the Life – What foundation could be more solid than that?</w:t>
      </w:r>
    </w:p>
    <w:p>
      <w:pPr>
        <w:widowControl/>
      </w:pPr>
      <w:r>
        <w:rPr>
          <w:rFonts w:ascii="Georgia" w:hAnsi="Georgia" w:eastAsia="Georgia"/>
          <w:b w:val="0"/>
          <w:i w:val="0"/>
          <w:sz w:val="21"/>
          <w:u w:val="none"/>
        </w:rPr>
        <w:t xml:space="preserve">Now in order to build the cupboard, the carpenter must have the right tools for each stage of construction. You can’t saw a board with a hammer or pound a nail with a level. Each tool has its own purpose, entirely different from all the others, but each one just as much needed. If a necessary tool is missing or not working properly, it can hold up the progress of the entire project. The same is true for the church. There must be a variety of skills, talents and gifts – each doing its part to build up the body. Paul often used the analogy of the parts of the physical body to illustrate this principle. In I Corinthians 12, he said, “If the foot should say ‘Because I am not a hand, I do not belong to the body.’ It would not for that reason cease to </w:t>
      </w:r>
      <w:r>
        <w:rPr>
          <w:rFonts w:ascii="Georgia" w:hAnsi="Georgia" w:eastAsia="Georgia"/>
          <w:b w:val="0"/>
          <w:i/>
          <w:sz w:val="21"/>
          <w:u w:val="none"/>
        </w:rPr>
        <w:t>be</w:t>
      </w:r>
      <w:r>
        <w:rPr>
          <w:rFonts w:ascii="Georgia" w:hAnsi="Georgia" w:eastAsia="Georgia"/>
          <w:b w:val="0"/>
          <w:i w:val="0"/>
          <w:sz w:val="21"/>
          <w:u w:val="none"/>
        </w:rPr>
        <w:t xml:space="preserve"> part of the body. Or if the </w:t>
      </w:r>
      <w:r>
        <w:rPr>
          <w:rFonts w:ascii="Georgia" w:hAnsi="Georgia" w:eastAsia="Georgia"/>
          <w:b w:val="0"/>
          <w:i/>
          <w:sz w:val="21"/>
          <w:u w:val="none"/>
        </w:rPr>
        <w:t>ear</w:t>
      </w:r>
      <w:r>
        <w:rPr>
          <w:rFonts w:ascii="Georgia" w:hAnsi="Georgia" w:eastAsia="Georgia"/>
          <w:b w:val="0"/>
          <w:i w:val="0"/>
          <w:sz w:val="21"/>
          <w:u w:val="none"/>
        </w:rPr>
        <w:t xml:space="preserve"> should say, ‘Because I am not an eye, I do not belong to the body’, it would not for that reason cease to be part of the body. If the whole body were an eye, where would the sense of hearing be? If the whole body were an ear, where would the sense of </w:t>
      </w:r>
      <w:r>
        <w:rPr>
          <w:rFonts w:ascii="Georgia" w:hAnsi="Georgia" w:eastAsia="Georgia"/>
          <w:b w:val="0"/>
          <w:i/>
          <w:sz w:val="21"/>
          <w:u w:val="none"/>
        </w:rPr>
        <w:t>smell</w:t>
      </w:r>
      <w:r>
        <w:rPr>
          <w:rFonts w:ascii="Georgia" w:hAnsi="Georgia" w:eastAsia="Georgia"/>
          <w:b w:val="0"/>
          <w:i w:val="0"/>
          <w:sz w:val="21"/>
          <w:u w:val="none"/>
        </w:rPr>
        <w:t xml:space="preserve"> be? But in fact God has arranged the parts of the body – every one of them – just as He wanted them to be. If they were all one part, where would the body be? As it is, there are </w:t>
      </w:r>
      <w:r>
        <w:rPr>
          <w:rFonts w:ascii="Georgia" w:hAnsi="Georgia" w:eastAsia="Georgia"/>
          <w:b w:val="0"/>
          <w:i/>
          <w:sz w:val="21"/>
          <w:u w:val="none"/>
        </w:rPr>
        <w:t>many</w:t>
      </w:r>
      <w:r>
        <w:rPr>
          <w:rFonts w:ascii="Georgia" w:hAnsi="Georgia" w:eastAsia="Georgia"/>
          <w:b w:val="0"/>
          <w:i w:val="0"/>
          <w:sz w:val="21"/>
          <w:u w:val="none"/>
        </w:rPr>
        <w:t xml:space="preserve"> parts, but </w:t>
      </w:r>
      <w:r>
        <w:rPr>
          <w:rFonts w:ascii="Georgia" w:hAnsi="Georgia" w:eastAsia="Georgia"/>
          <w:b w:val="0"/>
          <w:i/>
          <w:sz w:val="21"/>
          <w:u w:val="none"/>
        </w:rPr>
        <w:t>one</w:t>
      </w:r>
      <w:r>
        <w:rPr>
          <w:rFonts w:ascii="Georgia" w:hAnsi="Georgia" w:eastAsia="Georgia"/>
          <w:b w:val="0"/>
          <w:i w:val="0"/>
          <w:sz w:val="21"/>
          <w:u w:val="none"/>
        </w:rPr>
        <w:t xml:space="preserve"> body. The eye cannot say to the hand, ‘I don’t need you’. And the head cannot say to the feet, ‘I don’t need you!’ --- Now </w:t>
      </w:r>
      <w:r>
        <w:rPr>
          <w:rFonts w:ascii="Georgia" w:hAnsi="Georgia" w:eastAsia="Georgia"/>
          <w:b w:val="0"/>
          <w:i/>
          <w:sz w:val="21"/>
          <w:u w:val="none"/>
        </w:rPr>
        <w:t xml:space="preserve">you </w:t>
      </w:r>
      <w:r>
        <w:rPr>
          <w:rFonts w:ascii="Georgia" w:hAnsi="Georgia" w:eastAsia="Georgia"/>
          <w:b w:val="0"/>
          <w:i w:val="0"/>
          <w:sz w:val="21"/>
          <w:u w:val="none"/>
        </w:rPr>
        <w:t>are the</w:t>
      </w:r>
      <w:r>
        <w:rPr>
          <w:rFonts w:ascii="Georgia" w:hAnsi="Georgia" w:eastAsia="Georgia"/>
          <w:b w:val="0"/>
          <w:i/>
          <w:sz w:val="21"/>
          <w:u w:val="none"/>
        </w:rPr>
        <w:t xml:space="preserve"> body</w:t>
      </w:r>
      <w:r>
        <w:rPr>
          <w:rFonts w:ascii="Georgia" w:hAnsi="Georgia" w:eastAsia="Georgia"/>
          <w:b w:val="0"/>
          <w:i w:val="0"/>
          <w:sz w:val="21"/>
          <w:u w:val="none"/>
        </w:rPr>
        <w:t xml:space="preserve"> of</w:t>
      </w:r>
      <w:r>
        <w:rPr>
          <w:rFonts w:ascii="Georgia" w:hAnsi="Georgia" w:eastAsia="Georgia"/>
          <w:b w:val="0"/>
          <w:i/>
          <w:sz w:val="21"/>
          <w:u w:val="none"/>
        </w:rPr>
        <w:t xml:space="preserve"> Christ</w:t>
      </w:r>
      <w:r>
        <w:rPr>
          <w:rFonts w:ascii="Georgia" w:hAnsi="Georgia" w:eastAsia="Georgia"/>
          <w:b w:val="0"/>
          <w:i w:val="0"/>
          <w:sz w:val="21"/>
          <w:u w:val="none"/>
        </w:rPr>
        <w:t xml:space="preserve">, and each one of you is a </w:t>
      </w:r>
      <w:r>
        <w:rPr>
          <w:rFonts w:ascii="Georgia" w:hAnsi="Georgia" w:eastAsia="Georgia"/>
          <w:b w:val="0"/>
          <w:i/>
          <w:sz w:val="21"/>
          <w:u w:val="none"/>
        </w:rPr>
        <w:t>part of it</w:t>
      </w:r>
      <w:r>
        <w:rPr>
          <w:rFonts w:ascii="Georgia" w:hAnsi="Georgia" w:eastAsia="Georgia"/>
          <w:b w:val="0"/>
          <w:i w:val="0"/>
          <w:sz w:val="21"/>
          <w:u w:val="none"/>
        </w:rPr>
        <w:t>!”</w:t>
      </w:r>
    </w:p>
    <w:p>
      <w:pPr>
        <w:widowControl/>
      </w:pPr>
      <w:r>
        <w:rPr>
          <w:rFonts w:ascii="Georgia" w:hAnsi="Georgia" w:eastAsia="Georgia"/>
          <w:b w:val="0"/>
          <w:i w:val="0"/>
          <w:sz w:val="21"/>
          <w:u w:val="none"/>
        </w:rPr>
        <w:t>So you see whether you are an eye or a toe, or a hammer or a clamp or a bolt or a nut, every one of you is essential as a part of the whole.</w:t>
      </w:r>
    </w:p>
    <w:p>
      <w:pPr>
        <w:widowControl/>
      </w:pPr>
      <w:r>
        <w:rPr>
          <w:rFonts w:ascii="Georgia" w:hAnsi="Georgia" w:eastAsia="Georgia"/>
          <w:b w:val="0"/>
          <w:i w:val="0"/>
          <w:sz w:val="21"/>
          <w:u w:val="none"/>
        </w:rPr>
        <w:t>We noticed too, as our cupboard is being built, there are many individual components which are built separately from each other before they are fit together. Many different pieces, in various stages of completion wait to be completed before they can be incorporated into the whole, and some of those parts take much longer to complete than others. Again, so are we in the body of Christ. God molds us and shapes us according to His plan, using tools that sometimes cause us pain – and sometimes those tools are one another. He planes and sands away the parts He wants removed, and adds parts too, making us into the perfect piece to fit in just the right place. Some pieces are hidden in the inner parts of the cupboard and are not even seen, but they are just as essential as the Formica top or the fancy drawer pulls that give the outward beauty to the finished piece.</w:t>
      </w:r>
    </w:p>
    <w:p>
      <w:pPr>
        <w:widowControl/>
      </w:pPr>
      <w:r>
        <w:rPr>
          <w:rFonts w:ascii="Georgia" w:hAnsi="Georgia" w:eastAsia="Georgia"/>
          <w:b w:val="0"/>
          <w:i w:val="0"/>
          <w:sz w:val="21"/>
          <w:u w:val="none"/>
        </w:rPr>
        <w:t>Now our new cupboard has a feature that is unique. Because it is an “L” shaped cupboard, there is a deep corner area that would be wasted space because it’s too awkward to get to. Tracy has solved that problem by creating a tiered shelf unit that rises up out of the counter at the push of a button. This took a lot of planning to make a space usable that otherwise wouldn’t be. It requires an electronic motor, cogged gears, a chain, ball bearings and PVC pipes through the shelves that ride up on threaded rods. He had to run wiring from a junction box in the crawl space beneath the kitchen to provide the power.</w:t>
      </w:r>
    </w:p>
    <w:p>
      <w:pPr>
        <w:widowControl/>
      </w:pPr>
      <w:r>
        <w:rPr>
          <w:rFonts w:ascii="Georgia" w:hAnsi="Georgia" w:eastAsia="Georgia"/>
          <w:b w:val="0"/>
          <w:i w:val="0"/>
          <w:sz w:val="21"/>
          <w:u w:val="none"/>
        </w:rPr>
        <w:t xml:space="preserve">What is the analogy here? Again this apparatus is a system, the parts of which must each work efficiently as a whole. We as individuals could be likened to the cogs in the gears. If only one cog is broken or missing, the chain will either slip off or jam up and the system will not work. The chain is the uniting factor between the gears and it is the motor that runs it. This motor is love – because without love nothing can work together. Yet even if all these components are in top condition, none of it is going to work if it’s not connected to the power source, and that power source is the Holy Spirit that flows through all. </w:t>
      </w:r>
      <w:r>
        <w:rPr>
          <w:rFonts w:ascii="Georgia" w:hAnsi="Georgia" w:eastAsia="Georgia"/>
          <w:b w:val="0"/>
          <w:i/>
          <w:sz w:val="21"/>
          <w:u w:val="none"/>
        </w:rPr>
        <w:t>God is love</w:t>
      </w:r>
      <w:r>
        <w:rPr>
          <w:rFonts w:ascii="Georgia" w:hAnsi="Georgia" w:eastAsia="Georgia"/>
          <w:b w:val="0"/>
          <w:i w:val="0"/>
          <w:sz w:val="21"/>
          <w:u w:val="none"/>
        </w:rPr>
        <w:t xml:space="preserve"> – without God there is no love, and without love the system will not work.</w:t>
      </w:r>
    </w:p>
    <w:p>
      <w:pPr>
        <w:widowControl/>
      </w:pPr>
      <w:r>
        <w:rPr>
          <w:rFonts w:ascii="Georgia" w:hAnsi="Georgia" w:eastAsia="Georgia"/>
          <w:b w:val="0"/>
          <w:i w:val="0"/>
          <w:sz w:val="21"/>
          <w:u w:val="none"/>
        </w:rPr>
        <w:t xml:space="preserve">What do people see when they look at </w:t>
      </w:r>
      <w:r>
        <w:rPr>
          <w:rFonts w:ascii="Georgia" w:hAnsi="Georgia" w:eastAsia="Georgia"/>
          <w:b w:val="0"/>
          <w:i/>
          <w:sz w:val="21"/>
          <w:u w:val="none"/>
        </w:rPr>
        <w:t>your</w:t>
      </w:r>
      <w:r>
        <w:rPr>
          <w:rFonts w:ascii="Georgia" w:hAnsi="Georgia" w:eastAsia="Georgia"/>
          <w:b w:val="0"/>
          <w:i w:val="0"/>
          <w:sz w:val="21"/>
          <w:u w:val="none"/>
        </w:rPr>
        <w:t xml:space="preserve"> spiritual house (or cupboard) – your local church body. Is it beautiful? Is it real? Or is it the outside appearance only a façade? What will they see when they open the doors and the drawers? Is it of any use? And what kind of foundation does it have? Will it hold together under stress and the test of time? Is it built on that solid rock?</w:t>
      </w:r>
    </w:p>
    <w:p>
      <w:pPr>
        <w:widowControl/>
      </w:pPr>
      <w:r>
        <w:rPr>
          <w:rFonts w:ascii="Georgia" w:hAnsi="Georgia" w:eastAsia="Georgia"/>
          <w:b w:val="0"/>
          <w:i w:val="0"/>
          <w:sz w:val="21"/>
          <w:u w:val="none"/>
        </w:rPr>
        <w:t>Hebrews 3:4 says, “</w:t>
      </w:r>
      <w:r>
        <w:rPr>
          <w:rFonts w:ascii="Georgia" w:hAnsi="Georgia" w:eastAsia="Georgia"/>
          <w:b w:val="0"/>
          <w:i/>
          <w:sz w:val="21"/>
          <w:u w:val="none"/>
        </w:rPr>
        <w:t>Every</w:t>
      </w:r>
      <w:r>
        <w:rPr>
          <w:rFonts w:ascii="Georgia" w:hAnsi="Georgia" w:eastAsia="Georgia"/>
          <w:b w:val="0"/>
          <w:i w:val="0"/>
          <w:sz w:val="21"/>
          <w:u w:val="none"/>
        </w:rPr>
        <w:t xml:space="preserve"> house is built by </w:t>
      </w:r>
      <w:r>
        <w:rPr>
          <w:rFonts w:ascii="Georgia" w:hAnsi="Georgia" w:eastAsia="Georgia"/>
          <w:b w:val="0"/>
          <w:i/>
          <w:sz w:val="21"/>
          <w:u w:val="none"/>
        </w:rPr>
        <w:t>someone</w:t>
      </w:r>
      <w:r>
        <w:rPr>
          <w:rFonts w:ascii="Georgia" w:hAnsi="Georgia" w:eastAsia="Georgia"/>
          <w:b w:val="0"/>
          <w:i w:val="0"/>
          <w:sz w:val="21"/>
          <w:u w:val="none"/>
        </w:rPr>
        <w:t xml:space="preserve">, but </w:t>
      </w:r>
      <w:r>
        <w:rPr>
          <w:rFonts w:ascii="Georgia" w:hAnsi="Georgia" w:eastAsia="Georgia"/>
          <w:b w:val="0"/>
          <w:i/>
          <w:sz w:val="21"/>
          <w:u w:val="none"/>
        </w:rPr>
        <w:t>God</w:t>
      </w:r>
      <w:r>
        <w:rPr>
          <w:rFonts w:ascii="Georgia" w:hAnsi="Georgia" w:eastAsia="Georgia"/>
          <w:b w:val="0"/>
          <w:i w:val="0"/>
          <w:sz w:val="21"/>
          <w:u w:val="none"/>
        </w:rPr>
        <w:t xml:space="preserve"> is the builder of everything.” Without Him we can do nothing, and without each other, what we can do is very limited, but together we can move mountains.</w:t>
      </w:r>
    </w:p>
    <w:p>
      <w:bookmarkStart w:id="26" w:name="reflection_25"/>
      <w:pPr>
        <w:pStyle w:val="Heading1"/>
      </w:pPr>
      <w:r>
        <w:rPr>
          <w:rFonts w:ascii="Georgia" w:hAnsi="Georgia" w:eastAsia="Georgia"/>
          <w:b/>
          <w:color w:val="226FA4"/>
          <w:sz w:val="34"/>
        </w:rPr>
        <w:t>Love – Of Others Inside the Church</w:t>
      </w:r>
      <w:bookmarkEnd w:id="26"/>
    </w:p>
    <w:p>
      <w:pPr>
        <w:widowControl/>
      </w:pPr>
      <w:r>
        <w:rPr>
          <w:rFonts w:ascii="Georgia" w:hAnsi="Georgia" w:eastAsia="Georgia"/>
          <w:b w:val="0"/>
          <w:i w:val="0"/>
          <w:sz w:val="21"/>
          <w:u w:val="none"/>
        </w:rPr>
        <w:t xml:space="preserve">In this month of valentines, we have been talking about love in these Sunday Morning Thoughts. We heard what it means to love God in response to His unconditional love for us, and we heard what Jesus meant when He said we are to love our neighbor. Today’s message will expand on that second law Jesus gave. He made it plain that we are to love everyone – even our enemies – and we are not to judge them because that’s God’s job – not ours. Hoo boy!!! Is there anyone out there who does not think this is a very tall order? If our salvation depended on our obedience to this law, heaven would be a very empty place. But our God, who </w:t>
      </w:r>
      <w:r>
        <w:rPr>
          <w:rFonts w:ascii="Georgia" w:hAnsi="Georgia" w:eastAsia="Georgia"/>
          <w:b w:val="0"/>
          <w:i/>
          <w:sz w:val="21"/>
          <w:u w:val="none"/>
        </w:rPr>
        <w:t xml:space="preserve">is </w:t>
      </w:r>
      <w:r>
        <w:rPr>
          <w:rFonts w:ascii="Georgia" w:hAnsi="Georgia" w:eastAsia="Georgia"/>
          <w:b w:val="0"/>
          <w:i w:val="0"/>
          <w:sz w:val="21"/>
          <w:u w:val="none"/>
        </w:rPr>
        <w:t xml:space="preserve">Love, knew </w:t>
      </w:r>
      <w:r>
        <w:rPr>
          <w:rFonts w:ascii="Georgia" w:hAnsi="Georgia" w:eastAsia="Georgia"/>
          <w:b w:val="0"/>
          <w:i/>
          <w:sz w:val="21"/>
          <w:u w:val="none"/>
        </w:rPr>
        <w:t xml:space="preserve">all along </w:t>
      </w:r>
      <w:r>
        <w:rPr>
          <w:rFonts w:ascii="Georgia" w:hAnsi="Georgia" w:eastAsia="Georgia"/>
          <w:b w:val="0"/>
          <w:i w:val="0"/>
          <w:sz w:val="21"/>
          <w:u w:val="none"/>
        </w:rPr>
        <w:t xml:space="preserve">we couldn’t </w:t>
      </w:r>
      <w:r>
        <w:rPr>
          <w:rFonts w:ascii="Georgia" w:hAnsi="Georgia" w:eastAsia="Georgia"/>
          <w:b w:val="0"/>
          <w:i/>
          <w:sz w:val="21"/>
          <w:u w:val="none"/>
        </w:rPr>
        <w:t xml:space="preserve">do </w:t>
      </w:r>
      <w:r>
        <w:rPr>
          <w:rFonts w:ascii="Georgia" w:hAnsi="Georgia" w:eastAsia="Georgia"/>
          <w:b w:val="0"/>
          <w:i w:val="0"/>
          <w:sz w:val="21"/>
          <w:u w:val="none"/>
        </w:rPr>
        <w:t xml:space="preserve">this – </w:t>
      </w:r>
      <w:r>
        <w:rPr>
          <w:rFonts w:ascii="Georgia" w:hAnsi="Georgia" w:eastAsia="Georgia"/>
          <w:b w:val="0"/>
          <w:i/>
          <w:sz w:val="21"/>
          <w:u w:val="none"/>
        </w:rPr>
        <w:t xml:space="preserve">no-one </w:t>
      </w:r>
      <w:r>
        <w:rPr>
          <w:rFonts w:ascii="Georgia" w:hAnsi="Georgia" w:eastAsia="Georgia"/>
          <w:b w:val="0"/>
          <w:i w:val="0"/>
          <w:sz w:val="21"/>
          <w:u w:val="none"/>
        </w:rPr>
        <w:t xml:space="preserve">can, no matter how hard we try – so why on earth would He </w:t>
      </w:r>
      <w:r>
        <w:rPr>
          <w:rFonts w:ascii="Georgia" w:hAnsi="Georgia" w:eastAsia="Georgia"/>
          <w:b w:val="0"/>
          <w:i/>
          <w:sz w:val="21"/>
          <w:u w:val="none"/>
        </w:rPr>
        <w:t>command</w:t>
      </w:r>
      <w:r>
        <w:rPr>
          <w:rFonts w:ascii="Georgia" w:hAnsi="Georgia" w:eastAsia="Georgia"/>
          <w:b w:val="0"/>
          <w:i w:val="0"/>
          <w:sz w:val="21"/>
          <w:u w:val="none"/>
        </w:rPr>
        <w:t xml:space="preserve"> us to do something He knows we </w:t>
      </w:r>
      <w:r>
        <w:rPr>
          <w:rFonts w:ascii="Georgia" w:hAnsi="Georgia" w:eastAsia="Georgia"/>
          <w:b w:val="0"/>
          <w:i/>
          <w:sz w:val="21"/>
          <w:u w:val="none"/>
        </w:rPr>
        <w:t xml:space="preserve">can’t </w:t>
      </w:r>
      <w:r>
        <w:rPr>
          <w:rFonts w:ascii="Georgia" w:hAnsi="Georgia" w:eastAsia="Georgia"/>
          <w:b w:val="0"/>
          <w:i w:val="0"/>
          <w:sz w:val="21"/>
          <w:u w:val="none"/>
        </w:rPr>
        <w:t xml:space="preserve">do? All the laws God ever gave are very strict and specific and they leave no provision for any exceptions. He did this on purpose and for a very good reason. He wanted to leave no doubt in our minds as to how </w:t>
      </w:r>
      <w:r>
        <w:rPr>
          <w:rFonts w:ascii="Georgia" w:hAnsi="Georgia" w:eastAsia="Georgia"/>
          <w:b w:val="0"/>
          <w:i/>
          <w:sz w:val="21"/>
          <w:u w:val="none"/>
        </w:rPr>
        <w:t xml:space="preserve">seriously </w:t>
      </w:r>
      <w:r>
        <w:rPr>
          <w:rFonts w:ascii="Georgia" w:hAnsi="Georgia" w:eastAsia="Georgia"/>
          <w:b w:val="0"/>
          <w:i w:val="0"/>
          <w:sz w:val="21"/>
          <w:u w:val="none"/>
        </w:rPr>
        <w:t xml:space="preserve">He takes even the smallest sin in our lives, and He intended this law to be held up in front of us like a </w:t>
      </w:r>
      <w:r>
        <w:rPr>
          <w:rFonts w:ascii="Georgia" w:hAnsi="Georgia" w:eastAsia="Georgia"/>
          <w:b w:val="0"/>
          <w:i/>
          <w:sz w:val="21"/>
          <w:u w:val="none"/>
        </w:rPr>
        <w:t xml:space="preserve">mirror, </w:t>
      </w:r>
      <w:r>
        <w:rPr>
          <w:rFonts w:ascii="Georgia" w:hAnsi="Georgia" w:eastAsia="Georgia"/>
          <w:b w:val="0"/>
          <w:i w:val="0"/>
          <w:sz w:val="21"/>
          <w:u w:val="none"/>
        </w:rPr>
        <w:t xml:space="preserve">to show us the blackness of our own hearts. God’s written Word says a holy and just God cannot even “look on” sin. It says “there is </w:t>
      </w:r>
      <w:r>
        <w:rPr>
          <w:rFonts w:ascii="Georgia" w:hAnsi="Georgia" w:eastAsia="Georgia"/>
          <w:b w:val="0"/>
          <w:i/>
          <w:sz w:val="21"/>
          <w:u w:val="none"/>
        </w:rPr>
        <w:t xml:space="preserve">no-one </w:t>
      </w:r>
      <w:r>
        <w:rPr>
          <w:rFonts w:ascii="Georgia" w:hAnsi="Georgia" w:eastAsia="Georgia"/>
          <w:b w:val="0"/>
          <w:i w:val="0"/>
          <w:sz w:val="21"/>
          <w:u w:val="none"/>
        </w:rPr>
        <w:t xml:space="preserve">who does good and sins not”; it says “all have sinned and fall short of the glory of God”; it says, “whoever sins in even one point is guilty of breaking the whole law”; and it says “the </w:t>
      </w:r>
      <w:r>
        <w:rPr>
          <w:rFonts w:ascii="Georgia" w:hAnsi="Georgia" w:eastAsia="Georgia"/>
          <w:b w:val="0"/>
          <w:i/>
          <w:sz w:val="21"/>
          <w:u w:val="none"/>
        </w:rPr>
        <w:t xml:space="preserve">wages </w:t>
      </w:r>
      <w:r>
        <w:rPr>
          <w:rFonts w:ascii="Georgia" w:hAnsi="Georgia" w:eastAsia="Georgia"/>
          <w:b w:val="0"/>
          <w:i w:val="0"/>
          <w:sz w:val="21"/>
          <w:u w:val="none"/>
        </w:rPr>
        <w:t xml:space="preserve">of sin is </w:t>
      </w:r>
      <w:r>
        <w:rPr>
          <w:rFonts w:ascii="Georgia" w:hAnsi="Georgia" w:eastAsia="Georgia"/>
          <w:b w:val="0"/>
          <w:i/>
          <w:sz w:val="21"/>
          <w:u w:val="none"/>
        </w:rPr>
        <w:t>death!</w:t>
      </w:r>
      <w:r>
        <w:rPr>
          <w:rFonts w:ascii="Georgia" w:hAnsi="Georgia" w:eastAsia="Georgia"/>
          <w:b w:val="0"/>
          <w:i w:val="0"/>
          <w:sz w:val="21"/>
          <w:u w:val="none"/>
        </w:rPr>
        <w:t xml:space="preserve">” What </w:t>
      </w:r>
      <w:r>
        <w:rPr>
          <w:rFonts w:ascii="Georgia" w:hAnsi="Georgia" w:eastAsia="Georgia"/>
          <w:b w:val="0"/>
          <w:i/>
          <w:sz w:val="21"/>
          <w:u w:val="none"/>
        </w:rPr>
        <w:t xml:space="preserve">possible hope </w:t>
      </w:r>
      <w:r>
        <w:rPr>
          <w:rFonts w:ascii="Georgia" w:hAnsi="Georgia" w:eastAsia="Georgia"/>
          <w:b w:val="0"/>
          <w:i w:val="0"/>
          <w:sz w:val="21"/>
          <w:u w:val="none"/>
        </w:rPr>
        <w:t>is there for us then?</w:t>
      </w:r>
    </w:p>
    <w:p>
      <w:pPr>
        <w:widowControl/>
      </w:pPr>
      <w:r>
        <w:rPr>
          <w:rFonts w:ascii="Georgia" w:hAnsi="Georgia" w:eastAsia="Georgia"/>
          <w:b w:val="0"/>
          <w:i w:val="0"/>
          <w:sz w:val="21"/>
          <w:u w:val="none"/>
        </w:rPr>
        <w:t xml:space="preserve">Our hope as Christians is based on the one thing that makes our faith different from </w:t>
      </w:r>
      <w:r>
        <w:rPr>
          <w:rFonts w:ascii="Georgia" w:hAnsi="Georgia" w:eastAsia="Georgia"/>
          <w:b w:val="0"/>
          <w:i/>
          <w:sz w:val="21"/>
          <w:u w:val="none"/>
        </w:rPr>
        <w:t xml:space="preserve">every </w:t>
      </w:r>
      <w:r>
        <w:rPr>
          <w:rFonts w:ascii="Georgia" w:hAnsi="Georgia" w:eastAsia="Georgia"/>
          <w:b w:val="0"/>
          <w:i w:val="0"/>
          <w:sz w:val="21"/>
          <w:u w:val="none"/>
        </w:rPr>
        <w:t xml:space="preserve">other world religion, for it is the </w:t>
      </w:r>
      <w:r>
        <w:rPr>
          <w:rFonts w:ascii="Georgia" w:hAnsi="Georgia" w:eastAsia="Georgia"/>
          <w:b w:val="0"/>
          <w:i/>
          <w:sz w:val="21"/>
          <w:u w:val="none"/>
        </w:rPr>
        <w:t xml:space="preserve">only </w:t>
      </w:r>
      <w:r>
        <w:rPr>
          <w:rFonts w:ascii="Georgia" w:hAnsi="Georgia" w:eastAsia="Georgia"/>
          <w:b w:val="0"/>
          <w:i w:val="0"/>
          <w:sz w:val="21"/>
          <w:u w:val="none"/>
        </w:rPr>
        <w:t xml:space="preserve">one that teaches that our salvation does not </w:t>
      </w:r>
      <w:r>
        <w:rPr>
          <w:rFonts w:ascii="Georgia" w:hAnsi="Georgia" w:eastAsia="Georgia"/>
          <w:b w:val="0"/>
          <w:i/>
          <w:sz w:val="21"/>
          <w:u w:val="none"/>
        </w:rPr>
        <w:t xml:space="preserve">depend </w:t>
      </w:r>
      <w:r>
        <w:rPr>
          <w:rFonts w:ascii="Georgia" w:hAnsi="Georgia" w:eastAsia="Georgia"/>
          <w:b w:val="0"/>
          <w:i w:val="0"/>
          <w:sz w:val="21"/>
          <w:u w:val="none"/>
        </w:rPr>
        <w:t xml:space="preserve">on what we do or don’t do, but rather on what God Himself has done for us, “for God </w:t>
      </w:r>
      <w:r>
        <w:rPr>
          <w:rFonts w:ascii="Georgia" w:hAnsi="Georgia" w:eastAsia="Georgia"/>
          <w:b w:val="0"/>
          <w:i/>
          <w:sz w:val="21"/>
          <w:u w:val="none"/>
        </w:rPr>
        <w:t xml:space="preserve">so loved </w:t>
      </w:r>
      <w:r>
        <w:rPr>
          <w:rFonts w:ascii="Georgia" w:hAnsi="Georgia" w:eastAsia="Georgia"/>
          <w:b w:val="0"/>
          <w:i w:val="0"/>
          <w:sz w:val="21"/>
          <w:u w:val="none"/>
        </w:rPr>
        <w:t xml:space="preserve">the </w:t>
      </w:r>
      <w:r>
        <w:rPr>
          <w:rFonts w:ascii="Georgia" w:hAnsi="Georgia" w:eastAsia="Georgia"/>
          <w:b w:val="0"/>
          <w:i/>
          <w:sz w:val="21"/>
          <w:u w:val="none"/>
        </w:rPr>
        <w:t xml:space="preserve">world </w:t>
      </w:r>
      <w:r>
        <w:rPr>
          <w:rFonts w:ascii="Georgia" w:hAnsi="Georgia" w:eastAsia="Georgia"/>
          <w:b w:val="0"/>
          <w:i w:val="0"/>
          <w:sz w:val="21"/>
          <w:u w:val="none"/>
        </w:rPr>
        <w:t xml:space="preserve">that He </w:t>
      </w:r>
      <w:r>
        <w:rPr>
          <w:rFonts w:ascii="Georgia" w:hAnsi="Georgia" w:eastAsia="Georgia"/>
          <w:b w:val="0"/>
          <w:i/>
          <w:sz w:val="21"/>
          <w:u w:val="none"/>
        </w:rPr>
        <w:t xml:space="preserve">gave </w:t>
      </w:r>
      <w:r>
        <w:rPr>
          <w:rFonts w:ascii="Georgia" w:hAnsi="Georgia" w:eastAsia="Georgia"/>
          <w:b w:val="0"/>
          <w:i w:val="0"/>
          <w:sz w:val="21"/>
          <w:u w:val="none"/>
        </w:rPr>
        <w:t xml:space="preserve">His only Son, that whoever </w:t>
      </w:r>
      <w:r>
        <w:rPr>
          <w:rFonts w:ascii="Georgia" w:hAnsi="Georgia" w:eastAsia="Georgia"/>
          <w:b w:val="0"/>
          <w:i/>
          <w:sz w:val="21"/>
          <w:u w:val="none"/>
        </w:rPr>
        <w:t>believes in Him</w:t>
      </w:r>
      <w:r>
        <w:rPr>
          <w:rFonts w:ascii="Georgia" w:hAnsi="Georgia" w:eastAsia="Georgia"/>
          <w:b w:val="0"/>
          <w:i w:val="0"/>
          <w:sz w:val="21"/>
          <w:u w:val="none"/>
        </w:rPr>
        <w:t xml:space="preserve"> shall</w:t>
      </w:r>
      <w:r>
        <w:rPr>
          <w:rFonts w:ascii="Georgia" w:hAnsi="Georgia" w:eastAsia="Georgia"/>
          <w:b w:val="0"/>
          <w:i/>
          <w:sz w:val="21"/>
          <w:u w:val="none"/>
        </w:rPr>
        <w:t xml:space="preserve"> not </w:t>
      </w:r>
      <w:r>
        <w:rPr>
          <w:rFonts w:ascii="Georgia" w:hAnsi="Georgia" w:eastAsia="Georgia"/>
          <w:b w:val="0"/>
          <w:i w:val="0"/>
          <w:sz w:val="21"/>
          <w:u w:val="none"/>
        </w:rPr>
        <w:t xml:space="preserve">perish but have everlasting life.” It was the only way that relationship that God longed for with us could be restored and He still remain a </w:t>
      </w:r>
      <w:r>
        <w:rPr>
          <w:rFonts w:ascii="Georgia" w:hAnsi="Georgia" w:eastAsia="Georgia"/>
          <w:b w:val="0"/>
          <w:i/>
          <w:sz w:val="21"/>
          <w:u w:val="none"/>
        </w:rPr>
        <w:t xml:space="preserve">just </w:t>
      </w:r>
      <w:r>
        <w:rPr>
          <w:rFonts w:ascii="Georgia" w:hAnsi="Georgia" w:eastAsia="Georgia"/>
          <w:b w:val="0"/>
          <w:i w:val="0"/>
          <w:sz w:val="21"/>
          <w:u w:val="none"/>
        </w:rPr>
        <w:t xml:space="preserve">God. It was His plan from the beginning – He Himself would enter into history – into this fallen world. </w:t>
      </w:r>
      <w:r>
        <w:rPr>
          <w:rFonts w:ascii="Georgia" w:hAnsi="Georgia" w:eastAsia="Georgia"/>
          <w:b w:val="0"/>
          <w:i/>
          <w:sz w:val="21"/>
          <w:u w:val="none"/>
        </w:rPr>
        <w:t xml:space="preserve">He </w:t>
      </w:r>
      <w:r>
        <w:rPr>
          <w:rFonts w:ascii="Georgia" w:hAnsi="Georgia" w:eastAsia="Georgia"/>
          <w:b w:val="0"/>
          <w:i w:val="0"/>
          <w:sz w:val="21"/>
          <w:u w:val="none"/>
        </w:rPr>
        <w:t xml:space="preserve">would fulfill the law in our place, and then </w:t>
      </w:r>
      <w:r>
        <w:rPr>
          <w:rFonts w:ascii="Georgia" w:hAnsi="Georgia" w:eastAsia="Georgia"/>
          <w:b w:val="0"/>
          <w:i/>
          <w:sz w:val="21"/>
          <w:u w:val="none"/>
        </w:rPr>
        <w:t xml:space="preserve">He </w:t>
      </w:r>
      <w:r>
        <w:rPr>
          <w:rFonts w:ascii="Georgia" w:hAnsi="Georgia" w:eastAsia="Georgia"/>
          <w:b w:val="0"/>
          <w:i w:val="0"/>
          <w:sz w:val="21"/>
          <w:u w:val="none"/>
        </w:rPr>
        <w:t xml:space="preserve">would pay the </w:t>
      </w:r>
      <w:r>
        <w:rPr>
          <w:rFonts w:ascii="Georgia" w:hAnsi="Georgia" w:eastAsia="Georgia"/>
          <w:b w:val="0"/>
          <w:i/>
          <w:sz w:val="21"/>
          <w:u w:val="none"/>
        </w:rPr>
        <w:t xml:space="preserve">penalty we </w:t>
      </w:r>
      <w:r>
        <w:rPr>
          <w:rFonts w:ascii="Georgia" w:hAnsi="Georgia" w:eastAsia="Georgia"/>
          <w:b w:val="0"/>
          <w:i w:val="0"/>
          <w:sz w:val="21"/>
          <w:u w:val="none"/>
        </w:rPr>
        <w:t xml:space="preserve">owe. “He made Him who knew </w:t>
      </w:r>
      <w:r>
        <w:rPr>
          <w:rFonts w:ascii="Georgia" w:hAnsi="Georgia" w:eastAsia="Georgia"/>
          <w:b w:val="0"/>
          <w:i/>
          <w:sz w:val="21"/>
          <w:u w:val="none"/>
        </w:rPr>
        <w:t xml:space="preserve">no </w:t>
      </w:r>
      <w:r>
        <w:rPr>
          <w:rFonts w:ascii="Georgia" w:hAnsi="Georgia" w:eastAsia="Georgia"/>
          <w:b w:val="0"/>
          <w:i w:val="0"/>
          <w:sz w:val="21"/>
          <w:u w:val="none"/>
        </w:rPr>
        <w:t xml:space="preserve">sin to </w:t>
      </w:r>
      <w:r>
        <w:rPr>
          <w:rFonts w:ascii="Georgia" w:hAnsi="Georgia" w:eastAsia="Georgia"/>
          <w:b w:val="0"/>
          <w:i/>
          <w:sz w:val="21"/>
          <w:u w:val="none"/>
        </w:rPr>
        <w:t xml:space="preserve">be </w:t>
      </w:r>
      <w:r>
        <w:rPr>
          <w:rFonts w:ascii="Georgia" w:hAnsi="Georgia" w:eastAsia="Georgia"/>
          <w:b w:val="0"/>
          <w:i w:val="0"/>
          <w:sz w:val="21"/>
          <w:u w:val="none"/>
        </w:rPr>
        <w:t xml:space="preserve">sin for us, so that we might become the righteousness of God.” This is called the “great exchange”. Jesus Christ was not a martyr. He told His followers, “It was for this reason I was </w:t>
      </w:r>
      <w:r>
        <w:rPr>
          <w:rFonts w:ascii="Georgia" w:hAnsi="Georgia" w:eastAsia="Georgia"/>
          <w:b w:val="0"/>
          <w:i/>
          <w:sz w:val="21"/>
          <w:u w:val="none"/>
        </w:rPr>
        <w:t>born.</w:t>
      </w:r>
      <w:r>
        <w:rPr>
          <w:rFonts w:ascii="Georgia" w:hAnsi="Georgia" w:eastAsia="Georgia"/>
          <w:b w:val="0"/>
          <w:i w:val="0"/>
          <w:sz w:val="21"/>
          <w:u w:val="none"/>
        </w:rPr>
        <w:t xml:space="preserve">” He </w:t>
      </w:r>
      <w:r>
        <w:rPr>
          <w:rFonts w:ascii="Georgia" w:hAnsi="Georgia" w:eastAsia="Georgia"/>
          <w:b w:val="0"/>
          <w:i/>
          <w:sz w:val="21"/>
          <w:u w:val="none"/>
        </w:rPr>
        <w:t xml:space="preserve">came </w:t>
      </w:r>
      <w:r>
        <w:rPr>
          <w:rFonts w:ascii="Georgia" w:hAnsi="Georgia" w:eastAsia="Georgia"/>
          <w:b w:val="0"/>
          <w:i w:val="0"/>
          <w:sz w:val="21"/>
          <w:u w:val="none"/>
        </w:rPr>
        <w:t xml:space="preserve">to die, and He </w:t>
      </w:r>
      <w:r>
        <w:rPr>
          <w:rFonts w:ascii="Georgia" w:hAnsi="Georgia" w:eastAsia="Georgia"/>
          <w:b w:val="0"/>
          <w:i/>
          <w:sz w:val="21"/>
          <w:u w:val="none"/>
        </w:rPr>
        <w:t xml:space="preserve">did </w:t>
      </w:r>
      <w:r>
        <w:rPr>
          <w:rFonts w:ascii="Georgia" w:hAnsi="Georgia" w:eastAsia="Georgia"/>
          <w:b w:val="0"/>
          <w:i w:val="0"/>
          <w:sz w:val="21"/>
          <w:u w:val="none"/>
        </w:rPr>
        <w:t xml:space="preserve">it for </w:t>
      </w:r>
      <w:r>
        <w:rPr>
          <w:rFonts w:ascii="Georgia" w:hAnsi="Georgia" w:eastAsia="Georgia"/>
          <w:b w:val="0"/>
          <w:i/>
          <w:sz w:val="21"/>
          <w:u w:val="none"/>
        </w:rPr>
        <w:t xml:space="preserve">us. </w:t>
      </w:r>
      <w:r>
        <w:rPr>
          <w:rFonts w:ascii="Georgia" w:hAnsi="Georgia" w:eastAsia="Georgia"/>
          <w:b w:val="0"/>
          <w:i w:val="0"/>
          <w:sz w:val="21"/>
          <w:u w:val="none"/>
        </w:rPr>
        <w:t xml:space="preserve">By His death as our substitution, as the “lamb of God who takes away the sin of the world”, He opened the way and bridged that chasm between God and man that sin had built. The doctrine that there are many paths to God is a </w:t>
      </w:r>
      <w:r>
        <w:rPr>
          <w:rFonts w:ascii="Georgia" w:hAnsi="Georgia" w:eastAsia="Georgia"/>
          <w:b w:val="0"/>
          <w:i/>
          <w:sz w:val="21"/>
          <w:u w:val="none"/>
        </w:rPr>
        <w:t>lie.</w:t>
      </w:r>
      <w:r>
        <w:rPr>
          <w:rFonts w:ascii="Georgia" w:hAnsi="Georgia" w:eastAsia="Georgia"/>
          <w:b w:val="0"/>
          <w:i w:val="0"/>
          <w:sz w:val="21"/>
          <w:u w:val="none"/>
        </w:rPr>
        <w:t xml:space="preserve"> – Don’t believe it! Jesus says the way to life is narrow, and He says very plainly, “</w:t>
      </w:r>
      <w:r>
        <w:rPr>
          <w:rFonts w:ascii="Georgia" w:hAnsi="Georgia" w:eastAsia="Georgia"/>
          <w:b w:val="0"/>
          <w:i/>
          <w:sz w:val="21"/>
          <w:u w:val="none"/>
        </w:rPr>
        <w:t xml:space="preserve">I </w:t>
      </w:r>
      <w:r>
        <w:rPr>
          <w:rFonts w:ascii="Georgia" w:hAnsi="Georgia" w:eastAsia="Georgia"/>
          <w:b w:val="0"/>
          <w:i w:val="0"/>
          <w:sz w:val="21"/>
          <w:u w:val="none"/>
        </w:rPr>
        <w:t xml:space="preserve">am the Way, the </w:t>
      </w:r>
      <w:r>
        <w:rPr>
          <w:rFonts w:ascii="Georgia" w:hAnsi="Georgia" w:eastAsia="Georgia"/>
          <w:b w:val="0"/>
          <w:i/>
          <w:sz w:val="21"/>
          <w:u w:val="none"/>
        </w:rPr>
        <w:t xml:space="preserve">Truth </w:t>
      </w:r>
      <w:r>
        <w:rPr>
          <w:rFonts w:ascii="Georgia" w:hAnsi="Georgia" w:eastAsia="Georgia"/>
          <w:b w:val="0"/>
          <w:i w:val="0"/>
          <w:sz w:val="21"/>
          <w:u w:val="none"/>
        </w:rPr>
        <w:t xml:space="preserve">and the </w:t>
      </w:r>
      <w:r>
        <w:rPr>
          <w:rFonts w:ascii="Georgia" w:hAnsi="Georgia" w:eastAsia="Georgia"/>
          <w:b w:val="0"/>
          <w:i/>
          <w:sz w:val="21"/>
          <w:u w:val="none"/>
        </w:rPr>
        <w:t xml:space="preserve">Life </w:t>
      </w:r>
      <w:r>
        <w:rPr>
          <w:rFonts w:ascii="Georgia" w:hAnsi="Georgia" w:eastAsia="Georgia"/>
          <w:b w:val="0"/>
          <w:i w:val="0"/>
          <w:sz w:val="21"/>
          <w:u w:val="none"/>
        </w:rPr>
        <w:t>– no man comes to the Father but by Me</w:t>
      </w:r>
      <w:r>
        <w:rPr>
          <w:rFonts w:ascii="Georgia" w:hAnsi="Georgia" w:eastAsia="Georgia"/>
          <w:b w:val="0"/>
          <w:i/>
          <w:sz w:val="21"/>
          <w:u w:val="none"/>
        </w:rPr>
        <w:t>.”</w:t>
      </w:r>
    </w:p>
    <w:p>
      <w:pPr>
        <w:widowControl/>
      </w:pPr>
      <w:r>
        <w:rPr>
          <w:rFonts w:ascii="Georgia" w:hAnsi="Georgia" w:eastAsia="Georgia"/>
          <w:b w:val="0"/>
          <w:i w:val="0"/>
          <w:sz w:val="21"/>
          <w:u w:val="none"/>
        </w:rPr>
        <w:t xml:space="preserve">By His death and resurrection, He defeated </w:t>
      </w:r>
      <w:r>
        <w:rPr>
          <w:rFonts w:ascii="Georgia" w:hAnsi="Georgia" w:eastAsia="Georgia"/>
          <w:b w:val="0"/>
          <w:i/>
          <w:sz w:val="21"/>
          <w:u w:val="none"/>
        </w:rPr>
        <w:t xml:space="preserve">both </w:t>
      </w:r>
      <w:r>
        <w:rPr>
          <w:rFonts w:ascii="Georgia" w:hAnsi="Georgia" w:eastAsia="Georgia"/>
          <w:b w:val="0"/>
          <w:i w:val="0"/>
          <w:sz w:val="21"/>
          <w:u w:val="none"/>
        </w:rPr>
        <w:t xml:space="preserve">sin </w:t>
      </w:r>
      <w:r>
        <w:rPr>
          <w:rFonts w:ascii="Georgia" w:hAnsi="Georgia" w:eastAsia="Georgia"/>
          <w:b w:val="0"/>
          <w:i/>
          <w:sz w:val="21"/>
          <w:u w:val="none"/>
        </w:rPr>
        <w:t xml:space="preserve">and </w:t>
      </w:r>
      <w:r>
        <w:rPr>
          <w:rFonts w:ascii="Georgia" w:hAnsi="Georgia" w:eastAsia="Georgia"/>
          <w:b w:val="0"/>
          <w:i w:val="0"/>
          <w:sz w:val="21"/>
          <w:u w:val="none"/>
        </w:rPr>
        <w:t xml:space="preserve">the penalty for sin, because He didn’t </w:t>
      </w:r>
      <w:r>
        <w:rPr>
          <w:rFonts w:ascii="Georgia" w:hAnsi="Georgia" w:eastAsia="Georgia"/>
          <w:b w:val="0"/>
          <w:i/>
          <w:sz w:val="21"/>
          <w:u w:val="none"/>
        </w:rPr>
        <w:t xml:space="preserve">stay </w:t>
      </w:r>
      <w:r>
        <w:rPr>
          <w:rFonts w:ascii="Georgia" w:hAnsi="Georgia" w:eastAsia="Georgia"/>
          <w:b w:val="0"/>
          <w:i w:val="0"/>
          <w:sz w:val="21"/>
          <w:u w:val="none"/>
        </w:rPr>
        <w:t xml:space="preserve">dead! His promise to us now is: “Because I live, you shall live also.” This He has given as a </w:t>
      </w:r>
      <w:r>
        <w:rPr>
          <w:rFonts w:ascii="Georgia" w:hAnsi="Georgia" w:eastAsia="Georgia"/>
          <w:b w:val="0"/>
          <w:i/>
          <w:sz w:val="21"/>
          <w:u w:val="none"/>
        </w:rPr>
        <w:t xml:space="preserve">free gift </w:t>
      </w:r>
      <w:r>
        <w:rPr>
          <w:rFonts w:ascii="Georgia" w:hAnsi="Georgia" w:eastAsia="Georgia"/>
          <w:b w:val="0"/>
          <w:i w:val="0"/>
          <w:sz w:val="21"/>
          <w:u w:val="none"/>
        </w:rPr>
        <w:t xml:space="preserve">to us, and when we reach out and take it, we immediately pass from death to life. We are no longer under the curse, and when the time comes to leave our mortal body, we do not </w:t>
      </w:r>
      <w:r>
        <w:rPr>
          <w:rFonts w:ascii="Georgia" w:hAnsi="Georgia" w:eastAsia="Georgia"/>
          <w:b w:val="0"/>
          <w:i/>
          <w:sz w:val="21"/>
          <w:u w:val="none"/>
        </w:rPr>
        <w:t xml:space="preserve">die </w:t>
      </w:r>
      <w:r>
        <w:rPr>
          <w:rFonts w:ascii="Georgia" w:hAnsi="Georgia" w:eastAsia="Georgia"/>
          <w:b w:val="0"/>
          <w:i w:val="0"/>
          <w:sz w:val="21"/>
          <w:u w:val="none"/>
        </w:rPr>
        <w:t>at all. The death of the mortal body is like a butterfly being released from its cocoon. Death is only a door, and it has not even entered into our finite minds what God has prepared for us on the other side of the door.</w:t>
      </w:r>
    </w:p>
    <w:p>
      <w:pPr>
        <w:widowControl/>
      </w:pPr>
      <w:r>
        <w:rPr>
          <w:rFonts w:ascii="Georgia" w:hAnsi="Georgia" w:eastAsia="Georgia"/>
          <w:b w:val="0"/>
          <w:i w:val="0"/>
          <w:sz w:val="21"/>
          <w:u w:val="none"/>
        </w:rPr>
        <w:t xml:space="preserve">As if the wonder of all this were not enough, already, our God who is Love has given us even more, for He has promised that in the very moment we open the door to our heart and accept that free gift of salvation through the blood of Christ, His </w:t>
      </w:r>
      <w:r>
        <w:rPr>
          <w:rFonts w:ascii="Georgia" w:hAnsi="Georgia" w:eastAsia="Georgia"/>
          <w:b w:val="0"/>
          <w:i/>
          <w:sz w:val="21"/>
          <w:u w:val="none"/>
        </w:rPr>
        <w:t xml:space="preserve">Spirit </w:t>
      </w:r>
      <w:r>
        <w:rPr>
          <w:rFonts w:ascii="Georgia" w:hAnsi="Georgia" w:eastAsia="Georgia"/>
          <w:b w:val="0"/>
          <w:i w:val="0"/>
          <w:sz w:val="21"/>
          <w:u w:val="none"/>
        </w:rPr>
        <w:t xml:space="preserve">enters </w:t>
      </w:r>
      <w:r>
        <w:rPr>
          <w:rFonts w:ascii="Georgia" w:hAnsi="Georgia" w:eastAsia="Georgia"/>
          <w:b w:val="0"/>
          <w:i/>
          <w:sz w:val="21"/>
          <w:u w:val="none"/>
        </w:rPr>
        <w:t xml:space="preserve">into </w:t>
      </w:r>
      <w:r>
        <w:rPr>
          <w:rFonts w:ascii="Georgia" w:hAnsi="Georgia" w:eastAsia="Georgia"/>
          <w:b w:val="0"/>
          <w:i w:val="0"/>
          <w:sz w:val="21"/>
          <w:u w:val="none"/>
        </w:rPr>
        <w:t xml:space="preserve">our heart to live there. He then begins a process of </w:t>
      </w:r>
      <w:r>
        <w:rPr>
          <w:rFonts w:ascii="Georgia" w:hAnsi="Georgia" w:eastAsia="Georgia"/>
          <w:b w:val="0"/>
          <w:i/>
          <w:sz w:val="21"/>
          <w:u w:val="none"/>
        </w:rPr>
        <w:t xml:space="preserve">transforming </w:t>
      </w:r>
      <w:r>
        <w:rPr>
          <w:rFonts w:ascii="Georgia" w:hAnsi="Georgia" w:eastAsia="Georgia"/>
          <w:b w:val="0"/>
          <w:i w:val="0"/>
          <w:sz w:val="21"/>
          <w:u w:val="none"/>
        </w:rPr>
        <w:t xml:space="preserve">us from a caterpillar into a butterfly. It’s like the old self dies and a new self is born. This is what it means to be “born again”, and the process that now begins by the power of the Holy Spirit working </w:t>
      </w:r>
      <w:r>
        <w:rPr>
          <w:rFonts w:ascii="Georgia" w:hAnsi="Georgia" w:eastAsia="Georgia"/>
          <w:b w:val="0"/>
          <w:i/>
          <w:sz w:val="21"/>
          <w:u w:val="none"/>
        </w:rPr>
        <w:t xml:space="preserve">in </w:t>
      </w:r>
      <w:r>
        <w:rPr>
          <w:rFonts w:ascii="Georgia" w:hAnsi="Georgia" w:eastAsia="Georgia"/>
          <w:b w:val="0"/>
          <w:i w:val="0"/>
          <w:sz w:val="21"/>
          <w:u w:val="none"/>
        </w:rPr>
        <w:t xml:space="preserve">us is called “sanctification” – the process of being made to be like Christ. We soon find that the things of the “world” we once enjoyed don’t appeal to us anymore, while at the same time the Bible and church and other Christians become more and more attractive and important to us. We grow in Christ just like a human baby grows into an adult. At first, we can only drink milk and we must depend on other Christians to feed us. Then we learn to crawl and then to walk and to eat meat. This can’t be done in a vacuum. We </w:t>
      </w:r>
      <w:r>
        <w:rPr>
          <w:rFonts w:ascii="Georgia" w:hAnsi="Georgia" w:eastAsia="Georgia"/>
          <w:b w:val="0"/>
          <w:i/>
          <w:sz w:val="21"/>
          <w:u w:val="none"/>
        </w:rPr>
        <w:t xml:space="preserve">need </w:t>
      </w:r>
      <w:r>
        <w:rPr>
          <w:rFonts w:ascii="Georgia" w:hAnsi="Georgia" w:eastAsia="Georgia"/>
          <w:b w:val="0"/>
          <w:i w:val="0"/>
          <w:sz w:val="21"/>
          <w:u w:val="none"/>
        </w:rPr>
        <w:t xml:space="preserve">other Christians in order to mature the way God intends. The Bible says the church is the </w:t>
      </w:r>
      <w:r>
        <w:rPr>
          <w:rFonts w:ascii="Georgia" w:hAnsi="Georgia" w:eastAsia="Georgia"/>
          <w:b w:val="0"/>
          <w:i/>
          <w:sz w:val="21"/>
          <w:u w:val="none"/>
        </w:rPr>
        <w:t xml:space="preserve">body </w:t>
      </w:r>
      <w:r>
        <w:rPr>
          <w:rFonts w:ascii="Georgia" w:hAnsi="Georgia" w:eastAsia="Georgia"/>
          <w:b w:val="0"/>
          <w:i w:val="0"/>
          <w:sz w:val="21"/>
          <w:u w:val="none"/>
        </w:rPr>
        <w:t xml:space="preserve">of Christ. </w:t>
      </w:r>
      <w:r>
        <w:rPr>
          <w:rFonts w:ascii="Georgia" w:hAnsi="Georgia" w:eastAsia="Georgia"/>
          <w:b w:val="0"/>
          <w:i/>
          <w:sz w:val="21"/>
          <w:u w:val="none"/>
        </w:rPr>
        <w:t xml:space="preserve">He </w:t>
      </w:r>
      <w:r>
        <w:rPr>
          <w:rFonts w:ascii="Georgia" w:hAnsi="Georgia" w:eastAsia="Georgia"/>
          <w:b w:val="0"/>
          <w:i w:val="0"/>
          <w:sz w:val="21"/>
          <w:u w:val="none"/>
        </w:rPr>
        <w:t xml:space="preserve">is the head and we are all parts of His body. Just as the physical body has different parts with different functions, so does Christ’s body, the church. Each of us who now has the Holy Spirit in us has been given </w:t>
      </w:r>
      <w:r>
        <w:rPr>
          <w:rFonts w:ascii="Georgia" w:hAnsi="Georgia" w:eastAsia="Georgia"/>
          <w:b w:val="0"/>
          <w:i/>
          <w:sz w:val="21"/>
          <w:u w:val="none"/>
        </w:rPr>
        <w:t xml:space="preserve">unique </w:t>
      </w:r>
      <w:r>
        <w:rPr>
          <w:rFonts w:ascii="Georgia" w:hAnsi="Georgia" w:eastAsia="Georgia"/>
          <w:b w:val="0"/>
          <w:i w:val="0"/>
          <w:sz w:val="21"/>
          <w:u w:val="none"/>
        </w:rPr>
        <w:t xml:space="preserve">gifts that God intends us to </w:t>
      </w:r>
      <w:r>
        <w:rPr>
          <w:rFonts w:ascii="Georgia" w:hAnsi="Georgia" w:eastAsia="Georgia"/>
          <w:b w:val="0"/>
          <w:i/>
          <w:sz w:val="21"/>
          <w:u w:val="none"/>
        </w:rPr>
        <w:t xml:space="preserve">use </w:t>
      </w:r>
      <w:r>
        <w:rPr>
          <w:rFonts w:ascii="Georgia" w:hAnsi="Georgia" w:eastAsia="Georgia"/>
          <w:b w:val="0"/>
          <w:i w:val="0"/>
          <w:sz w:val="21"/>
          <w:u w:val="none"/>
        </w:rPr>
        <w:t>to “build up” one another. But are we doing that?</w:t>
      </w:r>
    </w:p>
    <w:p>
      <w:pPr>
        <w:widowControl/>
      </w:pPr>
      <w:r>
        <w:rPr>
          <w:rFonts w:ascii="Georgia" w:hAnsi="Georgia" w:eastAsia="Georgia"/>
          <w:b w:val="0"/>
          <w:i w:val="0"/>
          <w:sz w:val="21"/>
          <w:u w:val="none"/>
        </w:rPr>
        <w:t xml:space="preserve">When some of the parts of the body are missing or not working properly, the body will be sick or handicapped just like a physical human body. Only when all the parts do their part and work together will there be a healthy body. This is what God </w:t>
      </w:r>
      <w:r>
        <w:rPr>
          <w:rFonts w:ascii="Georgia" w:hAnsi="Georgia" w:eastAsia="Georgia"/>
          <w:b w:val="0"/>
          <w:i/>
          <w:sz w:val="21"/>
          <w:u w:val="none"/>
        </w:rPr>
        <w:t xml:space="preserve">wants </w:t>
      </w:r>
      <w:r>
        <w:rPr>
          <w:rFonts w:ascii="Georgia" w:hAnsi="Georgia" w:eastAsia="Georgia"/>
          <w:b w:val="0"/>
          <w:i w:val="0"/>
          <w:sz w:val="21"/>
          <w:u w:val="none"/>
        </w:rPr>
        <w:t xml:space="preserve">for His body – the church on earth. To be a really healthy functioning church congregation, we must operate according to the operator’s manual. Yet most of the time we just don’t. </w:t>
      </w:r>
      <w:r>
        <w:rPr>
          <w:rFonts w:ascii="Georgia" w:hAnsi="Georgia" w:eastAsia="Georgia"/>
          <w:b w:val="0"/>
          <w:i/>
          <w:sz w:val="21"/>
          <w:u w:val="none"/>
        </w:rPr>
        <w:t xml:space="preserve">Why </w:t>
      </w:r>
      <w:r>
        <w:rPr>
          <w:rFonts w:ascii="Georgia" w:hAnsi="Georgia" w:eastAsia="Georgia"/>
          <w:b w:val="0"/>
          <w:i w:val="0"/>
          <w:sz w:val="21"/>
          <w:u w:val="none"/>
        </w:rPr>
        <w:t xml:space="preserve">is that?!!! Why is it that when the world </w:t>
      </w:r>
      <w:r>
        <w:rPr>
          <w:rFonts w:ascii="Georgia" w:hAnsi="Georgia" w:eastAsia="Georgia"/>
          <w:b w:val="0"/>
          <w:i/>
          <w:sz w:val="21"/>
          <w:u w:val="none"/>
        </w:rPr>
        <w:t xml:space="preserve">outside </w:t>
      </w:r>
      <w:r>
        <w:rPr>
          <w:rFonts w:ascii="Georgia" w:hAnsi="Georgia" w:eastAsia="Georgia"/>
          <w:b w:val="0"/>
          <w:i w:val="0"/>
          <w:sz w:val="21"/>
          <w:u w:val="none"/>
        </w:rPr>
        <w:t>the church looks at us, they seldom see people any different than they are</w:t>
      </w:r>
      <w:r>
        <w:rPr>
          <w:rFonts w:ascii="Georgia" w:hAnsi="Georgia" w:eastAsia="Georgia"/>
          <w:b w:val="0"/>
          <w:i w:val="0"/>
          <w:sz w:val="21"/>
          <w:u w:val="none"/>
        </w:rPr>
        <w:t xml:space="preserve">? If the Holy Spirit of Almighty God </w:t>
      </w:r>
      <w:r>
        <w:rPr>
          <w:rFonts w:ascii="Georgia" w:hAnsi="Georgia" w:eastAsia="Georgia"/>
          <w:b w:val="0"/>
          <w:i/>
          <w:sz w:val="21"/>
          <w:u w:val="none"/>
        </w:rPr>
        <w:t xml:space="preserve">lives </w:t>
      </w:r>
      <w:r>
        <w:rPr>
          <w:rFonts w:ascii="Georgia" w:hAnsi="Georgia" w:eastAsia="Georgia"/>
          <w:b w:val="0"/>
          <w:i w:val="0"/>
          <w:sz w:val="21"/>
          <w:u w:val="none"/>
        </w:rPr>
        <w:t xml:space="preserve">in us and </w:t>
      </w:r>
      <w:r>
        <w:rPr>
          <w:rFonts w:ascii="Georgia" w:hAnsi="Georgia" w:eastAsia="Georgia"/>
          <w:b w:val="0"/>
          <w:i/>
          <w:sz w:val="21"/>
          <w:u w:val="none"/>
        </w:rPr>
        <w:t xml:space="preserve">not </w:t>
      </w:r>
      <w:r>
        <w:rPr>
          <w:rFonts w:ascii="Georgia" w:hAnsi="Georgia" w:eastAsia="Georgia"/>
          <w:b w:val="0"/>
          <w:i w:val="0"/>
          <w:sz w:val="21"/>
          <w:u w:val="none"/>
        </w:rPr>
        <w:t xml:space="preserve">in </w:t>
      </w:r>
      <w:r>
        <w:rPr>
          <w:rFonts w:ascii="Georgia" w:hAnsi="Georgia" w:eastAsia="Georgia"/>
          <w:b w:val="0"/>
          <w:i/>
          <w:sz w:val="21"/>
          <w:u w:val="none"/>
        </w:rPr>
        <w:t xml:space="preserve">them, </w:t>
      </w:r>
      <w:r>
        <w:rPr>
          <w:rFonts w:ascii="Georgia" w:hAnsi="Georgia" w:eastAsia="Georgia"/>
          <w:b w:val="0"/>
          <w:i w:val="0"/>
          <w:sz w:val="21"/>
          <w:u w:val="none"/>
        </w:rPr>
        <w:t xml:space="preserve">why aren’t we seeing that? And where is the </w:t>
      </w:r>
      <w:r>
        <w:rPr>
          <w:rFonts w:ascii="Georgia" w:hAnsi="Georgia" w:eastAsia="Georgia"/>
          <w:b w:val="0"/>
          <w:i/>
          <w:sz w:val="21"/>
          <w:u w:val="none"/>
        </w:rPr>
        <w:t>love</w:t>
      </w:r>
      <w:r>
        <w:rPr>
          <w:rFonts w:ascii="Georgia" w:hAnsi="Georgia" w:eastAsia="Georgia"/>
          <w:b w:val="0"/>
          <w:i w:val="0"/>
          <w:sz w:val="21"/>
          <w:u w:val="none"/>
        </w:rPr>
        <w:t xml:space="preserve">??? In John 13:34-35, Jesus says to His disciples (and to all </w:t>
      </w:r>
      <w:r>
        <w:rPr>
          <w:rFonts w:ascii="Georgia" w:hAnsi="Georgia" w:eastAsia="Georgia"/>
          <w:b w:val="0"/>
          <w:i/>
          <w:sz w:val="21"/>
          <w:u w:val="none"/>
        </w:rPr>
        <w:t xml:space="preserve">future </w:t>
      </w:r>
      <w:r>
        <w:rPr>
          <w:rFonts w:ascii="Georgia" w:hAnsi="Georgia" w:eastAsia="Georgia"/>
          <w:b w:val="0"/>
          <w:i w:val="0"/>
          <w:sz w:val="21"/>
          <w:u w:val="none"/>
        </w:rPr>
        <w:t xml:space="preserve">disciples, which includes you and me): “A new command I give to you: </w:t>
      </w:r>
      <w:r>
        <w:rPr>
          <w:rFonts w:ascii="Georgia" w:hAnsi="Georgia" w:eastAsia="Georgia"/>
          <w:b w:val="0"/>
          <w:i/>
          <w:sz w:val="21"/>
          <w:u w:val="none"/>
        </w:rPr>
        <w:t xml:space="preserve">Love one another. </w:t>
      </w:r>
      <w:r>
        <w:rPr>
          <w:rFonts w:ascii="Georgia" w:hAnsi="Georgia" w:eastAsia="Georgia"/>
          <w:b w:val="0"/>
          <w:i w:val="0"/>
          <w:sz w:val="21"/>
          <w:u w:val="none"/>
        </w:rPr>
        <w:t xml:space="preserve">As I have loved you, </w:t>
      </w:r>
      <w:r>
        <w:rPr>
          <w:rFonts w:ascii="Georgia" w:hAnsi="Georgia" w:eastAsia="Georgia"/>
          <w:b w:val="0"/>
          <w:i/>
          <w:sz w:val="21"/>
          <w:u w:val="none"/>
        </w:rPr>
        <w:t xml:space="preserve">so </w:t>
      </w:r>
      <w:r>
        <w:rPr>
          <w:rFonts w:ascii="Georgia" w:hAnsi="Georgia" w:eastAsia="Georgia"/>
          <w:b w:val="0"/>
          <w:i w:val="0"/>
          <w:sz w:val="21"/>
          <w:u w:val="none"/>
        </w:rPr>
        <w:t xml:space="preserve">you must love </w:t>
      </w:r>
      <w:r>
        <w:rPr>
          <w:rFonts w:ascii="Georgia" w:hAnsi="Georgia" w:eastAsia="Georgia"/>
          <w:b w:val="0"/>
          <w:i/>
          <w:sz w:val="21"/>
          <w:u w:val="none"/>
        </w:rPr>
        <w:t xml:space="preserve">one another. </w:t>
      </w:r>
      <w:r>
        <w:rPr>
          <w:rFonts w:ascii="Georgia" w:hAnsi="Georgia" w:eastAsia="Georgia"/>
          <w:b w:val="0"/>
          <w:i w:val="0"/>
          <w:sz w:val="21"/>
          <w:u w:val="none"/>
        </w:rPr>
        <w:t xml:space="preserve">By </w:t>
      </w:r>
      <w:r>
        <w:rPr>
          <w:rFonts w:ascii="Georgia" w:hAnsi="Georgia" w:eastAsia="Georgia"/>
          <w:b w:val="0"/>
          <w:i/>
          <w:sz w:val="21"/>
          <w:u w:val="none"/>
        </w:rPr>
        <w:t xml:space="preserve">this </w:t>
      </w:r>
      <w:r>
        <w:rPr>
          <w:rFonts w:ascii="Georgia" w:hAnsi="Georgia" w:eastAsia="Georgia"/>
          <w:b w:val="0"/>
          <w:i w:val="0"/>
          <w:sz w:val="21"/>
          <w:u w:val="none"/>
        </w:rPr>
        <w:t xml:space="preserve">all men will </w:t>
      </w:r>
      <w:r>
        <w:rPr>
          <w:rFonts w:ascii="Georgia" w:hAnsi="Georgia" w:eastAsia="Georgia"/>
          <w:b w:val="0"/>
          <w:i/>
          <w:sz w:val="21"/>
          <w:u w:val="none"/>
        </w:rPr>
        <w:t xml:space="preserve">know </w:t>
      </w:r>
      <w:r>
        <w:rPr>
          <w:rFonts w:ascii="Georgia" w:hAnsi="Georgia" w:eastAsia="Georgia"/>
          <w:b w:val="0"/>
          <w:i w:val="0"/>
          <w:sz w:val="21"/>
          <w:u w:val="none"/>
        </w:rPr>
        <w:t xml:space="preserve">you are </w:t>
      </w:r>
      <w:r>
        <w:rPr>
          <w:rFonts w:ascii="Georgia" w:hAnsi="Georgia" w:eastAsia="Georgia"/>
          <w:b w:val="0"/>
          <w:i/>
          <w:sz w:val="21"/>
          <w:u w:val="none"/>
        </w:rPr>
        <w:t xml:space="preserve">My </w:t>
      </w:r>
      <w:r>
        <w:rPr>
          <w:rFonts w:ascii="Georgia" w:hAnsi="Georgia" w:eastAsia="Georgia"/>
          <w:b w:val="0"/>
          <w:i w:val="0"/>
          <w:sz w:val="21"/>
          <w:u w:val="none"/>
        </w:rPr>
        <w:t>disciples, if you love one another.”</w:t>
      </w:r>
    </w:p>
    <w:p>
      <w:pPr>
        <w:widowControl/>
      </w:pPr>
      <w:r>
        <w:rPr>
          <w:rFonts w:ascii="Georgia" w:hAnsi="Georgia" w:eastAsia="Georgia"/>
          <w:b w:val="0"/>
          <w:i w:val="0"/>
          <w:sz w:val="21"/>
          <w:u w:val="none"/>
        </w:rPr>
        <w:t xml:space="preserve">Now we </w:t>
      </w:r>
      <w:r>
        <w:rPr>
          <w:rFonts w:ascii="Georgia" w:hAnsi="Georgia" w:eastAsia="Georgia"/>
          <w:b w:val="0"/>
          <w:i/>
          <w:sz w:val="21"/>
          <w:u w:val="none"/>
        </w:rPr>
        <w:t xml:space="preserve">know </w:t>
      </w:r>
      <w:r>
        <w:rPr>
          <w:rFonts w:ascii="Georgia" w:hAnsi="Georgia" w:eastAsia="Georgia"/>
          <w:b w:val="0"/>
          <w:i w:val="0"/>
          <w:sz w:val="21"/>
          <w:u w:val="none"/>
        </w:rPr>
        <w:t xml:space="preserve">we should, and I believe most of us really </w:t>
      </w:r>
      <w:r>
        <w:rPr>
          <w:rFonts w:ascii="Georgia" w:hAnsi="Georgia" w:eastAsia="Georgia"/>
          <w:b w:val="0"/>
          <w:i/>
          <w:sz w:val="21"/>
          <w:u w:val="none"/>
        </w:rPr>
        <w:t xml:space="preserve">want </w:t>
      </w:r>
      <w:r>
        <w:rPr>
          <w:rFonts w:ascii="Georgia" w:hAnsi="Georgia" w:eastAsia="Georgia"/>
          <w:b w:val="0"/>
          <w:i w:val="0"/>
          <w:sz w:val="21"/>
          <w:u w:val="none"/>
        </w:rPr>
        <w:t xml:space="preserve">to love our brothers in Christ, but </w:t>
      </w:r>
      <w:r>
        <w:rPr>
          <w:rFonts w:ascii="Georgia" w:hAnsi="Georgia" w:eastAsia="Georgia"/>
          <w:b w:val="0"/>
          <w:i/>
          <w:sz w:val="21"/>
          <w:u w:val="none"/>
        </w:rPr>
        <w:t xml:space="preserve">do </w:t>
      </w:r>
      <w:r>
        <w:rPr>
          <w:rFonts w:ascii="Georgia" w:hAnsi="Georgia" w:eastAsia="Georgia"/>
          <w:b w:val="0"/>
          <w:i w:val="0"/>
          <w:sz w:val="21"/>
          <w:u w:val="none"/>
        </w:rPr>
        <w:t xml:space="preserve">we? And, if not, </w:t>
      </w:r>
      <w:r>
        <w:rPr>
          <w:rFonts w:ascii="Georgia" w:hAnsi="Georgia" w:eastAsia="Georgia"/>
          <w:b w:val="0"/>
          <w:i/>
          <w:sz w:val="21"/>
          <w:u w:val="none"/>
        </w:rPr>
        <w:t xml:space="preserve">why </w:t>
      </w:r>
      <w:r>
        <w:rPr>
          <w:rFonts w:ascii="Georgia" w:hAnsi="Georgia" w:eastAsia="Georgia"/>
          <w:b w:val="0"/>
          <w:i w:val="0"/>
          <w:sz w:val="21"/>
          <w:u w:val="none"/>
        </w:rPr>
        <w:t xml:space="preserve">not? Maybe there are some members of your church who are </w:t>
      </w:r>
      <w:r>
        <w:rPr>
          <w:rFonts w:ascii="Georgia" w:hAnsi="Georgia" w:eastAsia="Georgia"/>
          <w:b w:val="0"/>
          <w:i/>
          <w:sz w:val="21"/>
          <w:u w:val="none"/>
        </w:rPr>
        <w:t xml:space="preserve">easy </w:t>
      </w:r>
      <w:r>
        <w:rPr>
          <w:rFonts w:ascii="Georgia" w:hAnsi="Georgia" w:eastAsia="Georgia"/>
          <w:b w:val="0"/>
          <w:i w:val="0"/>
          <w:sz w:val="21"/>
          <w:u w:val="none"/>
        </w:rPr>
        <w:t xml:space="preserve">to love and others that really are a challenge. Do you have “hypocrites” in your church? – You know – those who seem so pious on Sunday, but </w:t>
      </w:r>
      <w:r>
        <w:rPr>
          <w:rFonts w:ascii="Georgia" w:hAnsi="Georgia" w:eastAsia="Georgia"/>
          <w:b w:val="0"/>
          <w:i/>
          <w:sz w:val="21"/>
          <w:u w:val="none"/>
        </w:rPr>
        <w:t xml:space="preserve">you </w:t>
      </w:r>
      <w:r>
        <w:rPr>
          <w:rFonts w:ascii="Georgia" w:hAnsi="Georgia" w:eastAsia="Georgia"/>
          <w:b w:val="0"/>
          <w:i w:val="0"/>
          <w:sz w:val="21"/>
          <w:u w:val="none"/>
        </w:rPr>
        <w:t xml:space="preserve">know what they’re really like during the week. Jack is a drinker, Mortimer is a liar, Hortense is so lazy her house looks like a cyclone hit it, and that Rudy – he can’t control his temper! Does it look like maybe these people are still </w:t>
      </w:r>
      <w:r>
        <w:rPr>
          <w:rFonts w:ascii="Georgia" w:hAnsi="Georgia" w:eastAsia="Georgia"/>
          <w:b w:val="0"/>
          <w:i/>
          <w:sz w:val="21"/>
          <w:u w:val="none"/>
        </w:rPr>
        <w:t xml:space="preserve">sinners? </w:t>
      </w:r>
      <w:r>
        <w:rPr>
          <w:rFonts w:ascii="Georgia" w:hAnsi="Georgia" w:eastAsia="Georgia"/>
          <w:b w:val="0"/>
          <w:i w:val="0"/>
          <w:sz w:val="21"/>
          <w:u w:val="none"/>
        </w:rPr>
        <w:t xml:space="preserve">How can they really be Christians then? When we look at others in this way, we become critical and we judge them. We have this inflated notion that we are better than they are and this makes it impossible for any love to get through. You see, God </w:t>
      </w:r>
      <w:r>
        <w:rPr>
          <w:rFonts w:ascii="Georgia" w:hAnsi="Georgia" w:eastAsia="Georgia"/>
          <w:b w:val="0"/>
          <w:i/>
          <w:sz w:val="21"/>
          <w:u w:val="none"/>
        </w:rPr>
        <w:t xml:space="preserve">wants </w:t>
      </w:r>
      <w:r>
        <w:rPr>
          <w:rFonts w:ascii="Georgia" w:hAnsi="Georgia" w:eastAsia="Georgia"/>
          <w:b w:val="0"/>
          <w:i w:val="0"/>
          <w:sz w:val="21"/>
          <w:u w:val="none"/>
        </w:rPr>
        <w:t xml:space="preserve">to love those people </w:t>
      </w:r>
      <w:r>
        <w:rPr>
          <w:rFonts w:ascii="Georgia" w:hAnsi="Georgia" w:eastAsia="Georgia"/>
          <w:b w:val="0"/>
          <w:i/>
          <w:sz w:val="21"/>
          <w:u w:val="none"/>
        </w:rPr>
        <w:t xml:space="preserve">through us, </w:t>
      </w:r>
      <w:r>
        <w:rPr>
          <w:rFonts w:ascii="Georgia" w:hAnsi="Georgia" w:eastAsia="Georgia"/>
          <w:b w:val="0"/>
          <w:i w:val="0"/>
          <w:sz w:val="21"/>
          <w:u w:val="none"/>
        </w:rPr>
        <w:t xml:space="preserve">but how can He when </w:t>
      </w:r>
      <w:r>
        <w:rPr>
          <w:rFonts w:ascii="Georgia" w:hAnsi="Georgia" w:eastAsia="Georgia"/>
          <w:b w:val="0"/>
          <w:i/>
          <w:sz w:val="21"/>
          <w:u w:val="none"/>
        </w:rPr>
        <w:t xml:space="preserve">His </w:t>
      </w:r>
      <w:r>
        <w:rPr>
          <w:rFonts w:ascii="Georgia" w:hAnsi="Georgia" w:eastAsia="Georgia"/>
          <w:b w:val="0"/>
          <w:i w:val="0"/>
          <w:sz w:val="21"/>
          <w:u w:val="none"/>
        </w:rPr>
        <w:t>hands are tied? There is a saying that “Christians are the only army that shoots its own wounded,” and I’m sorry to say that is often true.</w:t>
      </w:r>
    </w:p>
    <w:p>
      <w:pPr>
        <w:widowControl/>
      </w:pPr>
      <w:r>
        <w:rPr>
          <w:rFonts w:ascii="Georgia" w:hAnsi="Georgia" w:eastAsia="Georgia"/>
          <w:b w:val="0"/>
          <w:i w:val="0"/>
          <w:sz w:val="21"/>
          <w:u w:val="none"/>
        </w:rPr>
        <w:t xml:space="preserve">My time is up today and we have barely scratched the surface of this topic. Can we pinpoint the cause of the problem? If so, what can we as individuals do to remedy it? The thing is, we must remember that </w:t>
      </w:r>
      <w:r>
        <w:rPr>
          <w:rFonts w:ascii="Georgia" w:hAnsi="Georgia" w:eastAsia="Georgia"/>
          <w:b w:val="0"/>
          <w:i/>
          <w:sz w:val="21"/>
          <w:u w:val="none"/>
        </w:rPr>
        <w:t xml:space="preserve">through Christ </w:t>
      </w:r>
      <w:r>
        <w:rPr>
          <w:rFonts w:ascii="Georgia" w:hAnsi="Georgia" w:eastAsia="Georgia"/>
          <w:b w:val="0"/>
          <w:i w:val="0"/>
          <w:sz w:val="21"/>
          <w:u w:val="none"/>
        </w:rPr>
        <w:t xml:space="preserve">we can do all things, but He tells us that </w:t>
      </w:r>
      <w:r>
        <w:rPr>
          <w:rFonts w:ascii="Georgia" w:hAnsi="Georgia" w:eastAsia="Georgia"/>
          <w:b w:val="0"/>
          <w:i/>
          <w:sz w:val="21"/>
          <w:u w:val="none"/>
        </w:rPr>
        <w:t xml:space="preserve">without </w:t>
      </w:r>
      <w:r>
        <w:rPr>
          <w:rFonts w:ascii="Georgia" w:hAnsi="Georgia" w:eastAsia="Georgia"/>
          <w:b w:val="0"/>
          <w:i w:val="0"/>
          <w:sz w:val="21"/>
          <w:u w:val="none"/>
        </w:rPr>
        <w:t xml:space="preserve">Him, we can do </w:t>
      </w:r>
      <w:r>
        <w:rPr>
          <w:rFonts w:ascii="Georgia" w:hAnsi="Georgia" w:eastAsia="Georgia"/>
          <w:b w:val="0"/>
          <w:i/>
          <w:sz w:val="21"/>
          <w:u w:val="none"/>
        </w:rPr>
        <w:t>nothing</w:t>
      </w:r>
      <w:r>
        <w:rPr>
          <w:rFonts w:ascii="Georgia" w:hAnsi="Georgia" w:eastAsia="Georgia"/>
          <w:b w:val="0"/>
          <w:i w:val="0"/>
          <w:sz w:val="21"/>
          <w:u w:val="none"/>
        </w:rPr>
        <w:t>!</w:t>
      </w:r>
    </w:p>
    <w:p>
      <w:pPr>
        <w:widowControl/>
      </w:pPr>
      <w:r>
        <w:rPr>
          <w:rFonts w:ascii="Georgia" w:hAnsi="Georgia" w:eastAsia="Georgia"/>
          <w:b w:val="0"/>
          <w:i w:val="0"/>
          <w:sz w:val="21"/>
          <w:u w:val="none"/>
        </w:rPr>
        <w:t>We’ll talk more about this next week. Thanks for listening!</w:t>
      </w:r>
    </w:p>
    <w:p>
      <w:bookmarkStart w:id="27" w:name="reflection_26"/>
      <w:pPr>
        <w:pStyle w:val="Heading1"/>
      </w:pPr>
      <w:r>
        <w:rPr>
          <w:rFonts w:ascii="Georgia" w:hAnsi="Georgia" w:eastAsia="Georgia"/>
          <w:b/>
          <w:color w:val="226FA4"/>
          <w:sz w:val="34"/>
        </w:rPr>
        <w:t>Love of Others Inside the Church – Part 2</w:t>
      </w:r>
      <w:bookmarkEnd w:id="27"/>
    </w:p>
    <w:p>
      <w:pPr>
        <w:widowControl/>
      </w:pPr>
      <w:r>
        <w:rPr>
          <w:rFonts w:ascii="Georgia" w:hAnsi="Georgia" w:eastAsia="Georgia"/>
          <w:b w:val="0"/>
          <w:i w:val="0"/>
          <w:sz w:val="21"/>
          <w:u w:val="none"/>
        </w:rPr>
        <w:t xml:space="preserve">It has been twelve years now since my husband and I became members of the Huntley Church. That doesn’t seem like a very long time – yet in those 12 years our church has undergone some huge changes. We’ve changed pastors twice and I count 18 families that have joined us since we came, many of them with small children, and the new babies keep coming. This sounds wonderful and we think we must be doing something right to attract so many new people. But there is another side to this picture: In those 12 years we have lost 11 of our oldest members to death and 9 families have moved away. This is pretty average and maybe to be expected in a congregation of our size, but we </w:t>
      </w:r>
      <w:r>
        <w:rPr>
          <w:rFonts w:ascii="Georgia" w:hAnsi="Georgia" w:eastAsia="Georgia"/>
          <w:b w:val="0"/>
          <w:i/>
          <w:sz w:val="21"/>
          <w:u w:val="none"/>
        </w:rPr>
        <w:t xml:space="preserve">also </w:t>
      </w:r>
      <w:r>
        <w:rPr>
          <w:rFonts w:ascii="Georgia" w:hAnsi="Georgia" w:eastAsia="Georgia"/>
          <w:b w:val="0"/>
          <w:i w:val="0"/>
          <w:sz w:val="21"/>
          <w:u w:val="none"/>
        </w:rPr>
        <w:t xml:space="preserve">have had way too many </w:t>
      </w:r>
      <w:r>
        <w:rPr>
          <w:rFonts w:ascii="Georgia" w:hAnsi="Georgia" w:eastAsia="Georgia"/>
          <w:b w:val="0"/>
          <w:i/>
          <w:sz w:val="21"/>
          <w:u w:val="none"/>
        </w:rPr>
        <w:t xml:space="preserve">families </w:t>
      </w:r>
      <w:r>
        <w:rPr>
          <w:rFonts w:ascii="Georgia" w:hAnsi="Georgia" w:eastAsia="Georgia"/>
          <w:b w:val="0"/>
          <w:i w:val="0"/>
          <w:sz w:val="21"/>
          <w:u w:val="none"/>
        </w:rPr>
        <w:t xml:space="preserve">who have </w:t>
      </w:r>
      <w:r>
        <w:rPr>
          <w:rFonts w:ascii="Georgia" w:hAnsi="Georgia" w:eastAsia="Georgia"/>
          <w:b w:val="0"/>
          <w:i/>
          <w:sz w:val="21"/>
          <w:u w:val="none"/>
        </w:rPr>
        <w:t xml:space="preserve">left </w:t>
      </w:r>
      <w:r>
        <w:rPr>
          <w:rFonts w:ascii="Georgia" w:hAnsi="Georgia" w:eastAsia="Georgia"/>
          <w:b w:val="0"/>
          <w:i w:val="0"/>
          <w:sz w:val="21"/>
          <w:u w:val="none"/>
        </w:rPr>
        <w:t>our flock for good because our church was not meeting their needs, and some of those people left with hard feelings. This is the number we should be concerned about. Now I know some of these people have found a better fit in other congregations, which is fine, but I don’t know about the others. Are they going to church at all? And if not, have they turned back from following Jesus? Where did we drop the ball?</w:t>
      </w:r>
    </w:p>
    <w:p>
      <w:pPr>
        <w:widowControl/>
      </w:pPr>
      <w:r>
        <w:rPr>
          <w:rFonts w:ascii="Georgia" w:hAnsi="Georgia" w:eastAsia="Georgia"/>
          <w:b w:val="0"/>
          <w:i w:val="0"/>
          <w:sz w:val="21"/>
          <w:u w:val="none"/>
        </w:rPr>
        <w:t xml:space="preserve">Jesus said the world would recognize that we are His disciples when they see the </w:t>
      </w:r>
      <w:r>
        <w:rPr>
          <w:rFonts w:ascii="Georgia" w:hAnsi="Georgia" w:eastAsia="Georgia"/>
          <w:b w:val="0"/>
          <w:i/>
          <w:sz w:val="21"/>
          <w:u w:val="none"/>
        </w:rPr>
        <w:t xml:space="preserve">love </w:t>
      </w:r>
      <w:r>
        <w:rPr>
          <w:rFonts w:ascii="Georgia" w:hAnsi="Georgia" w:eastAsia="Georgia"/>
          <w:b w:val="0"/>
          <w:i w:val="0"/>
          <w:sz w:val="21"/>
          <w:u w:val="none"/>
        </w:rPr>
        <w:t xml:space="preserve">we have for one another. </w:t>
      </w:r>
      <w:r>
        <w:rPr>
          <w:rFonts w:ascii="Georgia" w:hAnsi="Georgia" w:eastAsia="Georgia"/>
          <w:b w:val="0"/>
          <w:i/>
          <w:sz w:val="21"/>
          <w:u w:val="none"/>
        </w:rPr>
        <w:t xml:space="preserve">Do </w:t>
      </w:r>
      <w:r>
        <w:rPr>
          <w:rFonts w:ascii="Georgia" w:hAnsi="Georgia" w:eastAsia="Georgia"/>
          <w:b w:val="0"/>
          <w:i w:val="0"/>
          <w:sz w:val="21"/>
          <w:u w:val="none"/>
        </w:rPr>
        <w:t xml:space="preserve">they see that in us, or do they see criticism and bickering and hurt feelings? Can we feel like part of a loving family when we come into our church, or do we come wearing </w:t>
      </w:r>
      <w:r>
        <w:rPr>
          <w:rFonts w:ascii="Georgia" w:hAnsi="Georgia" w:eastAsia="Georgia"/>
          <w:b w:val="0"/>
          <w:i/>
          <w:sz w:val="21"/>
          <w:u w:val="none"/>
        </w:rPr>
        <w:t xml:space="preserve">masks </w:t>
      </w:r>
      <w:r>
        <w:rPr>
          <w:rFonts w:ascii="Georgia" w:hAnsi="Georgia" w:eastAsia="Georgia"/>
          <w:b w:val="0"/>
          <w:i w:val="0"/>
          <w:sz w:val="21"/>
          <w:u w:val="none"/>
        </w:rPr>
        <w:t xml:space="preserve">that hide who we really are because we’re afraid if we let others see our faults, they will </w:t>
      </w:r>
      <w:r>
        <w:rPr>
          <w:rFonts w:ascii="Georgia" w:hAnsi="Georgia" w:eastAsia="Georgia"/>
          <w:b w:val="0"/>
          <w:i/>
          <w:sz w:val="21"/>
          <w:u w:val="none"/>
        </w:rPr>
        <w:t xml:space="preserve">judge </w:t>
      </w:r>
      <w:r>
        <w:rPr>
          <w:rFonts w:ascii="Georgia" w:hAnsi="Georgia" w:eastAsia="Georgia"/>
          <w:b w:val="0"/>
          <w:i w:val="0"/>
          <w:sz w:val="21"/>
          <w:u w:val="none"/>
        </w:rPr>
        <w:t xml:space="preserve">us and </w:t>
      </w:r>
      <w:r>
        <w:rPr>
          <w:rFonts w:ascii="Georgia" w:hAnsi="Georgia" w:eastAsia="Georgia"/>
          <w:b w:val="0"/>
          <w:i/>
          <w:sz w:val="21"/>
          <w:u w:val="none"/>
        </w:rPr>
        <w:t xml:space="preserve">reject </w:t>
      </w:r>
      <w:r>
        <w:rPr>
          <w:rFonts w:ascii="Georgia" w:hAnsi="Georgia" w:eastAsia="Georgia"/>
          <w:b w:val="0"/>
          <w:i w:val="0"/>
          <w:sz w:val="21"/>
          <w:u w:val="none"/>
        </w:rPr>
        <w:t>us?</w:t>
      </w:r>
    </w:p>
    <w:p>
      <w:pPr>
        <w:widowControl/>
      </w:pPr>
      <w:r>
        <w:rPr>
          <w:rFonts w:ascii="Georgia" w:hAnsi="Georgia" w:eastAsia="Georgia"/>
          <w:b w:val="0"/>
          <w:i w:val="0"/>
          <w:sz w:val="21"/>
          <w:u w:val="none"/>
        </w:rPr>
        <w:t xml:space="preserve">We live in a fallen world, and every one of us was born of imperfect parents. We all bring with us, into our church fellowship, </w:t>
      </w:r>
      <w:r>
        <w:rPr>
          <w:rFonts w:ascii="Georgia" w:hAnsi="Georgia" w:eastAsia="Georgia"/>
          <w:b w:val="0"/>
          <w:i/>
          <w:sz w:val="21"/>
          <w:u w:val="none"/>
        </w:rPr>
        <w:t xml:space="preserve">baggage </w:t>
      </w:r>
      <w:r>
        <w:rPr>
          <w:rFonts w:ascii="Georgia" w:hAnsi="Georgia" w:eastAsia="Georgia"/>
          <w:b w:val="0"/>
          <w:i w:val="0"/>
          <w:sz w:val="21"/>
          <w:u w:val="none"/>
        </w:rPr>
        <w:t xml:space="preserve">from past experiences that have shaped our personalities and beliefs. We all have different strengths and different weaknesses. Put these all together with the traits that are preprogrammed by our genes, and they make up who we </w:t>
      </w:r>
      <w:r>
        <w:rPr>
          <w:rFonts w:ascii="Georgia" w:hAnsi="Georgia" w:eastAsia="Georgia"/>
          <w:b w:val="0"/>
          <w:i/>
          <w:sz w:val="21"/>
          <w:u w:val="none"/>
        </w:rPr>
        <w:t xml:space="preserve">are. </w:t>
      </w:r>
      <w:r>
        <w:rPr>
          <w:rFonts w:ascii="Georgia" w:hAnsi="Georgia" w:eastAsia="Georgia"/>
          <w:b w:val="0"/>
          <w:i w:val="0"/>
          <w:sz w:val="21"/>
          <w:u w:val="none"/>
        </w:rPr>
        <w:t xml:space="preserve">Now add to this mix a variety of denominational backgrounds, and is it any </w:t>
      </w:r>
      <w:r>
        <w:rPr>
          <w:rFonts w:ascii="Georgia" w:hAnsi="Georgia" w:eastAsia="Georgia"/>
          <w:b w:val="0"/>
          <w:i/>
          <w:sz w:val="21"/>
          <w:u w:val="none"/>
        </w:rPr>
        <w:t xml:space="preserve">wonder </w:t>
      </w:r>
      <w:r>
        <w:rPr>
          <w:rFonts w:ascii="Georgia" w:hAnsi="Georgia" w:eastAsia="Georgia"/>
          <w:b w:val="0"/>
          <w:i w:val="0"/>
          <w:sz w:val="21"/>
          <w:u w:val="none"/>
        </w:rPr>
        <w:t xml:space="preserve">there are disagreements among believers in the same church? How could there </w:t>
      </w:r>
      <w:r>
        <w:rPr>
          <w:rFonts w:ascii="Georgia" w:hAnsi="Georgia" w:eastAsia="Georgia"/>
          <w:b w:val="0"/>
          <w:i/>
          <w:sz w:val="21"/>
          <w:u w:val="none"/>
        </w:rPr>
        <w:t xml:space="preserve">not </w:t>
      </w:r>
      <w:r>
        <w:rPr>
          <w:rFonts w:ascii="Georgia" w:hAnsi="Georgia" w:eastAsia="Georgia"/>
          <w:b w:val="0"/>
          <w:i w:val="0"/>
          <w:sz w:val="21"/>
          <w:u w:val="none"/>
        </w:rPr>
        <w:t xml:space="preserve">be? Yet we </w:t>
      </w:r>
      <w:r>
        <w:rPr>
          <w:rFonts w:ascii="Georgia" w:hAnsi="Georgia" w:eastAsia="Georgia"/>
          <w:b w:val="0"/>
          <w:i/>
          <w:sz w:val="21"/>
          <w:u w:val="none"/>
        </w:rPr>
        <w:t xml:space="preserve">forget </w:t>
      </w:r>
      <w:r>
        <w:rPr>
          <w:rFonts w:ascii="Georgia" w:hAnsi="Georgia" w:eastAsia="Georgia"/>
          <w:b w:val="0"/>
          <w:i w:val="0"/>
          <w:sz w:val="21"/>
          <w:u w:val="none"/>
        </w:rPr>
        <w:t xml:space="preserve">that we are </w:t>
      </w:r>
      <w:r>
        <w:rPr>
          <w:rFonts w:ascii="Georgia" w:hAnsi="Georgia" w:eastAsia="Georgia"/>
          <w:b w:val="0"/>
          <w:i/>
          <w:sz w:val="21"/>
          <w:u w:val="none"/>
        </w:rPr>
        <w:t xml:space="preserve">all </w:t>
      </w:r>
      <w:r>
        <w:rPr>
          <w:rFonts w:ascii="Georgia" w:hAnsi="Georgia" w:eastAsia="Georgia"/>
          <w:b w:val="0"/>
          <w:i w:val="0"/>
          <w:sz w:val="21"/>
          <w:u w:val="none"/>
        </w:rPr>
        <w:t xml:space="preserve">human beings who still </w:t>
      </w:r>
      <w:r>
        <w:rPr>
          <w:rFonts w:ascii="Georgia" w:hAnsi="Georgia" w:eastAsia="Georgia"/>
          <w:b w:val="0"/>
          <w:i/>
          <w:sz w:val="21"/>
          <w:u w:val="none"/>
        </w:rPr>
        <w:t xml:space="preserve">sin. </w:t>
      </w:r>
      <w:r>
        <w:rPr>
          <w:rFonts w:ascii="Georgia" w:hAnsi="Georgia" w:eastAsia="Georgia"/>
          <w:b w:val="0"/>
          <w:i w:val="0"/>
          <w:sz w:val="21"/>
          <w:u w:val="none"/>
        </w:rPr>
        <w:t xml:space="preserve">We are sinners </w:t>
      </w:r>
      <w:r>
        <w:rPr>
          <w:rFonts w:ascii="Georgia" w:hAnsi="Georgia" w:eastAsia="Georgia"/>
          <w:b w:val="0"/>
          <w:i/>
          <w:sz w:val="21"/>
          <w:u w:val="none"/>
        </w:rPr>
        <w:t xml:space="preserve">saved by grace, </w:t>
      </w:r>
      <w:r>
        <w:rPr>
          <w:rFonts w:ascii="Georgia" w:hAnsi="Georgia" w:eastAsia="Georgia"/>
          <w:b w:val="0"/>
          <w:i w:val="0"/>
          <w:sz w:val="21"/>
          <w:u w:val="none"/>
        </w:rPr>
        <w:t xml:space="preserve">and we are all undergoing a </w:t>
      </w:r>
      <w:r>
        <w:rPr>
          <w:rFonts w:ascii="Georgia" w:hAnsi="Georgia" w:eastAsia="Georgia"/>
          <w:b w:val="0"/>
          <w:i/>
          <w:sz w:val="21"/>
          <w:u w:val="none"/>
        </w:rPr>
        <w:t xml:space="preserve">process </w:t>
      </w:r>
      <w:r>
        <w:rPr>
          <w:rFonts w:ascii="Georgia" w:hAnsi="Georgia" w:eastAsia="Georgia"/>
          <w:b w:val="0"/>
          <w:i w:val="0"/>
          <w:sz w:val="21"/>
          <w:u w:val="none"/>
        </w:rPr>
        <w:t xml:space="preserve">of transformation that is not yet </w:t>
      </w:r>
      <w:r>
        <w:rPr>
          <w:rFonts w:ascii="Georgia" w:hAnsi="Georgia" w:eastAsia="Georgia"/>
          <w:b w:val="0"/>
          <w:i/>
          <w:sz w:val="21"/>
          <w:u w:val="none"/>
        </w:rPr>
        <w:t xml:space="preserve">complete. </w:t>
      </w:r>
      <w:r>
        <w:rPr>
          <w:rFonts w:ascii="Georgia" w:hAnsi="Georgia" w:eastAsia="Georgia"/>
          <w:b w:val="0"/>
          <w:i w:val="0"/>
          <w:sz w:val="21"/>
          <w:u w:val="none"/>
        </w:rPr>
        <w:t xml:space="preserve">We think we have the right to judge and criticize and gossip about others in the church when they stumble and when they foul up, or even when they dare to voice an opinion or a belief that differs from our own. We think we have a corner on the </w:t>
      </w:r>
      <w:r>
        <w:rPr>
          <w:rFonts w:ascii="Georgia" w:hAnsi="Georgia" w:eastAsia="Georgia"/>
          <w:b w:val="0"/>
          <w:i/>
          <w:sz w:val="21"/>
          <w:u w:val="none"/>
        </w:rPr>
        <w:t xml:space="preserve">truth </w:t>
      </w:r>
      <w:r>
        <w:rPr>
          <w:rFonts w:ascii="Georgia" w:hAnsi="Georgia" w:eastAsia="Georgia"/>
          <w:b w:val="0"/>
          <w:i w:val="0"/>
          <w:sz w:val="21"/>
          <w:u w:val="none"/>
        </w:rPr>
        <w:t xml:space="preserve">now – therefore, if anyone disagrees with us, surely, </w:t>
      </w:r>
      <w:r>
        <w:rPr>
          <w:rFonts w:ascii="Georgia" w:hAnsi="Georgia" w:eastAsia="Georgia"/>
          <w:b w:val="0"/>
          <w:i/>
          <w:sz w:val="21"/>
          <w:u w:val="none"/>
        </w:rPr>
        <w:t xml:space="preserve">they </w:t>
      </w:r>
      <w:r>
        <w:rPr>
          <w:rFonts w:ascii="Georgia" w:hAnsi="Georgia" w:eastAsia="Georgia"/>
          <w:b w:val="0"/>
          <w:i w:val="0"/>
          <w:sz w:val="21"/>
          <w:u w:val="none"/>
        </w:rPr>
        <w:t xml:space="preserve">must be </w:t>
      </w:r>
      <w:r>
        <w:rPr>
          <w:rFonts w:ascii="Georgia" w:hAnsi="Georgia" w:eastAsia="Georgia"/>
          <w:b w:val="0"/>
          <w:i/>
          <w:sz w:val="21"/>
          <w:u w:val="none"/>
        </w:rPr>
        <w:t xml:space="preserve">wrong. </w:t>
      </w:r>
      <w:r>
        <w:rPr>
          <w:rFonts w:ascii="Georgia" w:hAnsi="Georgia" w:eastAsia="Georgia"/>
          <w:b w:val="0"/>
          <w:i w:val="0"/>
          <w:sz w:val="21"/>
          <w:u w:val="none"/>
        </w:rPr>
        <w:t xml:space="preserve">As Christians, we often find it </w:t>
      </w:r>
      <w:r>
        <w:rPr>
          <w:rFonts w:ascii="Georgia" w:hAnsi="Georgia" w:eastAsia="Georgia"/>
          <w:b w:val="0"/>
          <w:i/>
          <w:sz w:val="21"/>
          <w:u w:val="none"/>
        </w:rPr>
        <w:t xml:space="preserve">harder </w:t>
      </w:r>
      <w:r>
        <w:rPr>
          <w:rFonts w:ascii="Georgia" w:hAnsi="Georgia" w:eastAsia="Georgia"/>
          <w:b w:val="0"/>
          <w:i w:val="0"/>
          <w:sz w:val="21"/>
          <w:u w:val="none"/>
        </w:rPr>
        <w:t xml:space="preserve">to love fellow Christians than to love those </w:t>
      </w:r>
      <w:r>
        <w:rPr>
          <w:rFonts w:ascii="Georgia" w:hAnsi="Georgia" w:eastAsia="Georgia"/>
          <w:b w:val="0"/>
          <w:i/>
          <w:sz w:val="21"/>
          <w:u w:val="none"/>
        </w:rPr>
        <w:t xml:space="preserve">outside </w:t>
      </w:r>
      <w:r>
        <w:rPr>
          <w:rFonts w:ascii="Georgia" w:hAnsi="Georgia" w:eastAsia="Georgia"/>
          <w:b w:val="0"/>
          <w:i w:val="0"/>
          <w:sz w:val="21"/>
          <w:u w:val="none"/>
        </w:rPr>
        <w:t xml:space="preserve">the church simply because we hold Christians to a higher standard. We expect them to </w:t>
      </w:r>
      <w:r>
        <w:rPr>
          <w:rFonts w:ascii="Georgia" w:hAnsi="Georgia" w:eastAsia="Georgia"/>
          <w:b w:val="0"/>
          <w:i/>
          <w:sz w:val="21"/>
          <w:u w:val="none"/>
        </w:rPr>
        <w:t xml:space="preserve">behave </w:t>
      </w:r>
      <w:r>
        <w:rPr>
          <w:rFonts w:ascii="Georgia" w:hAnsi="Georgia" w:eastAsia="Georgia"/>
          <w:b w:val="0"/>
          <w:i w:val="0"/>
          <w:sz w:val="21"/>
          <w:u w:val="none"/>
        </w:rPr>
        <w:t xml:space="preserve">like what they claim to </w:t>
      </w:r>
      <w:r>
        <w:rPr>
          <w:rFonts w:ascii="Georgia" w:hAnsi="Georgia" w:eastAsia="Georgia"/>
          <w:b w:val="0"/>
          <w:i/>
          <w:sz w:val="21"/>
          <w:u w:val="none"/>
        </w:rPr>
        <w:t xml:space="preserve">be </w:t>
      </w:r>
      <w:r>
        <w:rPr>
          <w:rFonts w:ascii="Georgia" w:hAnsi="Georgia" w:eastAsia="Georgia"/>
          <w:b w:val="0"/>
          <w:i w:val="0"/>
          <w:sz w:val="21"/>
          <w:u w:val="none"/>
        </w:rPr>
        <w:t xml:space="preserve">(and rightly so) but they </w:t>
      </w:r>
      <w:r>
        <w:rPr>
          <w:rFonts w:ascii="Georgia" w:hAnsi="Georgia" w:eastAsia="Georgia"/>
          <w:b w:val="0"/>
          <w:i/>
          <w:sz w:val="21"/>
          <w:u w:val="none"/>
        </w:rPr>
        <w:t xml:space="preserve">disappoint </w:t>
      </w:r>
      <w:r>
        <w:rPr>
          <w:rFonts w:ascii="Georgia" w:hAnsi="Georgia" w:eastAsia="Georgia"/>
          <w:b w:val="0"/>
          <w:i w:val="0"/>
          <w:sz w:val="21"/>
          <w:u w:val="none"/>
        </w:rPr>
        <w:t xml:space="preserve">us. In several of his devotionals, Oswald Chambers writes, “If I put my trust in human beings first, the end result will be my despair and hopelessness toward </w:t>
      </w:r>
      <w:r>
        <w:rPr>
          <w:rFonts w:ascii="Georgia" w:hAnsi="Georgia" w:eastAsia="Georgia"/>
          <w:b w:val="0"/>
          <w:i/>
          <w:sz w:val="21"/>
          <w:u w:val="none"/>
        </w:rPr>
        <w:t xml:space="preserve">everyone. </w:t>
      </w:r>
      <w:r>
        <w:rPr>
          <w:rFonts w:ascii="Georgia" w:hAnsi="Georgia" w:eastAsia="Georgia"/>
          <w:b w:val="0"/>
          <w:i w:val="0"/>
          <w:sz w:val="21"/>
          <w:u w:val="none"/>
        </w:rPr>
        <w:t xml:space="preserve">I will become </w:t>
      </w:r>
      <w:r>
        <w:rPr>
          <w:rFonts w:ascii="Georgia" w:hAnsi="Georgia" w:eastAsia="Georgia"/>
          <w:b w:val="0"/>
          <w:i/>
          <w:sz w:val="21"/>
          <w:u w:val="none"/>
        </w:rPr>
        <w:t xml:space="preserve">bitter </w:t>
      </w:r>
      <w:r>
        <w:rPr>
          <w:rFonts w:ascii="Georgia" w:hAnsi="Georgia" w:eastAsia="Georgia"/>
          <w:b w:val="0"/>
          <w:i w:val="0"/>
          <w:sz w:val="21"/>
          <w:u w:val="none"/>
        </w:rPr>
        <w:t xml:space="preserve">because I have insisted that people </w:t>
      </w:r>
      <w:r>
        <w:rPr>
          <w:rFonts w:ascii="Georgia" w:hAnsi="Georgia" w:eastAsia="Georgia"/>
          <w:b w:val="0"/>
          <w:i/>
          <w:sz w:val="21"/>
          <w:u w:val="none"/>
        </w:rPr>
        <w:t xml:space="preserve">be </w:t>
      </w:r>
      <w:r>
        <w:rPr>
          <w:rFonts w:ascii="Georgia" w:hAnsi="Georgia" w:eastAsia="Georgia"/>
          <w:b w:val="0"/>
          <w:i w:val="0"/>
          <w:sz w:val="21"/>
          <w:u w:val="none"/>
        </w:rPr>
        <w:t xml:space="preserve">what no person </w:t>
      </w:r>
      <w:r>
        <w:rPr>
          <w:rFonts w:ascii="Georgia" w:hAnsi="Georgia" w:eastAsia="Georgia"/>
          <w:b w:val="0"/>
          <w:i/>
          <w:sz w:val="21"/>
          <w:u w:val="none"/>
        </w:rPr>
        <w:t xml:space="preserve">can </w:t>
      </w:r>
      <w:r>
        <w:rPr>
          <w:rFonts w:ascii="Georgia" w:hAnsi="Georgia" w:eastAsia="Georgia"/>
          <w:b w:val="0"/>
          <w:i w:val="0"/>
          <w:sz w:val="21"/>
          <w:u w:val="none"/>
        </w:rPr>
        <w:t xml:space="preserve">ever be – absolutely perfect and right. The Holy Spirit is the </w:t>
      </w:r>
      <w:r>
        <w:rPr>
          <w:rFonts w:ascii="Georgia" w:hAnsi="Georgia" w:eastAsia="Georgia"/>
          <w:b w:val="0"/>
          <w:i/>
          <w:sz w:val="21"/>
          <w:u w:val="none"/>
        </w:rPr>
        <w:t xml:space="preserve">only </w:t>
      </w:r>
      <w:r>
        <w:rPr>
          <w:rFonts w:ascii="Georgia" w:hAnsi="Georgia" w:eastAsia="Georgia"/>
          <w:b w:val="0"/>
          <w:i w:val="0"/>
          <w:sz w:val="21"/>
          <w:u w:val="none"/>
        </w:rPr>
        <w:t xml:space="preserve">one in the proper position to criticize, and He </w:t>
      </w:r>
      <w:r>
        <w:rPr>
          <w:rFonts w:ascii="Georgia" w:hAnsi="Georgia" w:eastAsia="Georgia"/>
          <w:b w:val="0"/>
          <w:i/>
          <w:sz w:val="21"/>
          <w:u w:val="none"/>
        </w:rPr>
        <w:t xml:space="preserve">alone </w:t>
      </w:r>
      <w:r>
        <w:rPr>
          <w:rFonts w:ascii="Georgia" w:hAnsi="Georgia" w:eastAsia="Georgia"/>
          <w:b w:val="0"/>
          <w:i w:val="0"/>
          <w:sz w:val="21"/>
          <w:u w:val="none"/>
        </w:rPr>
        <w:t xml:space="preserve">is able to show what is wrong without hurting and wounding. Criticism serves to make you harsh, vindictive and cruel, and leaves you with the soothing and flattering idea that you are somehow </w:t>
      </w:r>
      <w:r>
        <w:rPr>
          <w:rFonts w:ascii="Georgia" w:hAnsi="Georgia" w:eastAsia="Georgia"/>
          <w:b w:val="0"/>
          <w:i/>
          <w:sz w:val="21"/>
          <w:u w:val="none"/>
        </w:rPr>
        <w:t xml:space="preserve">superior </w:t>
      </w:r>
      <w:r>
        <w:rPr>
          <w:rFonts w:ascii="Georgia" w:hAnsi="Georgia" w:eastAsia="Georgia"/>
          <w:b w:val="0"/>
          <w:i w:val="0"/>
          <w:sz w:val="21"/>
          <w:u w:val="none"/>
        </w:rPr>
        <w:t xml:space="preserve">to others. We make </w:t>
      </w:r>
      <w:r>
        <w:rPr>
          <w:rFonts w:ascii="Georgia" w:hAnsi="Georgia" w:eastAsia="Georgia"/>
          <w:b w:val="0"/>
          <w:i/>
          <w:sz w:val="21"/>
          <w:u w:val="none"/>
        </w:rPr>
        <w:t xml:space="preserve">excuses </w:t>
      </w:r>
      <w:r>
        <w:rPr>
          <w:rFonts w:ascii="Georgia" w:hAnsi="Georgia" w:eastAsia="Georgia"/>
          <w:b w:val="0"/>
          <w:i w:val="0"/>
          <w:sz w:val="21"/>
          <w:u w:val="none"/>
        </w:rPr>
        <w:t xml:space="preserve">for things in </w:t>
      </w:r>
      <w:r>
        <w:rPr>
          <w:rFonts w:ascii="Georgia" w:hAnsi="Georgia" w:eastAsia="Georgia"/>
          <w:b w:val="0"/>
          <w:i/>
          <w:sz w:val="21"/>
          <w:u w:val="none"/>
        </w:rPr>
        <w:t xml:space="preserve">ourselves, </w:t>
      </w:r>
      <w:r>
        <w:rPr>
          <w:rFonts w:ascii="Georgia" w:hAnsi="Georgia" w:eastAsia="Georgia"/>
          <w:b w:val="0"/>
          <w:i w:val="0"/>
          <w:sz w:val="21"/>
          <w:u w:val="none"/>
        </w:rPr>
        <w:t xml:space="preserve">while we condemn things in the lives of </w:t>
      </w:r>
      <w:r>
        <w:rPr>
          <w:rFonts w:ascii="Georgia" w:hAnsi="Georgia" w:eastAsia="Georgia"/>
          <w:b w:val="0"/>
          <w:i/>
          <w:sz w:val="21"/>
          <w:u w:val="none"/>
        </w:rPr>
        <w:t xml:space="preserve">others </w:t>
      </w:r>
      <w:r>
        <w:rPr>
          <w:rFonts w:ascii="Georgia" w:hAnsi="Georgia" w:eastAsia="Georgia"/>
          <w:b w:val="0"/>
          <w:i w:val="0"/>
          <w:sz w:val="21"/>
          <w:u w:val="none"/>
        </w:rPr>
        <w:t xml:space="preserve">simply because we are not naturally inclined to </w:t>
      </w:r>
      <w:r>
        <w:rPr>
          <w:rFonts w:ascii="Georgia" w:hAnsi="Georgia" w:eastAsia="Georgia"/>
          <w:b w:val="0"/>
          <w:i/>
          <w:sz w:val="21"/>
          <w:u w:val="none"/>
        </w:rPr>
        <w:t xml:space="preserve">do </w:t>
      </w:r>
      <w:r>
        <w:rPr>
          <w:rFonts w:ascii="Georgia" w:hAnsi="Georgia" w:eastAsia="Georgia"/>
          <w:b w:val="0"/>
          <w:i w:val="0"/>
          <w:sz w:val="21"/>
          <w:u w:val="none"/>
        </w:rPr>
        <w:t xml:space="preserve">them. I have never met a person I could despair of, or lose all hope for, after discerning what lies in </w:t>
      </w:r>
      <w:r>
        <w:rPr>
          <w:rFonts w:ascii="Georgia" w:hAnsi="Georgia" w:eastAsia="Georgia"/>
          <w:b w:val="0"/>
          <w:i/>
          <w:sz w:val="21"/>
          <w:u w:val="none"/>
        </w:rPr>
        <w:t xml:space="preserve">me </w:t>
      </w:r>
      <w:r>
        <w:rPr>
          <w:rFonts w:ascii="Georgia" w:hAnsi="Georgia" w:eastAsia="Georgia"/>
          <w:b w:val="0"/>
          <w:i w:val="0"/>
          <w:sz w:val="21"/>
          <w:u w:val="none"/>
        </w:rPr>
        <w:t xml:space="preserve">apart from the grace of God. When we discern that other people are not growing spiritually and allow that discernment to turn to criticism, we block </w:t>
      </w:r>
      <w:r>
        <w:rPr>
          <w:rFonts w:ascii="Georgia" w:hAnsi="Georgia" w:eastAsia="Georgia"/>
          <w:b w:val="0"/>
          <w:i/>
          <w:sz w:val="21"/>
          <w:u w:val="none"/>
        </w:rPr>
        <w:t xml:space="preserve">our </w:t>
      </w:r>
      <w:r>
        <w:rPr>
          <w:rFonts w:ascii="Georgia" w:hAnsi="Georgia" w:eastAsia="Georgia"/>
          <w:b w:val="0"/>
          <w:i w:val="0"/>
          <w:sz w:val="21"/>
          <w:u w:val="none"/>
        </w:rPr>
        <w:t xml:space="preserve">fellowship with </w:t>
      </w:r>
      <w:r>
        <w:rPr>
          <w:rFonts w:ascii="Georgia" w:hAnsi="Georgia" w:eastAsia="Georgia"/>
          <w:b w:val="0"/>
          <w:i/>
          <w:sz w:val="21"/>
          <w:u w:val="none"/>
        </w:rPr>
        <w:t xml:space="preserve">God. </w:t>
      </w:r>
      <w:r>
        <w:rPr>
          <w:rFonts w:ascii="Georgia" w:hAnsi="Georgia" w:eastAsia="Georgia"/>
          <w:b w:val="0"/>
          <w:i w:val="0"/>
          <w:sz w:val="21"/>
          <w:u w:val="none"/>
        </w:rPr>
        <w:t xml:space="preserve">God </w:t>
      </w:r>
      <w:r>
        <w:rPr>
          <w:rFonts w:ascii="Georgia" w:hAnsi="Georgia" w:eastAsia="Georgia"/>
          <w:b w:val="0"/>
          <w:i/>
          <w:sz w:val="21"/>
          <w:u w:val="none"/>
        </w:rPr>
        <w:t xml:space="preserve">never </w:t>
      </w:r>
      <w:r>
        <w:rPr>
          <w:rFonts w:ascii="Georgia" w:hAnsi="Georgia" w:eastAsia="Georgia"/>
          <w:b w:val="0"/>
          <w:i w:val="0"/>
          <w:sz w:val="21"/>
          <w:u w:val="none"/>
        </w:rPr>
        <w:t xml:space="preserve">gives us discernment so that we may criticize, but that we may </w:t>
      </w:r>
      <w:r>
        <w:rPr>
          <w:rFonts w:ascii="Georgia" w:hAnsi="Georgia" w:eastAsia="Georgia"/>
          <w:b w:val="0"/>
          <w:i/>
          <w:sz w:val="21"/>
          <w:u w:val="none"/>
        </w:rPr>
        <w:t>intercede!!!</w:t>
      </w:r>
      <w:r>
        <w:rPr>
          <w:rFonts w:ascii="Georgia" w:hAnsi="Georgia" w:eastAsia="Georgia"/>
          <w:b w:val="0"/>
          <w:i w:val="0"/>
          <w:sz w:val="21"/>
          <w:u w:val="none"/>
        </w:rPr>
        <w:t>”</w:t>
      </w:r>
    </w:p>
    <w:p>
      <w:pPr>
        <w:widowControl/>
      </w:pPr>
      <w:r>
        <w:rPr>
          <w:rFonts w:ascii="Georgia" w:hAnsi="Georgia" w:eastAsia="Georgia"/>
          <w:b w:val="0"/>
          <w:i w:val="0"/>
          <w:sz w:val="21"/>
          <w:u w:val="none"/>
        </w:rPr>
        <w:t>C. S. Lewis makes essentially the same point in his book Mere Christianity. He reminds us that people begin with very different temperaments, backgrounds and “raw material,” so outward comparisons can be misleading. Some have had a much harder road than others.</w:t>
      </w:r>
      <w:r>
        <w:rPr>
          <w:rFonts w:ascii="Georgia" w:hAnsi="Georgia" w:eastAsia="Georgia"/>
          <w:b w:val="0"/>
          <w:i w:val="0"/>
          <w:sz w:val="21"/>
          <w:u w:val="none"/>
        </w:rPr>
        <w:t xml:space="preserve"> We are never to compare our own Christian walk to that of others. Only God knows the whole story of each person’s life and where they came from. </w:t>
      </w:r>
      <w:r>
        <w:rPr>
          <w:rFonts w:ascii="Georgia" w:hAnsi="Georgia" w:eastAsia="Georgia"/>
          <w:b w:val="0"/>
          <w:i/>
          <w:sz w:val="21"/>
          <w:u w:val="none"/>
        </w:rPr>
        <w:t xml:space="preserve">He </w:t>
      </w:r>
      <w:r>
        <w:rPr>
          <w:rFonts w:ascii="Georgia" w:hAnsi="Georgia" w:eastAsia="Georgia"/>
          <w:b w:val="0"/>
          <w:i w:val="0"/>
          <w:sz w:val="21"/>
          <w:u w:val="none"/>
        </w:rPr>
        <w:t xml:space="preserve">said, “God sent </w:t>
      </w:r>
      <w:r>
        <w:rPr>
          <w:rFonts w:ascii="Georgia" w:hAnsi="Georgia" w:eastAsia="Georgia"/>
          <w:b w:val="0"/>
          <w:i/>
          <w:sz w:val="21"/>
          <w:u w:val="none"/>
        </w:rPr>
        <w:t xml:space="preserve">not </w:t>
      </w:r>
      <w:r>
        <w:rPr>
          <w:rFonts w:ascii="Georgia" w:hAnsi="Georgia" w:eastAsia="Georgia"/>
          <w:b w:val="0"/>
          <w:i w:val="0"/>
          <w:sz w:val="21"/>
          <w:u w:val="none"/>
        </w:rPr>
        <w:t xml:space="preserve">His Son into the world to </w:t>
      </w:r>
      <w:r>
        <w:rPr>
          <w:rFonts w:ascii="Georgia" w:hAnsi="Georgia" w:eastAsia="Georgia"/>
          <w:b w:val="0"/>
          <w:i/>
          <w:sz w:val="21"/>
          <w:u w:val="none"/>
        </w:rPr>
        <w:t xml:space="preserve">condemn </w:t>
      </w:r>
      <w:r>
        <w:rPr>
          <w:rFonts w:ascii="Georgia" w:hAnsi="Georgia" w:eastAsia="Georgia"/>
          <w:b w:val="0"/>
          <w:i w:val="0"/>
          <w:sz w:val="21"/>
          <w:u w:val="none"/>
        </w:rPr>
        <w:t xml:space="preserve">the world, but to </w:t>
      </w:r>
      <w:r>
        <w:rPr>
          <w:rFonts w:ascii="Georgia" w:hAnsi="Georgia" w:eastAsia="Georgia"/>
          <w:b w:val="0"/>
          <w:i/>
          <w:sz w:val="21"/>
          <w:u w:val="none"/>
        </w:rPr>
        <w:t xml:space="preserve">save </w:t>
      </w:r>
      <w:r>
        <w:rPr>
          <w:rFonts w:ascii="Georgia" w:hAnsi="Georgia" w:eastAsia="Georgia"/>
          <w:b w:val="0"/>
          <w:i w:val="0"/>
          <w:sz w:val="21"/>
          <w:u w:val="none"/>
        </w:rPr>
        <w:t xml:space="preserve">it.” – And this Son now tells </w:t>
      </w:r>
      <w:r>
        <w:rPr>
          <w:rFonts w:ascii="Georgia" w:hAnsi="Georgia" w:eastAsia="Georgia"/>
          <w:b w:val="0"/>
          <w:i/>
          <w:sz w:val="21"/>
          <w:u w:val="none"/>
        </w:rPr>
        <w:t xml:space="preserve">us </w:t>
      </w:r>
      <w:r>
        <w:rPr>
          <w:rFonts w:ascii="Georgia" w:hAnsi="Georgia" w:eastAsia="Georgia"/>
          <w:b w:val="0"/>
          <w:i w:val="0"/>
          <w:sz w:val="21"/>
          <w:u w:val="none"/>
        </w:rPr>
        <w:t xml:space="preserve">in John 13 – “love one another </w:t>
      </w:r>
      <w:r>
        <w:rPr>
          <w:rFonts w:ascii="Georgia" w:hAnsi="Georgia" w:eastAsia="Georgia"/>
          <w:b w:val="0"/>
          <w:i/>
          <w:sz w:val="21"/>
          <w:u w:val="none"/>
        </w:rPr>
        <w:t>as I have loved you.”</w:t>
      </w:r>
      <w:r>
        <w:rPr>
          <w:rFonts w:ascii="Georgia" w:hAnsi="Georgia" w:eastAsia="Georgia"/>
          <w:b w:val="0"/>
          <w:i w:val="0"/>
          <w:sz w:val="21"/>
          <w:u w:val="none"/>
        </w:rPr>
        <w:t xml:space="preserve"> This was part of His parting words to His disciples the night before He was crucified. He wasn’t talking to perfect people here – on the contrary, He had purposely chosen these 12 men in the first place from a wide variety of backgrounds and temperaments that were </w:t>
      </w:r>
      <w:r>
        <w:rPr>
          <w:rFonts w:ascii="Georgia" w:hAnsi="Georgia" w:eastAsia="Georgia"/>
          <w:b w:val="0"/>
          <w:i/>
          <w:sz w:val="21"/>
          <w:u w:val="none"/>
        </w:rPr>
        <w:t xml:space="preserve">bound </w:t>
      </w:r>
      <w:r>
        <w:rPr>
          <w:rFonts w:ascii="Georgia" w:hAnsi="Georgia" w:eastAsia="Georgia"/>
          <w:b w:val="0"/>
          <w:i w:val="0"/>
          <w:sz w:val="21"/>
          <w:u w:val="none"/>
        </w:rPr>
        <w:t>to</w:t>
      </w:r>
      <w:r>
        <w:rPr>
          <w:rFonts w:ascii="Georgia" w:hAnsi="Georgia" w:eastAsia="Georgia"/>
          <w:b w:val="0"/>
          <w:i/>
          <w:sz w:val="21"/>
          <w:u w:val="none"/>
        </w:rPr>
        <w:t xml:space="preserve"> clash. </w:t>
      </w:r>
      <w:r>
        <w:rPr>
          <w:rFonts w:ascii="Georgia" w:hAnsi="Georgia" w:eastAsia="Georgia"/>
          <w:b w:val="0"/>
          <w:i w:val="0"/>
          <w:sz w:val="21"/>
          <w:u w:val="none"/>
        </w:rPr>
        <w:t xml:space="preserve">Matthew had been a hated tax-collector, Thomas was a doubter, Peter had an explosive temper. This very night they were arguing over who was the </w:t>
      </w:r>
      <w:r>
        <w:rPr>
          <w:rFonts w:ascii="Georgia" w:hAnsi="Georgia" w:eastAsia="Georgia"/>
          <w:b w:val="0"/>
          <w:i/>
          <w:sz w:val="21"/>
          <w:u w:val="none"/>
        </w:rPr>
        <w:t xml:space="preserve">greatest. </w:t>
      </w:r>
      <w:r>
        <w:rPr>
          <w:rFonts w:ascii="Georgia" w:hAnsi="Georgia" w:eastAsia="Georgia"/>
          <w:b w:val="0"/>
          <w:i w:val="0"/>
          <w:sz w:val="21"/>
          <w:u w:val="none"/>
        </w:rPr>
        <w:t xml:space="preserve">Jesus </w:t>
      </w:r>
      <w:r>
        <w:rPr>
          <w:rFonts w:ascii="Georgia" w:hAnsi="Georgia" w:eastAsia="Georgia"/>
          <w:b w:val="0"/>
          <w:i/>
          <w:sz w:val="21"/>
          <w:u w:val="none"/>
        </w:rPr>
        <w:t xml:space="preserve">knew </w:t>
      </w:r>
      <w:r>
        <w:rPr>
          <w:rFonts w:ascii="Georgia" w:hAnsi="Georgia" w:eastAsia="Georgia"/>
          <w:b w:val="0"/>
          <w:i w:val="0"/>
          <w:sz w:val="21"/>
          <w:u w:val="none"/>
        </w:rPr>
        <w:t xml:space="preserve">that before this night was over Judas would betray Him, Peter would deny that he even </w:t>
      </w:r>
      <w:r>
        <w:rPr>
          <w:rFonts w:ascii="Georgia" w:hAnsi="Georgia" w:eastAsia="Georgia"/>
          <w:b w:val="0"/>
          <w:i/>
          <w:sz w:val="21"/>
          <w:u w:val="none"/>
        </w:rPr>
        <w:t xml:space="preserve">knew </w:t>
      </w:r>
      <w:r>
        <w:rPr>
          <w:rFonts w:ascii="Georgia" w:hAnsi="Georgia" w:eastAsia="Georgia"/>
          <w:b w:val="0"/>
          <w:i w:val="0"/>
          <w:sz w:val="21"/>
          <w:u w:val="none"/>
        </w:rPr>
        <w:t xml:space="preserve">Him, and </w:t>
      </w:r>
      <w:r>
        <w:rPr>
          <w:rFonts w:ascii="Georgia" w:hAnsi="Georgia" w:eastAsia="Georgia"/>
          <w:b w:val="0"/>
          <w:i/>
          <w:sz w:val="21"/>
          <w:u w:val="none"/>
        </w:rPr>
        <w:t xml:space="preserve">all </w:t>
      </w:r>
      <w:r>
        <w:rPr>
          <w:rFonts w:ascii="Georgia" w:hAnsi="Georgia" w:eastAsia="Georgia"/>
          <w:b w:val="0"/>
          <w:i w:val="0"/>
          <w:sz w:val="21"/>
          <w:u w:val="none"/>
        </w:rPr>
        <w:t xml:space="preserve">of them would forsake Him and flee in fear for their own lives. In a few hours, when Jesus would be going through His greatest emotional struggle, in such anguish that He would sweat great drops of blood, His three closest friends in the world would fall asleep when He had told them to stay alert and watch. Do you think He wasn’t disappointed? Yet He didn’t judge them. He said, “The spirit is willing, but the flesh is weak.” In spite of knowing </w:t>
      </w:r>
      <w:r>
        <w:rPr>
          <w:rFonts w:ascii="Georgia" w:hAnsi="Georgia" w:eastAsia="Georgia"/>
          <w:b w:val="0"/>
          <w:i/>
          <w:sz w:val="21"/>
          <w:u w:val="none"/>
        </w:rPr>
        <w:t xml:space="preserve">all </w:t>
      </w:r>
      <w:r>
        <w:rPr>
          <w:rFonts w:ascii="Georgia" w:hAnsi="Georgia" w:eastAsia="Georgia"/>
          <w:b w:val="0"/>
          <w:i w:val="0"/>
          <w:sz w:val="21"/>
          <w:u w:val="none"/>
        </w:rPr>
        <w:t xml:space="preserve">this, Jesus took on the role of a slave and washed the dirty feet of all 12 of these men. They should have been washing </w:t>
      </w:r>
      <w:r>
        <w:rPr>
          <w:rFonts w:ascii="Georgia" w:hAnsi="Georgia" w:eastAsia="Georgia"/>
          <w:b w:val="0"/>
          <w:i/>
          <w:sz w:val="21"/>
          <w:u w:val="none"/>
        </w:rPr>
        <w:t xml:space="preserve">His </w:t>
      </w:r>
      <w:r>
        <w:rPr>
          <w:rFonts w:ascii="Georgia" w:hAnsi="Georgia" w:eastAsia="Georgia"/>
          <w:b w:val="0"/>
          <w:i w:val="0"/>
          <w:sz w:val="21"/>
          <w:u w:val="none"/>
        </w:rPr>
        <w:t xml:space="preserve">feet and serving </w:t>
      </w:r>
      <w:r>
        <w:rPr>
          <w:rFonts w:ascii="Georgia" w:hAnsi="Georgia" w:eastAsia="Georgia"/>
          <w:b w:val="0"/>
          <w:i/>
          <w:sz w:val="21"/>
          <w:u w:val="none"/>
        </w:rPr>
        <w:t xml:space="preserve">Him, </w:t>
      </w:r>
      <w:r>
        <w:rPr>
          <w:rFonts w:ascii="Georgia" w:hAnsi="Georgia" w:eastAsia="Georgia"/>
          <w:b w:val="0"/>
          <w:i w:val="0"/>
          <w:sz w:val="21"/>
          <w:u w:val="none"/>
        </w:rPr>
        <w:t xml:space="preserve">but He did this as an example of what unconditional love </w:t>
      </w:r>
      <w:r>
        <w:rPr>
          <w:rFonts w:ascii="Georgia" w:hAnsi="Georgia" w:eastAsia="Georgia"/>
          <w:b w:val="0"/>
          <w:i/>
          <w:sz w:val="21"/>
          <w:u w:val="none"/>
        </w:rPr>
        <w:t xml:space="preserve">is, </w:t>
      </w:r>
      <w:r>
        <w:rPr>
          <w:rFonts w:ascii="Georgia" w:hAnsi="Georgia" w:eastAsia="Georgia"/>
          <w:b w:val="0"/>
          <w:i w:val="0"/>
          <w:sz w:val="21"/>
          <w:u w:val="none"/>
        </w:rPr>
        <w:t>and then He said, “As I have loved you – so you must love one another. Now that you know these things, you will be blessed if you do them.”</w:t>
      </w:r>
    </w:p>
    <w:p>
      <w:pPr>
        <w:widowControl/>
      </w:pPr>
      <w:r>
        <w:rPr>
          <w:rFonts w:ascii="Georgia" w:hAnsi="Georgia" w:eastAsia="Georgia"/>
          <w:b w:val="0"/>
          <w:i w:val="0"/>
          <w:sz w:val="21"/>
          <w:u w:val="none"/>
        </w:rPr>
        <w:t xml:space="preserve">Now knowing these men as He did, Jesus could have rightfully decided to just wash His hands of the whole sorry lot, but He saw something </w:t>
      </w:r>
      <w:r>
        <w:rPr>
          <w:rFonts w:ascii="Georgia" w:hAnsi="Georgia" w:eastAsia="Georgia"/>
          <w:b w:val="0"/>
          <w:i/>
          <w:sz w:val="21"/>
          <w:u w:val="none"/>
        </w:rPr>
        <w:t xml:space="preserve">we </w:t>
      </w:r>
      <w:r>
        <w:rPr>
          <w:rFonts w:ascii="Georgia" w:hAnsi="Georgia" w:eastAsia="Georgia"/>
          <w:b w:val="0"/>
          <w:i w:val="0"/>
          <w:sz w:val="21"/>
          <w:u w:val="none"/>
        </w:rPr>
        <w:t>don’t see – He saw their potential</w:t>
      </w:r>
      <w:r>
        <w:rPr>
          <w:rFonts w:ascii="Georgia" w:hAnsi="Georgia" w:eastAsia="Georgia"/>
          <w:b w:val="0"/>
          <w:i/>
          <w:sz w:val="21"/>
          <w:u w:val="none"/>
        </w:rPr>
        <w:t xml:space="preserve"> </w:t>
      </w:r>
      <w:r>
        <w:rPr>
          <w:rFonts w:ascii="Georgia" w:hAnsi="Georgia" w:eastAsia="Georgia"/>
          <w:b w:val="0"/>
          <w:i w:val="0"/>
          <w:sz w:val="21"/>
          <w:u w:val="none"/>
        </w:rPr>
        <w:t xml:space="preserve">– what they were to </w:t>
      </w:r>
      <w:r>
        <w:rPr>
          <w:rFonts w:ascii="Georgia" w:hAnsi="Georgia" w:eastAsia="Georgia"/>
          <w:b w:val="0"/>
          <w:i/>
          <w:sz w:val="21"/>
          <w:u w:val="none"/>
        </w:rPr>
        <w:t xml:space="preserve">become </w:t>
      </w:r>
      <w:r>
        <w:rPr>
          <w:rFonts w:ascii="Georgia" w:hAnsi="Georgia" w:eastAsia="Georgia"/>
          <w:b w:val="0"/>
          <w:i w:val="0"/>
          <w:sz w:val="21"/>
          <w:u w:val="none"/>
        </w:rPr>
        <w:t xml:space="preserve">through the power of the Spirit He would send on the day of Pentecost to </w:t>
      </w:r>
      <w:r>
        <w:rPr>
          <w:rFonts w:ascii="Georgia" w:hAnsi="Georgia" w:eastAsia="Georgia"/>
          <w:b w:val="0"/>
          <w:i/>
          <w:sz w:val="21"/>
          <w:u w:val="none"/>
        </w:rPr>
        <w:t xml:space="preserve">fill </w:t>
      </w:r>
      <w:r>
        <w:rPr>
          <w:rFonts w:ascii="Georgia" w:hAnsi="Georgia" w:eastAsia="Georgia"/>
          <w:b w:val="0"/>
          <w:i w:val="0"/>
          <w:sz w:val="21"/>
          <w:u w:val="none"/>
        </w:rPr>
        <w:t xml:space="preserve">each and every one of them. This same Holy Spirit is now fully available to each of </w:t>
      </w:r>
      <w:r>
        <w:rPr>
          <w:rFonts w:ascii="Georgia" w:hAnsi="Georgia" w:eastAsia="Georgia"/>
          <w:b w:val="0"/>
          <w:i/>
          <w:sz w:val="21"/>
          <w:u w:val="none"/>
        </w:rPr>
        <w:t xml:space="preserve">us </w:t>
      </w:r>
      <w:r>
        <w:rPr>
          <w:rFonts w:ascii="Georgia" w:hAnsi="Georgia" w:eastAsia="Georgia"/>
          <w:b w:val="0"/>
          <w:i w:val="0"/>
          <w:sz w:val="21"/>
          <w:u w:val="none"/>
        </w:rPr>
        <w:t xml:space="preserve">who will ask Him in. You see, we </w:t>
      </w:r>
      <w:r>
        <w:rPr>
          <w:rFonts w:ascii="Georgia" w:hAnsi="Georgia" w:eastAsia="Georgia"/>
          <w:b w:val="0"/>
          <w:i/>
          <w:sz w:val="21"/>
          <w:u w:val="none"/>
        </w:rPr>
        <w:t xml:space="preserve">cannot </w:t>
      </w:r>
      <w:r>
        <w:rPr>
          <w:rFonts w:ascii="Georgia" w:hAnsi="Georgia" w:eastAsia="Georgia"/>
          <w:b w:val="0"/>
          <w:i w:val="0"/>
          <w:sz w:val="21"/>
          <w:u w:val="none"/>
        </w:rPr>
        <w:t xml:space="preserve">love as He loves, because we still live in sinful physical bodies. </w:t>
      </w:r>
      <w:r>
        <w:rPr>
          <w:rFonts w:ascii="Georgia" w:hAnsi="Georgia" w:eastAsia="Georgia"/>
          <w:b w:val="0"/>
          <w:i/>
          <w:sz w:val="21"/>
          <w:u w:val="none"/>
        </w:rPr>
        <w:t>But</w:t>
      </w:r>
      <w:r>
        <w:rPr>
          <w:rFonts w:ascii="Georgia" w:hAnsi="Georgia" w:eastAsia="Georgia"/>
          <w:b w:val="0"/>
          <w:i w:val="0"/>
          <w:sz w:val="21"/>
          <w:u w:val="none"/>
        </w:rPr>
        <w:t xml:space="preserve">, when </w:t>
      </w:r>
      <w:r>
        <w:rPr>
          <w:rFonts w:ascii="Georgia" w:hAnsi="Georgia" w:eastAsia="Georgia"/>
          <w:b w:val="0"/>
          <w:i/>
          <w:sz w:val="21"/>
          <w:u w:val="none"/>
        </w:rPr>
        <w:t xml:space="preserve">His </w:t>
      </w:r>
      <w:r>
        <w:rPr>
          <w:rFonts w:ascii="Georgia" w:hAnsi="Georgia" w:eastAsia="Georgia"/>
          <w:b w:val="0"/>
          <w:i w:val="0"/>
          <w:sz w:val="21"/>
          <w:u w:val="none"/>
        </w:rPr>
        <w:t xml:space="preserve">Spirit lives </w:t>
      </w:r>
      <w:r>
        <w:rPr>
          <w:rFonts w:ascii="Georgia" w:hAnsi="Georgia" w:eastAsia="Georgia"/>
          <w:b w:val="0"/>
          <w:i/>
          <w:sz w:val="21"/>
          <w:u w:val="none"/>
        </w:rPr>
        <w:t xml:space="preserve">in </w:t>
      </w:r>
      <w:r>
        <w:rPr>
          <w:rFonts w:ascii="Georgia" w:hAnsi="Georgia" w:eastAsia="Georgia"/>
          <w:b w:val="0"/>
          <w:i w:val="0"/>
          <w:sz w:val="21"/>
          <w:u w:val="none"/>
        </w:rPr>
        <w:t xml:space="preserve">us we become </w:t>
      </w:r>
      <w:r>
        <w:rPr>
          <w:rFonts w:ascii="Georgia" w:hAnsi="Georgia" w:eastAsia="Georgia"/>
          <w:b w:val="0"/>
          <w:i/>
          <w:sz w:val="21"/>
          <w:u w:val="none"/>
        </w:rPr>
        <w:t xml:space="preserve">channels </w:t>
      </w:r>
      <w:r>
        <w:rPr>
          <w:rFonts w:ascii="Georgia" w:hAnsi="Georgia" w:eastAsia="Georgia"/>
          <w:b w:val="0"/>
          <w:i w:val="0"/>
          <w:sz w:val="21"/>
          <w:u w:val="none"/>
        </w:rPr>
        <w:t xml:space="preserve">of that perfect love that flows through us and out to all those other sinners just like us. Love is a </w:t>
      </w:r>
      <w:r>
        <w:rPr>
          <w:rFonts w:ascii="Georgia" w:hAnsi="Georgia" w:eastAsia="Georgia"/>
          <w:b w:val="0"/>
          <w:i/>
          <w:sz w:val="21"/>
          <w:u w:val="none"/>
        </w:rPr>
        <w:t xml:space="preserve">choice </w:t>
      </w:r>
      <w:r>
        <w:rPr>
          <w:rFonts w:ascii="Georgia" w:hAnsi="Georgia" w:eastAsia="Georgia"/>
          <w:b w:val="0"/>
          <w:i w:val="0"/>
          <w:sz w:val="21"/>
          <w:u w:val="none"/>
        </w:rPr>
        <w:t xml:space="preserve">and when we step out in faith and let </w:t>
      </w:r>
      <w:r>
        <w:rPr>
          <w:rFonts w:ascii="Georgia" w:hAnsi="Georgia" w:eastAsia="Georgia"/>
          <w:b w:val="0"/>
          <w:i/>
          <w:sz w:val="21"/>
          <w:u w:val="none"/>
        </w:rPr>
        <w:t xml:space="preserve">His </w:t>
      </w:r>
      <w:r>
        <w:rPr>
          <w:rFonts w:ascii="Georgia" w:hAnsi="Georgia" w:eastAsia="Georgia"/>
          <w:b w:val="0"/>
          <w:i w:val="0"/>
          <w:sz w:val="21"/>
          <w:u w:val="none"/>
        </w:rPr>
        <w:t xml:space="preserve">love work through us, we are able to </w:t>
      </w:r>
      <w:r>
        <w:rPr>
          <w:rFonts w:ascii="Georgia" w:hAnsi="Georgia" w:eastAsia="Georgia"/>
          <w:b w:val="0"/>
          <w:i/>
          <w:sz w:val="21"/>
          <w:u w:val="none"/>
        </w:rPr>
        <w:t xml:space="preserve">love </w:t>
      </w:r>
      <w:r>
        <w:rPr>
          <w:rFonts w:ascii="Georgia" w:hAnsi="Georgia" w:eastAsia="Georgia"/>
          <w:b w:val="0"/>
          <w:i w:val="0"/>
          <w:sz w:val="21"/>
          <w:u w:val="none"/>
        </w:rPr>
        <w:t xml:space="preserve">even people we don’t </w:t>
      </w:r>
      <w:r>
        <w:rPr>
          <w:rFonts w:ascii="Georgia" w:hAnsi="Georgia" w:eastAsia="Georgia"/>
          <w:b w:val="0"/>
          <w:i/>
          <w:sz w:val="21"/>
          <w:u w:val="none"/>
        </w:rPr>
        <w:t xml:space="preserve">like. </w:t>
      </w:r>
      <w:r>
        <w:rPr>
          <w:rFonts w:ascii="Georgia" w:hAnsi="Georgia" w:eastAsia="Georgia"/>
          <w:b w:val="0"/>
          <w:i w:val="0"/>
          <w:sz w:val="21"/>
          <w:u w:val="none"/>
        </w:rPr>
        <w:t xml:space="preserve">The amazing thing about it is that once we yield to Him and are willing, those we love respond and then we end up actually </w:t>
      </w:r>
      <w:r>
        <w:rPr>
          <w:rFonts w:ascii="Georgia" w:hAnsi="Georgia" w:eastAsia="Georgia"/>
          <w:b w:val="0"/>
          <w:i/>
          <w:sz w:val="21"/>
          <w:u w:val="none"/>
        </w:rPr>
        <w:t xml:space="preserve">feeling </w:t>
      </w:r>
      <w:r>
        <w:rPr>
          <w:rFonts w:ascii="Georgia" w:hAnsi="Georgia" w:eastAsia="Georgia"/>
          <w:b w:val="0"/>
          <w:i w:val="0"/>
          <w:sz w:val="21"/>
          <w:u w:val="none"/>
        </w:rPr>
        <w:t xml:space="preserve">that love we thought we never could. Christ calls His “new creatures” both to “make” </w:t>
      </w:r>
      <w:r>
        <w:rPr>
          <w:rFonts w:ascii="Georgia" w:hAnsi="Georgia" w:eastAsia="Georgia"/>
          <w:b w:val="0"/>
          <w:i/>
          <w:sz w:val="21"/>
          <w:u w:val="none"/>
        </w:rPr>
        <w:t xml:space="preserve">and </w:t>
      </w:r>
      <w:r>
        <w:rPr>
          <w:rFonts w:ascii="Georgia" w:hAnsi="Georgia" w:eastAsia="Georgia"/>
          <w:b w:val="0"/>
          <w:i w:val="0"/>
          <w:sz w:val="21"/>
          <w:u w:val="none"/>
        </w:rPr>
        <w:t xml:space="preserve">to </w:t>
      </w:r>
      <w:r>
        <w:rPr>
          <w:rFonts w:ascii="Georgia" w:hAnsi="Georgia" w:eastAsia="Georgia"/>
          <w:b w:val="0"/>
          <w:i/>
          <w:sz w:val="21"/>
          <w:u w:val="none"/>
        </w:rPr>
        <w:t xml:space="preserve">“be” </w:t>
      </w:r>
      <w:r>
        <w:rPr>
          <w:rFonts w:ascii="Georgia" w:hAnsi="Georgia" w:eastAsia="Georgia"/>
          <w:b w:val="0"/>
          <w:i w:val="0"/>
          <w:sz w:val="21"/>
          <w:u w:val="none"/>
        </w:rPr>
        <w:t xml:space="preserve">disciples. And with this assignment is the </w:t>
      </w:r>
      <w:r>
        <w:rPr>
          <w:rFonts w:ascii="Georgia" w:hAnsi="Georgia" w:eastAsia="Georgia"/>
          <w:b w:val="0"/>
          <w:i/>
          <w:sz w:val="21"/>
          <w:u w:val="none"/>
        </w:rPr>
        <w:t xml:space="preserve">expectation </w:t>
      </w:r>
      <w:r>
        <w:rPr>
          <w:rFonts w:ascii="Georgia" w:hAnsi="Georgia" w:eastAsia="Georgia"/>
          <w:b w:val="0"/>
          <w:i w:val="0"/>
          <w:sz w:val="21"/>
          <w:u w:val="none"/>
        </w:rPr>
        <w:t xml:space="preserve">that those we encounter – even (and perhaps </w:t>
      </w:r>
      <w:r>
        <w:rPr>
          <w:rFonts w:ascii="Georgia" w:hAnsi="Georgia" w:eastAsia="Georgia"/>
          <w:b w:val="0"/>
          <w:i/>
          <w:sz w:val="21"/>
          <w:u w:val="none"/>
        </w:rPr>
        <w:t xml:space="preserve">especially) </w:t>
      </w:r>
      <w:r>
        <w:rPr>
          <w:rFonts w:ascii="Georgia" w:hAnsi="Georgia" w:eastAsia="Georgia"/>
          <w:b w:val="0"/>
          <w:i w:val="0"/>
          <w:sz w:val="21"/>
          <w:u w:val="none"/>
        </w:rPr>
        <w:t xml:space="preserve">believers – will frustrate and fail us. We, sadly, will do the same to others. The only way to avoid disillusionment with the church is to dismiss our </w:t>
      </w:r>
      <w:r>
        <w:rPr>
          <w:rFonts w:ascii="Georgia" w:hAnsi="Georgia" w:eastAsia="Georgia"/>
          <w:b w:val="0"/>
          <w:i/>
          <w:sz w:val="21"/>
          <w:u w:val="none"/>
        </w:rPr>
        <w:t xml:space="preserve">illusions </w:t>
      </w:r>
      <w:r>
        <w:rPr>
          <w:rFonts w:ascii="Georgia" w:hAnsi="Georgia" w:eastAsia="Georgia"/>
          <w:b w:val="0"/>
          <w:i w:val="0"/>
          <w:sz w:val="21"/>
          <w:u w:val="none"/>
        </w:rPr>
        <w:t xml:space="preserve">from the beginning. The church </w:t>
      </w:r>
      <w:r>
        <w:rPr>
          <w:rFonts w:ascii="Georgia" w:hAnsi="Georgia" w:eastAsia="Georgia"/>
          <w:b w:val="0"/>
          <w:i/>
          <w:sz w:val="21"/>
          <w:u w:val="none"/>
        </w:rPr>
        <w:t xml:space="preserve">will </w:t>
      </w:r>
      <w:r>
        <w:rPr>
          <w:rFonts w:ascii="Georgia" w:hAnsi="Georgia" w:eastAsia="Georgia"/>
          <w:b w:val="0"/>
          <w:i w:val="0"/>
          <w:sz w:val="21"/>
          <w:u w:val="none"/>
        </w:rPr>
        <w:t xml:space="preserve">be full of frustrating, messed-up, baggage-carrying people just like us, who need grace and forgiveness as much as </w:t>
      </w:r>
      <w:r>
        <w:rPr>
          <w:rFonts w:ascii="Georgia" w:hAnsi="Georgia" w:eastAsia="Georgia"/>
          <w:b w:val="0"/>
          <w:i/>
          <w:sz w:val="21"/>
          <w:u w:val="none"/>
        </w:rPr>
        <w:t xml:space="preserve">we </w:t>
      </w:r>
      <w:r>
        <w:rPr>
          <w:rFonts w:ascii="Georgia" w:hAnsi="Georgia" w:eastAsia="Georgia"/>
          <w:b w:val="0"/>
          <w:i w:val="0"/>
          <w:sz w:val="21"/>
          <w:u w:val="none"/>
        </w:rPr>
        <w:t>do. Proverbs 27:17 tells us, “As iron sharpens iron, so one man sharpens another.” It’s painful sometimes, but it’s necessary for us to grow. The apostle James says we are to “</w:t>
      </w:r>
      <w:r>
        <w:rPr>
          <w:rFonts w:ascii="Georgia" w:hAnsi="Georgia" w:eastAsia="Georgia"/>
          <w:b w:val="0"/>
          <w:i/>
          <w:sz w:val="21"/>
          <w:u w:val="none"/>
        </w:rPr>
        <w:t xml:space="preserve">confess our sins </w:t>
      </w:r>
      <w:r>
        <w:rPr>
          <w:rFonts w:ascii="Georgia" w:hAnsi="Georgia" w:eastAsia="Georgia"/>
          <w:b w:val="0"/>
          <w:i w:val="0"/>
          <w:sz w:val="21"/>
          <w:u w:val="none"/>
        </w:rPr>
        <w:t xml:space="preserve">to each other and </w:t>
      </w:r>
      <w:r>
        <w:rPr>
          <w:rFonts w:ascii="Georgia" w:hAnsi="Georgia" w:eastAsia="Georgia"/>
          <w:b w:val="0"/>
          <w:i/>
          <w:sz w:val="21"/>
          <w:u w:val="none"/>
        </w:rPr>
        <w:t xml:space="preserve">pray </w:t>
      </w:r>
      <w:r>
        <w:rPr>
          <w:rFonts w:ascii="Georgia" w:hAnsi="Georgia" w:eastAsia="Georgia"/>
          <w:b w:val="0"/>
          <w:i w:val="0"/>
          <w:sz w:val="21"/>
          <w:u w:val="none"/>
        </w:rPr>
        <w:t xml:space="preserve">for each other, so that we may be healed.” How can we </w:t>
      </w:r>
      <w:r>
        <w:rPr>
          <w:rFonts w:ascii="Georgia" w:hAnsi="Georgia" w:eastAsia="Georgia"/>
          <w:b w:val="0"/>
          <w:i/>
          <w:sz w:val="21"/>
          <w:u w:val="none"/>
        </w:rPr>
        <w:t xml:space="preserve">do </w:t>
      </w:r>
      <w:r>
        <w:rPr>
          <w:rFonts w:ascii="Georgia" w:hAnsi="Georgia" w:eastAsia="Georgia"/>
          <w:b w:val="0"/>
          <w:i w:val="0"/>
          <w:sz w:val="21"/>
          <w:u w:val="none"/>
        </w:rPr>
        <w:t xml:space="preserve">this if we are afraid to let our brothers and sisters in Christ even know who we really </w:t>
      </w:r>
      <w:r>
        <w:rPr>
          <w:rFonts w:ascii="Georgia" w:hAnsi="Georgia" w:eastAsia="Georgia"/>
          <w:b w:val="0"/>
          <w:i/>
          <w:sz w:val="21"/>
          <w:u w:val="none"/>
        </w:rPr>
        <w:t>are?</w:t>
      </w:r>
    </w:p>
    <w:p>
      <w:pPr>
        <w:widowControl/>
      </w:pPr>
      <w:r>
        <w:rPr>
          <w:rFonts w:ascii="Georgia" w:hAnsi="Georgia" w:eastAsia="Georgia"/>
          <w:b w:val="0"/>
          <w:i w:val="0"/>
          <w:sz w:val="21"/>
          <w:u w:val="none"/>
        </w:rPr>
        <w:t xml:space="preserve">Colossians 3:12-14 says it all in a nutshell: “As God’s chosen people, holy and dearly loved, clothe yourselves with compassion, kindness, humility, gentleness and patience. </w:t>
      </w:r>
      <w:r>
        <w:rPr>
          <w:rFonts w:ascii="Georgia" w:hAnsi="Georgia" w:eastAsia="Georgia"/>
          <w:b w:val="0"/>
          <w:i/>
          <w:sz w:val="21"/>
          <w:u w:val="none"/>
        </w:rPr>
        <w:t xml:space="preserve">Bear with </w:t>
      </w:r>
      <w:r>
        <w:rPr>
          <w:rFonts w:ascii="Georgia" w:hAnsi="Georgia" w:eastAsia="Georgia"/>
          <w:b w:val="0"/>
          <w:i w:val="0"/>
          <w:sz w:val="21"/>
          <w:u w:val="none"/>
        </w:rPr>
        <w:t xml:space="preserve">each other and </w:t>
      </w:r>
      <w:r>
        <w:rPr>
          <w:rFonts w:ascii="Georgia" w:hAnsi="Georgia" w:eastAsia="Georgia"/>
          <w:b w:val="0"/>
          <w:i/>
          <w:sz w:val="21"/>
          <w:u w:val="none"/>
        </w:rPr>
        <w:t xml:space="preserve">forgive </w:t>
      </w:r>
      <w:r>
        <w:rPr>
          <w:rFonts w:ascii="Georgia" w:hAnsi="Georgia" w:eastAsia="Georgia"/>
          <w:b w:val="0"/>
          <w:i w:val="0"/>
          <w:sz w:val="21"/>
          <w:u w:val="none"/>
        </w:rPr>
        <w:t xml:space="preserve">whatever grievances you may have against one another. Forgive as the </w:t>
      </w:r>
      <w:r>
        <w:rPr>
          <w:rFonts w:ascii="Georgia" w:hAnsi="Georgia" w:eastAsia="Georgia"/>
          <w:b w:val="0"/>
          <w:i/>
          <w:sz w:val="21"/>
          <w:u w:val="none"/>
        </w:rPr>
        <w:t xml:space="preserve">Lord </w:t>
      </w:r>
      <w:r>
        <w:rPr>
          <w:rFonts w:ascii="Georgia" w:hAnsi="Georgia" w:eastAsia="Georgia"/>
          <w:b w:val="0"/>
          <w:i w:val="0"/>
          <w:sz w:val="21"/>
          <w:u w:val="none"/>
        </w:rPr>
        <w:t xml:space="preserve">forgave </w:t>
      </w:r>
      <w:r>
        <w:rPr>
          <w:rFonts w:ascii="Georgia" w:hAnsi="Georgia" w:eastAsia="Georgia"/>
          <w:b w:val="0"/>
          <w:i/>
          <w:sz w:val="21"/>
          <w:u w:val="none"/>
        </w:rPr>
        <w:t xml:space="preserve">you. </w:t>
      </w:r>
      <w:r>
        <w:rPr>
          <w:rFonts w:ascii="Georgia" w:hAnsi="Georgia" w:eastAsia="Georgia"/>
          <w:b w:val="0"/>
          <w:i w:val="0"/>
          <w:sz w:val="21"/>
          <w:u w:val="none"/>
        </w:rPr>
        <w:t xml:space="preserve">And over </w:t>
      </w:r>
      <w:r>
        <w:rPr>
          <w:rFonts w:ascii="Georgia" w:hAnsi="Georgia" w:eastAsia="Georgia"/>
          <w:b w:val="0"/>
          <w:i/>
          <w:sz w:val="21"/>
          <w:u w:val="none"/>
        </w:rPr>
        <w:t xml:space="preserve">all </w:t>
      </w:r>
      <w:r>
        <w:rPr>
          <w:rFonts w:ascii="Georgia" w:hAnsi="Georgia" w:eastAsia="Georgia"/>
          <w:b w:val="0"/>
          <w:i w:val="0"/>
          <w:sz w:val="21"/>
          <w:u w:val="none"/>
        </w:rPr>
        <w:t xml:space="preserve">these virtues, </w:t>
      </w:r>
      <w:r>
        <w:rPr>
          <w:rFonts w:ascii="Georgia" w:hAnsi="Georgia" w:eastAsia="Georgia"/>
          <w:b w:val="0"/>
          <w:i/>
          <w:sz w:val="21"/>
          <w:u w:val="none"/>
        </w:rPr>
        <w:t xml:space="preserve">put on love, </w:t>
      </w:r>
      <w:r>
        <w:rPr>
          <w:rFonts w:ascii="Georgia" w:hAnsi="Georgia" w:eastAsia="Georgia"/>
          <w:b w:val="0"/>
          <w:i w:val="0"/>
          <w:sz w:val="21"/>
          <w:u w:val="none"/>
        </w:rPr>
        <w:t>which binds them all together in perfect unity.”</w:t>
      </w:r>
    </w:p>
    <w:p>
      <w:bookmarkStart w:id="28" w:name="reflection_27"/>
      <w:pPr>
        <w:pStyle w:val="Heading1"/>
      </w:pPr>
      <w:r>
        <w:rPr>
          <w:rFonts w:ascii="Georgia" w:hAnsi="Georgia" w:eastAsia="Georgia"/>
          <w:b/>
          <w:color w:val="226FA4"/>
          <w:sz w:val="34"/>
        </w:rPr>
        <w:t>Love – of Spouse</w:t>
      </w:r>
      <w:bookmarkEnd w:id="28"/>
    </w:p>
    <w:p>
      <w:pPr>
        <w:widowControl/>
      </w:pPr>
      <w:r>
        <w:rPr>
          <w:rFonts w:ascii="Georgia" w:hAnsi="Georgia" w:eastAsia="Georgia"/>
          <w:b w:val="0"/>
          <w:i w:val="0"/>
          <w:sz w:val="21"/>
          <w:u w:val="none"/>
        </w:rPr>
        <w:t>Our message today is the last in our series on the two commandments Jesus gave us – to love the Lord our God with our whole being, and to love others as we love ourselves. Today we’ll talk about love, as God intended it to be, between a husband and a wife.</w:t>
      </w:r>
    </w:p>
    <w:p>
      <w:pPr>
        <w:widowControl/>
      </w:pPr>
      <w:r>
        <w:rPr>
          <w:rFonts w:ascii="Georgia" w:hAnsi="Georgia" w:eastAsia="Georgia"/>
          <w:b w:val="0"/>
          <w:i w:val="0"/>
          <w:sz w:val="21"/>
          <w:u w:val="none"/>
        </w:rPr>
        <w:t>This year my husband and I will celebrate our 50</w:t>
      </w:r>
      <w:r>
        <w:rPr>
          <w:rFonts w:ascii="Georgia" w:hAnsi="Georgia" w:eastAsia="Georgia"/>
          <w:b w:val="0"/>
          <w:i w:val="0"/>
          <w:sz w:val="21"/>
          <w:u w:val="none"/>
          <w:vertAlign w:val="superscript"/>
        </w:rPr>
        <w:t>th</w:t>
      </w:r>
      <w:r>
        <w:rPr>
          <w:rFonts w:ascii="Georgia" w:hAnsi="Georgia" w:eastAsia="Georgia"/>
          <w:b w:val="0"/>
          <w:i w:val="0"/>
          <w:sz w:val="21"/>
          <w:u w:val="none"/>
        </w:rPr>
        <w:t xml:space="preserve"> wedding anniversary. There are no two people more amazed than we are that we have made it this far. Our marriage has been no better than most that have </w:t>
      </w:r>
      <w:r>
        <w:rPr>
          <w:rFonts w:ascii="Georgia" w:hAnsi="Georgia" w:eastAsia="Georgia"/>
          <w:b w:val="0"/>
          <w:i/>
          <w:sz w:val="21"/>
          <w:u w:val="none"/>
        </w:rPr>
        <w:t xml:space="preserve">not </w:t>
      </w:r>
      <w:r>
        <w:rPr>
          <w:rFonts w:ascii="Georgia" w:hAnsi="Georgia" w:eastAsia="Georgia"/>
          <w:b w:val="0"/>
          <w:i w:val="0"/>
          <w:sz w:val="21"/>
          <w:u w:val="none"/>
        </w:rPr>
        <w:t xml:space="preserve">made it. We would be the last to judge those who have divorced, for it is </w:t>
      </w:r>
      <w:r>
        <w:rPr>
          <w:rFonts w:ascii="Georgia" w:hAnsi="Georgia" w:eastAsia="Georgia"/>
          <w:b w:val="0"/>
          <w:i/>
          <w:sz w:val="21"/>
          <w:u w:val="none"/>
        </w:rPr>
        <w:t xml:space="preserve">only </w:t>
      </w:r>
      <w:r>
        <w:rPr>
          <w:rFonts w:ascii="Georgia" w:hAnsi="Georgia" w:eastAsia="Georgia"/>
          <w:b w:val="0"/>
          <w:i w:val="0"/>
          <w:sz w:val="21"/>
          <w:u w:val="none"/>
        </w:rPr>
        <w:t xml:space="preserve">by the grace of God that we made it through many very painful crises. There is no other interpersonal relationship that God uses </w:t>
      </w:r>
      <w:r>
        <w:rPr>
          <w:rFonts w:ascii="Georgia" w:hAnsi="Georgia" w:eastAsia="Georgia"/>
          <w:b w:val="0"/>
          <w:i/>
          <w:sz w:val="21"/>
          <w:u w:val="none"/>
        </w:rPr>
        <w:t xml:space="preserve">more </w:t>
      </w:r>
      <w:r>
        <w:rPr>
          <w:rFonts w:ascii="Georgia" w:hAnsi="Georgia" w:eastAsia="Georgia"/>
          <w:b w:val="0"/>
          <w:i w:val="0"/>
          <w:sz w:val="21"/>
          <w:u w:val="none"/>
        </w:rPr>
        <w:t>to prune and mold us into what He wants us to be than that of husband and wife, and we are no exception. I can truthfully say our marriage is the best now that it has ever been. We are both thankful we didn’t give up, and God isn’t finished with us yet.</w:t>
      </w:r>
    </w:p>
    <w:p>
      <w:pPr>
        <w:widowControl/>
      </w:pPr>
      <w:r>
        <w:rPr>
          <w:rFonts w:ascii="Georgia" w:hAnsi="Georgia" w:eastAsia="Georgia"/>
          <w:b w:val="0"/>
          <w:i w:val="0"/>
          <w:sz w:val="21"/>
          <w:u w:val="none"/>
        </w:rPr>
        <w:t xml:space="preserve">A short time ago, a poll made headlines when it showed that 51% of American women now live </w:t>
      </w:r>
      <w:r>
        <w:rPr>
          <w:rFonts w:ascii="Georgia" w:hAnsi="Georgia" w:eastAsia="Georgia"/>
          <w:b w:val="0"/>
          <w:i/>
          <w:sz w:val="21"/>
          <w:u w:val="none"/>
        </w:rPr>
        <w:t xml:space="preserve">without </w:t>
      </w:r>
      <w:r>
        <w:rPr>
          <w:rFonts w:ascii="Georgia" w:hAnsi="Georgia" w:eastAsia="Georgia"/>
          <w:b w:val="0"/>
          <w:i w:val="0"/>
          <w:sz w:val="21"/>
          <w:u w:val="none"/>
        </w:rPr>
        <w:t xml:space="preserve">husbands. It was intended to make the point that marriage in our society is going the way of the dinosaurs because we have “outgrown” it. A study of this poll, however, showed that it was skewed by including in this 51% all widows, all those living with a man outside marriage, all married women whose husbands were away in the armed services or in prison, and teenagers as young as 16. Maybe a statistic we should consider </w:t>
      </w:r>
      <w:r>
        <w:rPr>
          <w:rFonts w:ascii="Georgia" w:hAnsi="Georgia" w:eastAsia="Georgia"/>
          <w:b w:val="0"/>
          <w:i/>
          <w:sz w:val="21"/>
          <w:u w:val="none"/>
        </w:rPr>
        <w:t xml:space="preserve">more </w:t>
      </w:r>
      <w:r>
        <w:rPr>
          <w:rFonts w:ascii="Georgia" w:hAnsi="Georgia" w:eastAsia="Georgia"/>
          <w:b w:val="0"/>
          <w:i w:val="0"/>
          <w:sz w:val="21"/>
          <w:u w:val="none"/>
        </w:rPr>
        <w:t xml:space="preserve">alarming is that the rate of divorce in our country </w:t>
      </w:r>
      <w:r>
        <w:rPr>
          <w:rFonts w:ascii="Georgia" w:hAnsi="Georgia" w:eastAsia="Georgia"/>
          <w:b w:val="0"/>
          <w:i/>
          <w:sz w:val="21"/>
          <w:u w:val="none"/>
        </w:rPr>
        <w:t xml:space="preserve">is rising, </w:t>
      </w:r>
      <w:r>
        <w:rPr>
          <w:rFonts w:ascii="Georgia" w:hAnsi="Georgia" w:eastAsia="Georgia"/>
          <w:b w:val="0"/>
          <w:i w:val="0"/>
          <w:sz w:val="21"/>
          <w:u w:val="none"/>
        </w:rPr>
        <w:t xml:space="preserve">and it is becoming just as high among </w:t>
      </w:r>
      <w:r>
        <w:rPr>
          <w:rFonts w:ascii="Georgia" w:hAnsi="Georgia" w:eastAsia="Georgia"/>
          <w:b w:val="0"/>
          <w:i/>
          <w:sz w:val="21"/>
          <w:u w:val="none"/>
        </w:rPr>
        <w:t xml:space="preserve">Christians </w:t>
      </w:r>
      <w:r>
        <w:rPr>
          <w:rFonts w:ascii="Georgia" w:hAnsi="Georgia" w:eastAsia="Georgia"/>
          <w:b w:val="0"/>
          <w:i w:val="0"/>
          <w:sz w:val="21"/>
          <w:u w:val="none"/>
        </w:rPr>
        <w:t>as among non-Christians. How can this be? Have we now become so “advanced” in our society that God’s rules for marriage are so “old-fashioned” they’re irrelevant?</w:t>
      </w:r>
    </w:p>
    <w:p>
      <w:pPr>
        <w:widowControl/>
      </w:pPr>
      <w:r>
        <w:rPr>
          <w:rFonts w:ascii="Georgia" w:hAnsi="Georgia" w:eastAsia="Georgia"/>
          <w:b w:val="0"/>
          <w:i w:val="0"/>
          <w:sz w:val="21"/>
          <w:u w:val="none"/>
        </w:rPr>
        <w:t xml:space="preserve">If you are a married person, let me ask you a question: What was the reason you married your spouse in the first place? I would venture to guess that most of you would have to answer that the same way I would. It was because of a strong emotional and physical attraction which we call “love” </w:t>
      </w:r>
      <w:r>
        <w:rPr>
          <w:rFonts w:ascii="Georgia" w:hAnsi="Georgia" w:eastAsia="Georgia"/>
          <w:b w:val="0"/>
          <w:i/>
          <w:sz w:val="21"/>
          <w:u w:val="none"/>
        </w:rPr>
        <w:t xml:space="preserve">and </w:t>
      </w:r>
      <w:r>
        <w:rPr>
          <w:rFonts w:ascii="Georgia" w:hAnsi="Georgia" w:eastAsia="Georgia"/>
          <w:b w:val="0"/>
          <w:i w:val="0"/>
          <w:sz w:val="21"/>
          <w:u w:val="none"/>
        </w:rPr>
        <w:t xml:space="preserve">a sincere belief that this person I “love” is going to </w:t>
      </w:r>
      <w:r>
        <w:rPr>
          <w:rFonts w:ascii="Georgia" w:hAnsi="Georgia" w:eastAsia="Georgia"/>
          <w:b w:val="0"/>
          <w:i/>
          <w:sz w:val="21"/>
          <w:u w:val="none"/>
        </w:rPr>
        <w:t xml:space="preserve">make me happy. </w:t>
      </w:r>
      <w:r>
        <w:rPr>
          <w:rFonts w:ascii="Georgia" w:hAnsi="Georgia" w:eastAsia="Georgia"/>
          <w:b w:val="0"/>
          <w:i w:val="0"/>
          <w:sz w:val="21"/>
          <w:u w:val="none"/>
        </w:rPr>
        <w:t xml:space="preserve">Did you know that nowhere in Scripture does it say God intended marriage to make us happy? Happiness is not the </w:t>
      </w:r>
      <w:r>
        <w:rPr>
          <w:rFonts w:ascii="Georgia" w:hAnsi="Georgia" w:eastAsia="Georgia"/>
          <w:b w:val="0"/>
          <w:i/>
          <w:sz w:val="21"/>
          <w:u w:val="none"/>
        </w:rPr>
        <w:t xml:space="preserve">purpose </w:t>
      </w:r>
      <w:r>
        <w:rPr>
          <w:rFonts w:ascii="Georgia" w:hAnsi="Georgia" w:eastAsia="Georgia"/>
          <w:b w:val="0"/>
          <w:i w:val="0"/>
          <w:sz w:val="21"/>
          <w:u w:val="none"/>
        </w:rPr>
        <w:t xml:space="preserve">of marriage – it is to be a </w:t>
      </w:r>
      <w:r>
        <w:rPr>
          <w:rFonts w:ascii="Georgia" w:hAnsi="Georgia" w:eastAsia="Georgia"/>
          <w:b w:val="0"/>
          <w:i/>
          <w:sz w:val="21"/>
          <w:u w:val="none"/>
        </w:rPr>
        <w:t xml:space="preserve">by-product </w:t>
      </w:r>
      <w:r>
        <w:rPr>
          <w:rFonts w:ascii="Georgia" w:hAnsi="Georgia" w:eastAsia="Georgia"/>
          <w:b w:val="0"/>
          <w:i w:val="0"/>
          <w:sz w:val="21"/>
          <w:u w:val="none"/>
        </w:rPr>
        <w:t xml:space="preserve">of it, and that by-product only comes when we live according to the </w:t>
      </w:r>
      <w:r>
        <w:rPr>
          <w:rFonts w:ascii="Georgia" w:hAnsi="Georgia" w:eastAsia="Georgia"/>
          <w:b w:val="0"/>
          <w:i/>
          <w:sz w:val="21"/>
          <w:u w:val="none"/>
        </w:rPr>
        <w:t xml:space="preserve">purpose </w:t>
      </w:r>
      <w:r>
        <w:rPr>
          <w:rFonts w:ascii="Georgia" w:hAnsi="Georgia" w:eastAsia="Georgia"/>
          <w:b w:val="0"/>
          <w:i w:val="0"/>
          <w:sz w:val="21"/>
          <w:u w:val="none"/>
        </w:rPr>
        <w:t xml:space="preserve">God intends. So, what </w:t>
      </w:r>
      <w:r>
        <w:rPr>
          <w:rFonts w:ascii="Georgia" w:hAnsi="Georgia" w:eastAsia="Georgia"/>
          <w:b w:val="0"/>
          <w:i/>
          <w:sz w:val="21"/>
          <w:u w:val="none"/>
        </w:rPr>
        <w:t xml:space="preserve">is </w:t>
      </w:r>
      <w:r>
        <w:rPr>
          <w:rFonts w:ascii="Georgia" w:hAnsi="Georgia" w:eastAsia="Georgia"/>
          <w:b w:val="0"/>
          <w:i w:val="0"/>
          <w:sz w:val="21"/>
          <w:u w:val="none"/>
        </w:rPr>
        <w:t>God’s purpose then, and will it still work if we follow it even in the 21</w:t>
      </w:r>
      <w:r>
        <w:rPr>
          <w:rFonts w:ascii="Georgia" w:hAnsi="Georgia" w:eastAsia="Georgia"/>
          <w:b w:val="0"/>
          <w:i w:val="0"/>
          <w:sz w:val="21"/>
          <w:u w:val="none"/>
          <w:vertAlign w:val="superscript"/>
        </w:rPr>
        <w:t>st</w:t>
      </w:r>
      <w:r>
        <w:rPr>
          <w:rFonts w:ascii="Georgia" w:hAnsi="Georgia" w:eastAsia="Georgia"/>
          <w:b w:val="0"/>
          <w:i w:val="0"/>
          <w:sz w:val="21"/>
          <w:u w:val="none"/>
        </w:rPr>
        <w:t xml:space="preserve"> century? Let’s look at that.</w:t>
      </w:r>
    </w:p>
    <w:p>
      <w:pPr>
        <w:widowControl/>
      </w:pPr>
      <w:r>
        <w:rPr>
          <w:rFonts w:ascii="Georgia" w:hAnsi="Georgia" w:eastAsia="Georgia"/>
          <w:b w:val="0"/>
          <w:i w:val="0"/>
          <w:sz w:val="21"/>
          <w:u w:val="none"/>
        </w:rPr>
        <w:t xml:space="preserve">It was </w:t>
      </w:r>
      <w:r>
        <w:rPr>
          <w:rFonts w:ascii="Georgia" w:hAnsi="Georgia" w:eastAsia="Georgia"/>
          <w:b w:val="0"/>
          <w:i/>
          <w:sz w:val="21"/>
          <w:u w:val="none"/>
        </w:rPr>
        <w:t xml:space="preserve">God </w:t>
      </w:r>
      <w:r>
        <w:rPr>
          <w:rFonts w:ascii="Georgia" w:hAnsi="Georgia" w:eastAsia="Georgia"/>
          <w:b w:val="0"/>
          <w:i w:val="0"/>
          <w:sz w:val="21"/>
          <w:u w:val="none"/>
        </w:rPr>
        <w:t xml:space="preserve">who invented marriage in the first place. It was He who created the man first and then took a </w:t>
      </w:r>
      <w:r>
        <w:rPr>
          <w:rFonts w:ascii="Georgia" w:hAnsi="Georgia" w:eastAsia="Georgia"/>
          <w:b w:val="0"/>
          <w:i/>
          <w:sz w:val="21"/>
          <w:u w:val="none"/>
        </w:rPr>
        <w:t xml:space="preserve">part </w:t>
      </w:r>
      <w:r>
        <w:rPr>
          <w:rFonts w:ascii="Georgia" w:hAnsi="Georgia" w:eastAsia="Georgia"/>
          <w:b w:val="0"/>
          <w:i w:val="0"/>
          <w:sz w:val="21"/>
          <w:u w:val="none"/>
        </w:rPr>
        <w:t xml:space="preserve">of that </w:t>
      </w:r>
      <w:r>
        <w:rPr>
          <w:rFonts w:ascii="Georgia" w:hAnsi="Georgia" w:eastAsia="Georgia"/>
          <w:b w:val="0"/>
          <w:i/>
          <w:sz w:val="21"/>
          <w:u w:val="none"/>
        </w:rPr>
        <w:t xml:space="preserve">man </w:t>
      </w:r>
      <w:r>
        <w:rPr>
          <w:rFonts w:ascii="Georgia" w:hAnsi="Georgia" w:eastAsia="Georgia"/>
          <w:b w:val="0"/>
          <w:i w:val="0"/>
          <w:sz w:val="21"/>
          <w:u w:val="none"/>
        </w:rPr>
        <w:t xml:space="preserve">to create a woman. The relationship is a circular one, for as woman came out of man, every </w:t>
      </w:r>
      <w:r>
        <w:rPr>
          <w:rFonts w:ascii="Georgia" w:hAnsi="Georgia" w:eastAsia="Georgia"/>
          <w:b w:val="0"/>
          <w:i/>
          <w:sz w:val="21"/>
          <w:u w:val="none"/>
        </w:rPr>
        <w:t xml:space="preserve">man </w:t>
      </w:r>
      <w:r>
        <w:rPr>
          <w:rFonts w:ascii="Georgia" w:hAnsi="Georgia" w:eastAsia="Georgia"/>
          <w:b w:val="0"/>
          <w:i w:val="0"/>
          <w:sz w:val="21"/>
          <w:u w:val="none"/>
        </w:rPr>
        <w:t xml:space="preserve">would now be </w:t>
      </w:r>
      <w:r>
        <w:rPr>
          <w:rFonts w:ascii="Georgia" w:hAnsi="Georgia" w:eastAsia="Georgia"/>
          <w:b w:val="0"/>
          <w:i/>
          <w:sz w:val="21"/>
          <w:u w:val="none"/>
        </w:rPr>
        <w:t xml:space="preserve">born </w:t>
      </w:r>
      <w:r>
        <w:rPr>
          <w:rFonts w:ascii="Georgia" w:hAnsi="Georgia" w:eastAsia="Georgia"/>
          <w:b w:val="0"/>
          <w:i w:val="0"/>
          <w:sz w:val="21"/>
          <w:u w:val="none"/>
        </w:rPr>
        <w:t xml:space="preserve">out of </w:t>
      </w:r>
      <w:r>
        <w:rPr>
          <w:rFonts w:ascii="Georgia" w:hAnsi="Georgia" w:eastAsia="Georgia"/>
          <w:b w:val="0"/>
          <w:i/>
          <w:sz w:val="21"/>
          <w:u w:val="none"/>
        </w:rPr>
        <w:t xml:space="preserve">woman. “For this reason,” </w:t>
      </w:r>
      <w:r>
        <w:rPr>
          <w:rFonts w:ascii="Georgia" w:hAnsi="Georgia" w:eastAsia="Georgia"/>
          <w:b w:val="0"/>
          <w:i w:val="0"/>
          <w:sz w:val="21"/>
          <w:u w:val="none"/>
        </w:rPr>
        <w:t>said God, “a man will leave his father and mother and be united to his wife, and they will become one flesh.” This union was to be a physical one and a spiritual one as well, for it was to follow the pattern of Jesus’ relationship with His bride, the church. We know this because He tells us so through the Apostle Paul in Ephesians 5, where He says, “</w:t>
      </w:r>
      <w:r>
        <w:rPr>
          <w:rFonts w:ascii="Georgia" w:hAnsi="Georgia" w:eastAsia="Georgia"/>
          <w:b w:val="0"/>
          <w:i/>
          <w:sz w:val="21"/>
          <w:u w:val="none"/>
        </w:rPr>
        <w:t xml:space="preserve">Submit </w:t>
      </w:r>
      <w:r>
        <w:rPr>
          <w:rFonts w:ascii="Georgia" w:hAnsi="Georgia" w:eastAsia="Georgia"/>
          <w:b w:val="0"/>
          <w:i w:val="0"/>
          <w:sz w:val="21"/>
          <w:u w:val="none"/>
        </w:rPr>
        <w:t xml:space="preserve">to </w:t>
      </w:r>
      <w:r>
        <w:rPr>
          <w:rFonts w:ascii="Georgia" w:hAnsi="Georgia" w:eastAsia="Georgia"/>
          <w:b w:val="0"/>
          <w:i/>
          <w:sz w:val="21"/>
          <w:u w:val="none"/>
        </w:rPr>
        <w:t xml:space="preserve">one another </w:t>
      </w:r>
      <w:r>
        <w:rPr>
          <w:rFonts w:ascii="Georgia" w:hAnsi="Georgia" w:eastAsia="Georgia"/>
          <w:b w:val="0"/>
          <w:i w:val="0"/>
          <w:sz w:val="21"/>
          <w:u w:val="none"/>
        </w:rPr>
        <w:t xml:space="preserve">out of reverence for Christ. </w:t>
      </w:r>
      <w:r>
        <w:rPr>
          <w:rFonts w:ascii="Georgia" w:hAnsi="Georgia" w:eastAsia="Georgia"/>
          <w:b w:val="0"/>
          <w:i/>
          <w:sz w:val="21"/>
          <w:u w:val="none"/>
        </w:rPr>
        <w:t xml:space="preserve">Wives, </w:t>
      </w:r>
      <w:r>
        <w:rPr>
          <w:rFonts w:ascii="Georgia" w:hAnsi="Georgia" w:eastAsia="Georgia"/>
          <w:b w:val="0"/>
          <w:i w:val="0"/>
          <w:sz w:val="21"/>
          <w:u w:val="none"/>
        </w:rPr>
        <w:t xml:space="preserve">submit to your husbands </w:t>
      </w:r>
      <w:r>
        <w:rPr>
          <w:rFonts w:ascii="Georgia" w:hAnsi="Georgia" w:eastAsia="Georgia"/>
          <w:b w:val="0"/>
          <w:i/>
          <w:sz w:val="21"/>
          <w:u w:val="none"/>
        </w:rPr>
        <w:t xml:space="preserve">as to the Lord. </w:t>
      </w:r>
      <w:r>
        <w:rPr>
          <w:rFonts w:ascii="Georgia" w:hAnsi="Georgia" w:eastAsia="Georgia"/>
          <w:b w:val="0"/>
          <w:i w:val="0"/>
          <w:sz w:val="21"/>
          <w:u w:val="none"/>
        </w:rPr>
        <w:t xml:space="preserve">For the husband is the </w:t>
      </w:r>
      <w:r>
        <w:rPr>
          <w:rFonts w:ascii="Georgia" w:hAnsi="Georgia" w:eastAsia="Georgia"/>
          <w:b w:val="0"/>
          <w:i/>
          <w:sz w:val="21"/>
          <w:u w:val="none"/>
        </w:rPr>
        <w:t xml:space="preserve">head </w:t>
      </w:r>
      <w:r>
        <w:rPr>
          <w:rFonts w:ascii="Georgia" w:hAnsi="Georgia" w:eastAsia="Georgia"/>
          <w:b w:val="0"/>
          <w:i w:val="0"/>
          <w:sz w:val="21"/>
          <w:u w:val="none"/>
        </w:rPr>
        <w:t xml:space="preserve">of the wife as Christ is the head of the church (His body) of which He is the Savior. Now, as the church submits to Christ, </w:t>
      </w:r>
      <w:r>
        <w:rPr>
          <w:rFonts w:ascii="Georgia" w:hAnsi="Georgia" w:eastAsia="Georgia"/>
          <w:b w:val="0"/>
          <w:i/>
          <w:sz w:val="21"/>
          <w:u w:val="none"/>
        </w:rPr>
        <w:t xml:space="preserve">so also </w:t>
      </w:r>
      <w:r>
        <w:rPr>
          <w:rFonts w:ascii="Georgia" w:hAnsi="Georgia" w:eastAsia="Georgia"/>
          <w:b w:val="0"/>
          <w:i w:val="0"/>
          <w:sz w:val="21"/>
          <w:u w:val="none"/>
        </w:rPr>
        <w:t xml:space="preserve">wives should submit to their husbands in everything. --- </w:t>
      </w:r>
      <w:r>
        <w:rPr>
          <w:rFonts w:ascii="Georgia" w:hAnsi="Georgia" w:eastAsia="Georgia"/>
          <w:b w:val="0"/>
          <w:i/>
          <w:sz w:val="21"/>
          <w:u w:val="none"/>
        </w:rPr>
        <w:t xml:space="preserve">Husbands, love </w:t>
      </w:r>
      <w:r>
        <w:rPr>
          <w:rFonts w:ascii="Georgia" w:hAnsi="Georgia" w:eastAsia="Georgia"/>
          <w:b w:val="0"/>
          <w:i w:val="0"/>
          <w:sz w:val="21"/>
          <w:u w:val="none"/>
        </w:rPr>
        <w:t xml:space="preserve">your wives, just as Christ loved the church and gave Himself up for her to make her holy --- and to present her to himself as a radiant church, without stain or wrinkle or any other blemish, but holy and blameless. In </w:t>
      </w:r>
      <w:r>
        <w:rPr>
          <w:rFonts w:ascii="Georgia" w:hAnsi="Georgia" w:eastAsia="Georgia"/>
          <w:b w:val="0"/>
          <w:i/>
          <w:sz w:val="21"/>
          <w:u w:val="none"/>
        </w:rPr>
        <w:t xml:space="preserve">this same way, </w:t>
      </w:r>
      <w:r>
        <w:rPr>
          <w:rFonts w:ascii="Georgia" w:hAnsi="Georgia" w:eastAsia="Georgia"/>
          <w:b w:val="0"/>
          <w:i w:val="0"/>
          <w:sz w:val="21"/>
          <w:u w:val="none"/>
        </w:rPr>
        <w:t xml:space="preserve">husbands ought to love their wives as their own bodies. He who loves his </w:t>
      </w:r>
      <w:r>
        <w:rPr>
          <w:rFonts w:ascii="Georgia" w:hAnsi="Georgia" w:eastAsia="Georgia"/>
          <w:b w:val="0"/>
          <w:i/>
          <w:sz w:val="21"/>
          <w:u w:val="none"/>
        </w:rPr>
        <w:t xml:space="preserve">wife, </w:t>
      </w:r>
      <w:r>
        <w:rPr>
          <w:rFonts w:ascii="Georgia" w:hAnsi="Georgia" w:eastAsia="Georgia"/>
          <w:b w:val="0"/>
          <w:i w:val="0"/>
          <w:sz w:val="21"/>
          <w:u w:val="none"/>
        </w:rPr>
        <w:t xml:space="preserve">loves </w:t>
      </w:r>
      <w:r>
        <w:rPr>
          <w:rFonts w:ascii="Georgia" w:hAnsi="Georgia" w:eastAsia="Georgia"/>
          <w:b w:val="0"/>
          <w:i/>
          <w:sz w:val="21"/>
          <w:u w:val="none"/>
        </w:rPr>
        <w:t xml:space="preserve">himself. </w:t>
      </w:r>
      <w:r>
        <w:rPr>
          <w:rFonts w:ascii="Georgia" w:hAnsi="Georgia" w:eastAsia="Georgia"/>
          <w:b w:val="0"/>
          <w:i w:val="0"/>
          <w:sz w:val="21"/>
          <w:u w:val="none"/>
        </w:rPr>
        <w:t xml:space="preserve">After all, no-one ever hated his own body, but he feeds it and cares for it, just as Christ does the church – for </w:t>
      </w:r>
      <w:r>
        <w:rPr>
          <w:rFonts w:ascii="Georgia" w:hAnsi="Georgia" w:eastAsia="Georgia"/>
          <w:b w:val="0"/>
          <w:i/>
          <w:sz w:val="21"/>
          <w:u w:val="none"/>
        </w:rPr>
        <w:t xml:space="preserve">we </w:t>
      </w:r>
      <w:r>
        <w:rPr>
          <w:rFonts w:ascii="Georgia" w:hAnsi="Georgia" w:eastAsia="Georgia"/>
          <w:b w:val="0"/>
          <w:i w:val="0"/>
          <w:sz w:val="21"/>
          <w:u w:val="none"/>
        </w:rPr>
        <w:t xml:space="preserve">are </w:t>
      </w:r>
      <w:r>
        <w:rPr>
          <w:rFonts w:ascii="Georgia" w:hAnsi="Georgia" w:eastAsia="Georgia"/>
          <w:b w:val="0"/>
          <w:i/>
          <w:sz w:val="21"/>
          <w:u w:val="none"/>
        </w:rPr>
        <w:t xml:space="preserve">members </w:t>
      </w:r>
      <w:r>
        <w:rPr>
          <w:rFonts w:ascii="Georgia" w:hAnsi="Georgia" w:eastAsia="Georgia"/>
          <w:b w:val="0"/>
          <w:i w:val="0"/>
          <w:sz w:val="21"/>
          <w:u w:val="none"/>
        </w:rPr>
        <w:t xml:space="preserve">of His body. </w:t>
      </w:r>
      <w:r>
        <w:rPr>
          <w:rFonts w:ascii="Georgia" w:hAnsi="Georgia" w:eastAsia="Georgia"/>
          <w:b w:val="0"/>
          <w:i/>
          <w:sz w:val="21"/>
          <w:u w:val="none"/>
        </w:rPr>
        <w:t xml:space="preserve">For this reason, </w:t>
      </w:r>
      <w:r>
        <w:rPr>
          <w:rFonts w:ascii="Georgia" w:hAnsi="Georgia" w:eastAsia="Georgia"/>
          <w:b w:val="0"/>
          <w:i w:val="0"/>
          <w:sz w:val="21"/>
          <w:u w:val="none"/>
        </w:rPr>
        <w:t xml:space="preserve">a man will leave his father and mother and be united to his wife, and the two will become one flesh. This is a profound </w:t>
      </w:r>
      <w:r>
        <w:rPr>
          <w:rFonts w:ascii="Georgia" w:hAnsi="Georgia" w:eastAsia="Georgia"/>
          <w:b w:val="0"/>
          <w:i/>
          <w:sz w:val="21"/>
          <w:u w:val="none"/>
        </w:rPr>
        <w:t xml:space="preserve">mystery </w:t>
      </w:r>
      <w:r>
        <w:rPr>
          <w:rFonts w:ascii="Georgia" w:hAnsi="Georgia" w:eastAsia="Georgia"/>
          <w:b w:val="0"/>
          <w:i w:val="0"/>
          <w:sz w:val="21"/>
          <w:u w:val="none"/>
        </w:rPr>
        <w:t xml:space="preserve">– but I </w:t>
      </w:r>
      <w:r>
        <w:rPr>
          <w:rFonts w:ascii="Georgia" w:hAnsi="Georgia" w:eastAsia="Georgia"/>
          <w:b w:val="0"/>
          <w:i/>
          <w:sz w:val="21"/>
          <w:u w:val="none"/>
        </w:rPr>
        <w:t xml:space="preserve">am </w:t>
      </w:r>
      <w:r>
        <w:rPr>
          <w:rFonts w:ascii="Georgia" w:hAnsi="Georgia" w:eastAsia="Georgia"/>
          <w:b w:val="0"/>
          <w:i w:val="0"/>
          <w:sz w:val="21"/>
          <w:u w:val="none"/>
        </w:rPr>
        <w:t xml:space="preserve">talking about Christ and the church. </w:t>
      </w:r>
      <w:r>
        <w:rPr>
          <w:rFonts w:ascii="Georgia" w:hAnsi="Georgia" w:eastAsia="Georgia"/>
          <w:b w:val="0"/>
          <w:i/>
          <w:sz w:val="21"/>
          <w:u w:val="none"/>
        </w:rPr>
        <w:t xml:space="preserve">Each one of you </w:t>
      </w:r>
      <w:r>
        <w:rPr>
          <w:rFonts w:ascii="Georgia" w:hAnsi="Georgia" w:eastAsia="Georgia"/>
          <w:b w:val="0"/>
          <w:i w:val="0"/>
          <w:sz w:val="21"/>
          <w:u w:val="none"/>
        </w:rPr>
        <w:t xml:space="preserve">also must </w:t>
      </w:r>
      <w:r>
        <w:rPr>
          <w:rFonts w:ascii="Georgia" w:hAnsi="Georgia" w:eastAsia="Georgia"/>
          <w:b w:val="0"/>
          <w:i/>
          <w:sz w:val="21"/>
          <w:u w:val="none"/>
        </w:rPr>
        <w:t xml:space="preserve">love </w:t>
      </w:r>
      <w:r>
        <w:rPr>
          <w:rFonts w:ascii="Georgia" w:hAnsi="Georgia" w:eastAsia="Georgia"/>
          <w:b w:val="0"/>
          <w:i w:val="0"/>
          <w:sz w:val="21"/>
          <w:u w:val="none"/>
        </w:rPr>
        <w:t xml:space="preserve">his wife </w:t>
      </w:r>
      <w:r>
        <w:rPr>
          <w:rFonts w:ascii="Georgia" w:hAnsi="Georgia" w:eastAsia="Georgia"/>
          <w:b w:val="0"/>
          <w:i/>
          <w:sz w:val="21"/>
          <w:u w:val="none"/>
        </w:rPr>
        <w:t xml:space="preserve">as he loves himself, </w:t>
      </w:r>
      <w:r>
        <w:rPr>
          <w:rFonts w:ascii="Georgia" w:hAnsi="Georgia" w:eastAsia="Georgia"/>
          <w:b w:val="0"/>
          <w:i w:val="0"/>
          <w:sz w:val="21"/>
          <w:u w:val="none"/>
        </w:rPr>
        <w:t>and the wife must respect her husband.”</w:t>
      </w:r>
    </w:p>
    <w:p>
      <w:pPr>
        <w:widowControl/>
      </w:pPr>
      <w:r>
        <w:rPr>
          <w:rFonts w:ascii="Georgia" w:hAnsi="Georgia" w:eastAsia="Georgia"/>
          <w:b w:val="0"/>
          <w:i w:val="0"/>
          <w:sz w:val="21"/>
          <w:u w:val="none"/>
        </w:rPr>
        <w:t xml:space="preserve">Peter also says a man is to love and cherish his wife and the wife is to respect her husband. Now does this mean she doesn’t </w:t>
      </w:r>
      <w:r>
        <w:rPr>
          <w:rFonts w:ascii="Georgia" w:hAnsi="Georgia" w:eastAsia="Georgia"/>
          <w:b w:val="0"/>
          <w:i/>
          <w:sz w:val="21"/>
          <w:u w:val="none"/>
        </w:rPr>
        <w:t xml:space="preserve">have </w:t>
      </w:r>
      <w:r>
        <w:rPr>
          <w:rFonts w:ascii="Georgia" w:hAnsi="Georgia" w:eastAsia="Georgia"/>
          <w:b w:val="0"/>
          <w:i w:val="0"/>
          <w:sz w:val="21"/>
          <w:u w:val="none"/>
        </w:rPr>
        <w:t xml:space="preserve">to </w:t>
      </w:r>
      <w:r>
        <w:rPr>
          <w:rFonts w:ascii="Georgia" w:hAnsi="Georgia" w:eastAsia="Georgia"/>
          <w:b w:val="0"/>
          <w:i/>
          <w:sz w:val="21"/>
          <w:u w:val="none"/>
        </w:rPr>
        <w:t xml:space="preserve">love him </w:t>
      </w:r>
      <w:r>
        <w:rPr>
          <w:rFonts w:ascii="Georgia" w:hAnsi="Georgia" w:eastAsia="Georgia"/>
          <w:b w:val="0"/>
          <w:i w:val="0"/>
          <w:sz w:val="21"/>
          <w:u w:val="none"/>
        </w:rPr>
        <w:t xml:space="preserve">or that </w:t>
      </w:r>
      <w:r>
        <w:rPr>
          <w:rFonts w:ascii="Georgia" w:hAnsi="Georgia" w:eastAsia="Georgia"/>
          <w:b w:val="0"/>
          <w:i/>
          <w:sz w:val="21"/>
          <w:u w:val="none"/>
        </w:rPr>
        <w:t xml:space="preserve">he </w:t>
      </w:r>
      <w:r>
        <w:rPr>
          <w:rFonts w:ascii="Georgia" w:hAnsi="Georgia" w:eastAsia="Georgia"/>
          <w:b w:val="0"/>
          <w:i w:val="0"/>
          <w:sz w:val="21"/>
          <w:u w:val="none"/>
        </w:rPr>
        <w:t xml:space="preserve">doesn’t have to </w:t>
      </w:r>
      <w:r>
        <w:rPr>
          <w:rFonts w:ascii="Georgia" w:hAnsi="Georgia" w:eastAsia="Georgia"/>
          <w:b w:val="0"/>
          <w:i/>
          <w:sz w:val="21"/>
          <w:u w:val="none"/>
        </w:rPr>
        <w:t xml:space="preserve">respect </w:t>
      </w:r>
      <w:r>
        <w:rPr>
          <w:rFonts w:ascii="Georgia" w:hAnsi="Georgia" w:eastAsia="Georgia"/>
          <w:b w:val="0"/>
          <w:i w:val="0"/>
          <w:sz w:val="21"/>
          <w:u w:val="none"/>
        </w:rPr>
        <w:t xml:space="preserve">her? No – Paul here is addressing the differences in our needs just as Peter does. A man needs to feel his wife </w:t>
      </w:r>
      <w:r>
        <w:rPr>
          <w:rFonts w:ascii="Georgia" w:hAnsi="Georgia" w:eastAsia="Georgia"/>
          <w:b w:val="0"/>
          <w:i/>
          <w:sz w:val="21"/>
          <w:u w:val="none"/>
        </w:rPr>
        <w:t xml:space="preserve">respects </w:t>
      </w:r>
      <w:r>
        <w:rPr>
          <w:rFonts w:ascii="Georgia" w:hAnsi="Georgia" w:eastAsia="Georgia"/>
          <w:b w:val="0"/>
          <w:i w:val="0"/>
          <w:sz w:val="21"/>
          <w:u w:val="none"/>
        </w:rPr>
        <w:t xml:space="preserve">him in order to believe she </w:t>
      </w:r>
      <w:r>
        <w:rPr>
          <w:rFonts w:ascii="Georgia" w:hAnsi="Georgia" w:eastAsia="Georgia"/>
          <w:b w:val="0"/>
          <w:i/>
          <w:sz w:val="21"/>
          <w:u w:val="none"/>
        </w:rPr>
        <w:t xml:space="preserve">loves </w:t>
      </w:r>
      <w:r>
        <w:rPr>
          <w:rFonts w:ascii="Georgia" w:hAnsi="Georgia" w:eastAsia="Georgia"/>
          <w:b w:val="0"/>
          <w:i w:val="0"/>
          <w:sz w:val="21"/>
          <w:u w:val="none"/>
        </w:rPr>
        <w:t xml:space="preserve">him, while a woman must feel her husband </w:t>
      </w:r>
      <w:r>
        <w:rPr>
          <w:rFonts w:ascii="Georgia" w:hAnsi="Georgia" w:eastAsia="Georgia"/>
          <w:b w:val="0"/>
          <w:i/>
          <w:sz w:val="21"/>
          <w:u w:val="none"/>
        </w:rPr>
        <w:t xml:space="preserve">loves </w:t>
      </w:r>
      <w:r>
        <w:rPr>
          <w:rFonts w:ascii="Georgia" w:hAnsi="Georgia" w:eastAsia="Georgia"/>
          <w:b w:val="0"/>
          <w:i w:val="0"/>
          <w:sz w:val="21"/>
          <w:u w:val="none"/>
        </w:rPr>
        <w:t xml:space="preserve">her to believe she has his </w:t>
      </w:r>
      <w:r>
        <w:rPr>
          <w:rFonts w:ascii="Georgia" w:hAnsi="Georgia" w:eastAsia="Georgia"/>
          <w:b w:val="0"/>
          <w:i/>
          <w:sz w:val="21"/>
          <w:u w:val="none"/>
        </w:rPr>
        <w:t xml:space="preserve">respect. </w:t>
      </w:r>
      <w:r>
        <w:rPr>
          <w:rFonts w:ascii="Georgia" w:hAnsi="Georgia" w:eastAsia="Georgia"/>
          <w:b w:val="0"/>
          <w:i w:val="0"/>
          <w:sz w:val="21"/>
          <w:u w:val="none"/>
        </w:rPr>
        <w:t xml:space="preserve">Whether we want to admit it or not, there </w:t>
      </w:r>
      <w:r>
        <w:rPr>
          <w:rFonts w:ascii="Georgia" w:hAnsi="Georgia" w:eastAsia="Georgia"/>
          <w:b w:val="0"/>
          <w:i/>
          <w:sz w:val="21"/>
          <w:u w:val="none"/>
        </w:rPr>
        <w:t xml:space="preserve">is </w:t>
      </w:r>
      <w:r>
        <w:rPr>
          <w:rFonts w:ascii="Georgia" w:hAnsi="Georgia" w:eastAsia="Georgia"/>
          <w:b w:val="0"/>
          <w:i w:val="0"/>
          <w:sz w:val="21"/>
          <w:u w:val="none"/>
        </w:rPr>
        <w:t xml:space="preserve">a difference between the sexes that goes beyond just the physical. God fully intended it to be that way so that “as iron sharpens iron” the interaction between the two sexes will contribute to the growth of each. </w:t>
      </w:r>
      <w:r>
        <w:rPr>
          <w:rFonts w:ascii="Georgia" w:hAnsi="Georgia" w:eastAsia="Georgia"/>
          <w:b w:val="0"/>
          <w:i/>
          <w:sz w:val="21"/>
          <w:u w:val="none"/>
        </w:rPr>
        <w:t xml:space="preserve">This </w:t>
      </w:r>
      <w:r>
        <w:rPr>
          <w:rFonts w:ascii="Georgia" w:hAnsi="Georgia" w:eastAsia="Georgia"/>
          <w:b w:val="0"/>
          <w:i w:val="0"/>
          <w:sz w:val="21"/>
          <w:u w:val="none"/>
        </w:rPr>
        <w:t xml:space="preserve">is why God </w:t>
      </w:r>
      <w:r>
        <w:rPr>
          <w:rFonts w:ascii="Georgia" w:hAnsi="Georgia" w:eastAsia="Georgia"/>
          <w:b w:val="0"/>
          <w:i/>
          <w:sz w:val="21"/>
          <w:u w:val="none"/>
        </w:rPr>
        <w:t xml:space="preserve">cannot </w:t>
      </w:r>
      <w:r>
        <w:rPr>
          <w:rFonts w:ascii="Georgia" w:hAnsi="Georgia" w:eastAsia="Georgia"/>
          <w:b w:val="0"/>
          <w:i w:val="0"/>
          <w:sz w:val="21"/>
          <w:u w:val="none"/>
        </w:rPr>
        <w:t xml:space="preserve">bless a same-sex relationship in the same way. It’s </w:t>
      </w:r>
      <w:r>
        <w:rPr>
          <w:rFonts w:ascii="Georgia" w:hAnsi="Georgia" w:eastAsia="Georgia"/>
          <w:b w:val="0"/>
          <w:i/>
          <w:sz w:val="21"/>
          <w:u w:val="none"/>
        </w:rPr>
        <w:t xml:space="preserve">not </w:t>
      </w:r>
      <w:r>
        <w:rPr>
          <w:rFonts w:ascii="Georgia" w:hAnsi="Georgia" w:eastAsia="Georgia"/>
          <w:b w:val="0"/>
          <w:i w:val="0"/>
          <w:sz w:val="21"/>
          <w:u w:val="none"/>
        </w:rPr>
        <w:t xml:space="preserve">because homosexuals are terrible evil people, but because no matter how much they may want it, it is not </w:t>
      </w:r>
      <w:r>
        <w:rPr>
          <w:rFonts w:ascii="Georgia" w:hAnsi="Georgia" w:eastAsia="Georgia"/>
          <w:b w:val="0"/>
          <w:i/>
          <w:sz w:val="21"/>
          <w:u w:val="none"/>
        </w:rPr>
        <w:t xml:space="preserve">possible </w:t>
      </w:r>
      <w:r>
        <w:rPr>
          <w:rFonts w:ascii="Georgia" w:hAnsi="Georgia" w:eastAsia="Georgia"/>
          <w:b w:val="0"/>
          <w:i w:val="0"/>
          <w:sz w:val="21"/>
          <w:u w:val="none"/>
        </w:rPr>
        <w:t xml:space="preserve">for two people of the same sex to have a marriage – not even if it were to be called that. If Christ should have no body here on earth, He would have no presence here, and if the church had no head, it would have no effectiveness nor power, and it would die. Just as Christ is the head of the church (His bride) so is a man to be the head of his wife – this is </w:t>
      </w:r>
      <w:r>
        <w:rPr>
          <w:rFonts w:ascii="Georgia" w:hAnsi="Georgia" w:eastAsia="Georgia"/>
          <w:b w:val="0"/>
          <w:i/>
          <w:sz w:val="21"/>
          <w:u w:val="none"/>
        </w:rPr>
        <w:t xml:space="preserve">God’s plan </w:t>
      </w:r>
      <w:r>
        <w:rPr>
          <w:rFonts w:ascii="Georgia" w:hAnsi="Georgia" w:eastAsia="Georgia"/>
          <w:b w:val="0"/>
          <w:i w:val="0"/>
          <w:sz w:val="21"/>
          <w:u w:val="none"/>
        </w:rPr>
        <w:t xml:space="preserve">and it is the </w:t>
      </w:r>
      <w:r>
        <w:rPr>
          <w:rFonts w:ascii="Georgia" w:hAnsi="Georgia" w:eastAsia="Georgia"/>
          <w:b w:val="0"/>
          <w:i/>
          <w:sz w:val="21"/>
          <w:u w:val="none"/>
        </w:rPr>
        <w:t xml:space="preserve">only </w:t>
      </w:r>
      <w:r>
        <w:rPr>
          <w:rFonts w:ascii="Georgia" w:hAnsi="Georgia" w:eastAsia="Georgia"/>
          <w:b w:val="0"/>
          <w:i w:val="0"/>
          <w:sz w:val="21"/>
          <w:u w:val="none"/>
        </w:rPr>
        <w:t xml:space="preserve">way that functions to both edify the man </w:t>
      </w:r>
      <w:r>
        <w:rPr>
          <w:rFonts w:ascii="Georgia" w:hAnsi="Georgia" w:eastAsia="Georgia"/>
          <w:b w:val="0"/>
          <w:i/>
          <w:sz w:val="21"/>
          <w:u w:val="none"/>
        </w:rPr>
        <w:t xml:space="preserve">and </w:t>
      </w:r>
      <w:r>
        <w:rPr>
          <w:rFonts w:ascii="Georgia" w:hAnsi="Georgia" w:eastAsia="Georgia"/>
          <w:b w:val="0"/>
          <w:i w:val="0"/>
          <w:sz w:val="21"/>
          <w:u w:val="none"/>
        </w:rPr>
        <w:t xml:space="preserve">his wife and to produce fruit. The fruit of marriage is children. The fruit the </w:t>
      </w:r>
      <w:r>
        <w:rPr>
          <w:rFonts w:ascii="Georgia" w:hAnsi="Georgia" w:eastAsia="Georgia"/>
          <w:b w:val="0"/>
          <w:i/>
          <w:sz w:val="21"/>
          <w:u w:val="none"/>
        </w:rPr>
        <w:t xml:space="preserve">Spirit </w:t>
      </w:r>
      <w:r>
        <w:rPr>
          <w:rFonts w:ascii="Georgia" w:hAnsi="Georgia" w:eastAsia="Georgia"/>
          <w:b w:val="0"/>
          <w:i w:val="0"/>
          <w:sz w:val="21"/>
          <w:u w:val="none"/>
        </w:rPr>
        <w:t xml:space="preserve">produces when the body is united with Christ as its head is listed for us in Galatians 5: “Love, joy, peace, patience, kindness, goodness, faithfulness, gentleness and self-control.” These are the same blessings that should come and be lived out in each of us as we interact with our spouse, when Christ is </w:t>
      </w:r>
      <w:r>
        <w:rPr>
          <w:rFonts w:ascii="Georgia" w:hAnsi="Georgia" w:eastAsia="Georgia"/>
          <w:b w:val="0"/>
          <w:i/>
          <w:sz w:val="21"/>
          <w:u w:val="none"/>
        </w:rPr>
        <w:t xml:space="preserve">also </w:t>
      </w:r>
      <w:r>
        <w:rPr>
          <w:rFonts w:ascii="Georgia" w:hAnsi="Georgia" w:eastAsia="Georgia"/>
          <w:b w:val="0"/>
          <w:i w:val="0"/>
          <w:sz w:val="21"/>
          <w:u w:val="none"/>
        </w:rPr>
        <w:t xml:space="preserve">the head of our marriage. We </w:t>
      </w:r>
      <w:r>
        <w:rPr>
          <w:rFonts w:ascii="Georgia" w:hAnsi="Georgia" w:eastAsia="Georgia"/>
          <w:b w:val="0"/>
          <w:i/>
          <w:sz w:val="21"/>
          <w:u w:val="none"/>
        </w:rPr>
        <w:t xml:space="preserve">choose </w:t>
      </w:r>
      <w:r>
        <w:rPr>
          <w:rFonts w:ascii="Georgia" w:hAnsi="Georgia" w:eastAsia="Georgia"/>
          <w:b w:val="0"/>
          <w:i w:val="0"/>
          <w:sz w:val="21"/>
          <w:u w:val="none"/>
        </w:rPr>
        <w:t>to love, and whether that love is for our spouse or for others, it always is as described in I Corinthians 13: “Love is patient and kind, it doesn’t envy or boast, it is not proud or rude it does not insist on its own way, it keeps no record of wrongs, does not delight in evil but rejoices in the truth. Love always protects, always trusts, always hopes and always perseveres.”</w:t>
      </w:r>
    </w:p>
    <w:p>
      <w:pPr>
        <w:widowControl/>
      </w:pPr>
      <w:r>
        <w:rPr>
          <w:rFonts w:ascii="Georgia" w:hAnsi="Georgia" w:eastAsia="Georgia"/>
          <w:b w:val="0"/>
          <w:i w:val="0"/>
          <w:sz w:val="21"/>
          <w:u w:val="none"/>
        </w:rPr>
        <w:t xml:space="preserve">Now in our modern culture, many people (especially women) get hung up on this word “submission”. They think for a woman to </w:t>
      </w:r>
      <w:r>
        <w:rPr>
          <w:rFonts w:ascii="Georgia" w:hAnsi="Georgia" w:eastAsia="Georgia"/>
          <w:b w:val="0"/>
          <w:i/>
          <w:sz w:val="21"/>
          <w:u w:val="none"/>
        </w:rPr>
        <w:t xml:space="preserve">submit </w:t>
      </w:r>
      <w:r>
        <w:rPr>
          <w:rFonts w:ascii="Georgia" w:hAnsi="Georgia" w:eastAsia="Georgia"/>
          <w:b w:val="0"/>
          <w:i w:val="0"/>
          <w:sz w:val="21"/>
          <w:u w:val="none"/>
        </w:rPr>
        <w:t xml:space="preserve">to her husband is </w:t>
      </w:r>
      <w:r>
        <w:rPr>
          <w:rFonts w:ascii="Georgia" w:hAnsi="Georgia" w:eastAsia="Georgia"/>
          <w:b w:val="0"/>
          <w:i/>
          <w:sz w:val="21"/>
          <w:u w:val="none"/>
        </w:rPr>
        <w:t xml:space="preserve">demeaning </w:t>
      </w:r>
      <w:r>
        <w:rPr>
          <w:rFonts w:ascii="Georgia" w:hAnsi="Georgia" w:eastAsia="Georgia"/>
          <w:b w:val="0"/>
          <w:i w:val="0"/>
          <w:sz w:val="21"/>
          <w:u w:val="none"/>
        </w:rPr>
        <w:t xml:space="preserve">– it implies that she is of less </w:t>
      </w:r>
      <w:r>
        <w:rPr>
          <w:rFonts w:ascii="Georgia" w:hAnsi="Georgia" w:eastAsia="Georgia"/>
          <w:b w:val="0"/>
          <w:i/>
          <w:sz w:val="21"/>
          <w:u w:val="none"/>
        </w:rPr>
        <w:t xml:space="preserve">worth </w:t>
      </w:r>
      <w:r>
        <w:rPr>
          <w:rFonts w:ascii="Georgia" w:hAnsi="Georgia" w:eastAsia="Georgia"/>
          <w:b w:val="0"/>
          <w:i w:val="0"/>
          <w:sz w:val="21"/>
          <w:u w:val="none"/>
        </w:rPr>
        <w:t xml:space="preserve">than he – and, granted, there are some so-called “Christian” husbands who will twist what God meant their leadership to be and use it to abuse and exploit their wives. But remember, Christ washed His disciples’ feet. He meant for a husband’s headship to be as a </w:t>
      </w:r>
      <w:r>
        <w:rPr>
          <w:rFonts w:ascii="Georgia" w:hAnsi="Georgia" w:eastAsia="Georgia"/>
          <w:b w:val="0"/>
          <w:i/>
          <w:sz w:val="21"/>
          <w:u w:val="none"/>
        </w:rPr>
        <w:t xml:space="preserve">leader – not a driver. </w:t>
      </w:r>
      <w:r>
        <w:rPr>
          <w:rFonts w:ascii="Georgia" w:hAnsi="Georgia" w:eastAsia="Georgia"/>
          <w:b w:val="0"/>
          <w:i w:val="0"/>
          <w:sz w:val="21"/>
          <w:u w:val="none"/>
        </w:rPr>
        <w:t>A man is to love his wife as Christ loves the church. He will lead his family like a shepherd who cares for his sheep, protects them and feeds them and provides for their needs.</w:t>
      </w:r>
    </w:p>
    <w:p>
      <w:pPr>
        <w:widowControl/>
      </w:pPr>
      <w:r>
        <w:rPr>
          <w:rFonts w:ascii="Georgia" w:hAnsi="Georgia" w:eastAsia="Georgia"/>
          <w:b w:val="0"/>
          <w:i w:val="0"/>
          <w:sz w:val="21"/>
          <w:u w:val="none"/>
        </w:rPr>
        <w:t xml:space="preserve">When a man loves and cherishes his wife as a beautiful gift from God and truly a part of himself, he will never ask her to do anything that is not good for </w:t>
      </w:r>
      <w:r>
        <w:rPr>
          <w:rFonts w:ascii="Georgia" w:hAnsi="Georgia" w:eastAsia="Georgia"/>
          <w:b w:val="0"/>
          <w:i/>
          <w:sz w:val="21"/>
          <w:u w:val="none"/>
        </w:rPr>
        <w:t xml:space="preserve">her. </w:t>
      </w:r>
      <w:r>
        <w:rPr>
          <w:rFonts w:ascii="Georgia" w:hAnsi="Georgia" w:eastAsia="Georgia"/>
          <w:b w:val="0"/>
          <w:i w:val="0"/>
          <w:sz w:val="21"/>
          <w:u w:val="none"/>
        </w:rPr>
        <w:t xml:space="preserve">And when a wife </w:t>
      </w:r>
      <w:r>
        <w:rPr>
          <w:rFonts w:ascii="Georgia" w:hAnsi="Georgia" w:eastAsia="Georgia"/>
          <w:b w:val="0"/>
          <w:i/>
          <w:sz w:val="21"/>
          <w:u w:val="none"/>
        </w:rPr>
        <w:t xml:space="preserve">knows </w:t>
      </w:r>
      <w:r>
        <w:rPr>
          <w:rFonts w:ascii="Georgia" w:hAnsi="Georgia" w:eastAsia="Georgia"/>
          <w:b w:val="0"/>
          <w:i w:val="0"/>
          <w:sz w:val="21"/>
          <w:u w:val="none"/>
        </w:rPr>
        <w:t>her husband loves her and cherishes her and has her best interests at heart, she will have no problem at all submitting to his leadership with joy. There will be a balance in the marriage that will benefit them both.</w:t>
      </w:r>
    </w:p>
    <w:p>
      <w:pPr>
        <w:widowControl/>
      </w:pPr>
      <w:r>
        <w:rPr>
          <w:rFonts w:ascii="Georgia" w:hAnsi="Georgia" w:eastAsia="Georgia"/>
          <w:b w:val="0"/>
          <w:i w:val="0"/>
          <w:sz w:val="21"/>
          <w:u w:val="none"/>
        </w:rPr>
        <w:t>This is the way God intended marriage to be, but unfortunately, we know this is not the way it usually is, because we are all sinners. We are selfish, and we make mistakes and we hurt one another. What will hold us together through those times when we “feel” neither loving nor loved?</w:t>
      </w:r>
    </w:p>
    <w:p>
      <w:pPr>
        <w:widowControl/>
      </w:pPr>
      <w:r>
        <w:rPr>
          <w:rFonts w:ascii="Georgia" w:hAnsi="Georgia" w:eastAsia="Georgia"/>
          <w:b w:val="0"/>
          <w:i w:val="0"/>
          <w:sz w:val="21"/>
          <w:u w:val="none"/>
        </w:rPr>
        <w:t>In Thornton Wilder’s play, “</w:t>
      </w:r>
      <w:r>
        <w:rPr>
          <w:rFonts w:ascii="Georgia" w:hAnsi="Georgia" w:eastAsia="Georgia"/>
          <w:b w:val="0"/>
          <w:i/>
          <w:sz w:val="21"/>
          <w:u w:val="none"/>
        </w:rPr>
        <w:t>The Skin of Our Teeth”,</w:t>
      </w:r>
      <w:r>
        <w:rPr>
          <w:rFonts w:ascii="Georgia" w:hAnsi="Georgia" w:eastAsia="Georgia"/>
          <w:b w:val="0"/>
          <w:i w:val="0"/>
          <w:sz w:val="21"/>
          <w:u w:val="none"/>
        </w:rPr>
        <w:t xml:space="preserve"> Mrs. Antrobus says to her husband, “I didn’t marry you because you were </w:t>
      </w:r>
      <w:r>
        <w:rPr>
          <w:rFonts w:ascii="Georgia" w:hAnsi="Georgia" w:eastAsia="Georgia"/>
          <w:b w:val="0"/>
          <w:i/>
          <w:sz w:val="21"/>
          <w:u w:val="none"/>
        </w:rPr>
        <w:t xml:space="preserve">perfect </w:t>
      </w:r>
      <w:r>
        <w:rPr>
          <w:rFonts w:ascii="Georgia" w:hAnsi="Georgia" w:eastAsia="Georgia"/>
          <w:b w:val="0"/>
          <w:i w:val="0"/>
          <w:sz w:val="21"/>
          <w:u w:val="none"/>
        </w:rPr>
        <w:t xml:space="preserve">– I married you because you gave me a </w:t>
      </w:r>
      <w:r>
        <w:rPr>
          <w:rFonts w:ascii="Georgia" w:hAnsi="Georgia" w:eastAsia="Georgia"/>
          <w:b w:val="0"/>
          <w:i/>
          <w:sz w:val="21"/>
          <w:u w:val="none"/>
        </w:rPr>
        <w:t>promise!</w:t>
      </w:r>
      <w:r>
        <w:rPr>
          <w:rFonts w:ascii="Georgia" w:hAnsi="Georgia" w:eastAsia="Georgia"/>
          <w:b w:val="0"/>
          <w:i w:val="0"/>
          <w:sz w:val="21"/>
          <w:u w:val="none"/>
        </w:rPr>
        <w:t xml:space="preserve"> That promise made up for your faults, and the promise I gave </w:t>
      </w:r>
      <w:r>
        <w:rPr>
          <w:rFonts w:ascii="Georgia" w:hAnsi="Georgia" w:eastAsia="Georgia"/>
          <w:b w:val="0"/>
          <w:i/>
          <w:sz w:val="21"/>
          <w:u w:val="none"/>
        </w:rPr>
        <w:t xml:space="preserve">you </w:t>
      </w:r>
      <w:r>
        <w:rPr>
          <w:rFonts w:ascii="Georgia" w:hAnsi="Georgia" w:eastAsia="Georgia"/>
          <w:b w:val="0"/>
          <w:i w:val="0"/>
          <w:sz w:val="21"/>
          <w:u w:val="none"/>
        </w:rPr>
        <w:t xml:space="preserve">made up for </w:t>
      </w:r>
      <w:r>
        <w:rPr>
          <w:rFonts w:ascii="Georgia" w:hAnsi="Georgia" w:eastAsia="Georgia"/>
          <w:b w:val="0"/>
          <w:i/>
          <w:sz w:val="21"/>
          <w:u w:val="none"/>
        </w:rPr>
        <w:t xml:space="preserve">mine. </w:t>
      </w:r>
      <w:r>
        <w:rPr>
          <w:rFonts w:ascii="Georgia" w:hAnsi="Georgia" w:eastAsia="Georgia"/>
          <w:b w:val="0"/>
          <w:i w:val="0"/>
          <w:sz w:val="21"/>
          <w:u w:val="none"/>
        </w:rPr>
        <w:t xml:space="preserve">Two imperfect people get married, and it was the </w:t>
      </w:r>
      <w:r>
        <w:rPr>
          <w:rFonts w:ascii="Georgia" w:hAnsi="Georgia" w:eastAsia="Georgia"/>
          <w:b w:val="0"/>
          <w:i/>
          <w:sz w:val="21"/>
          <w:u w:val="none"/>
        </w:rPr>
        <w:t xml:space="preserve">promise </w:t>
      </w:r>
      <w:r>
        <w:rPr>
          <w:rFonts w:ascii="Georgia" w:hAnsi="Georgia" w:eastAsia="Georgia"/>
          <w:b w:val="0"/>
          <w:i w:val="0"/>
          <w:sz w:val="21"/>
          <w:u w:val="none"/>
        </w:rPr>
        <w:t>that made the marriage.”</w:t>
      </w:r>
    </w:p>
    <w:p>
      <w:pPr>
        <w:widowControl/>
      </w:pPr>
      <w:r>
        <w:rPr>
          <w:rFonts w:ascii="Georgia" w:hAnsi="Georgia" w:eastAsia="Georgia"/>
          <w:b w:val="0"/>
          <w:i w:val="0"/>
          <w:sz w:val="21"/>
          <w:u w:val="none"/>
        </w:rPr>
        <w:t>There is no such thing as a successful “50-50” marriage. Marriage is to be 100-100 – each spouse committed fully to the well-being of the other, and their love is to be unconditional. Becoming a faithful loving spouse not only takes courage and faith, but patience, and a desire to keep learning and growing.</w:t>
      </w:r>
    </w:p>
    <w:p>
      <w:pPr>
        <w:widowControl/>
      </w:pPr>
      <w:r>
        <w:rPr>
          <w:rFonts w:ascii="Georgia" w:hAnsi="Georgia" w:eastAsia="Georgia"/>
          <w:b w:val="0"/>
          <w:i w:val="0"/>
          <w:sz w:val="21"/>
          <w:u w:val="none"/>
        </w:rPr>
        <w:t xml:space="preserve">I close with God’s Word to us from I John 4: “Dear friends, let us love one another, for love comes from </w:t>
      </w:r>
      <w:r>
        <w:rPr>
          <w:rFonts w:ascii="Georgia" w:hAnsi="Georgia" w:eastAsia="Georgia"/>
          <w:b w:val="0"/>
          <w:i/>
          <w:sz w:val="21"/>
          <w:u w:val="none"/>
        </w:rPr>
        <w:t xml:space="preserve">God. </w:t>
      </w:r>
      <w:r>
        <w:rPr>
          <w:rFonts w:ascii="Georgia" w:hAnsi="Georgia" w:eastAsia="Georgia"/>
          <w:b w:val="0"/>
          <w:i w:val="0"/>
          <w:sz w:val="21"/>
          <w:u w:val="none"/>
        </w:rPr>
        <w:t xml:space="preserve">Everyone who loves has been born of God and knows God. Whoever does </w:t>
      </w:r>
      <w:r>
        <w:rPr>
          <w:rFonts w:ascii="Georgia" w:hAnsi="Georgia" w:eastAsia="Georgia"/>
          <w:b w:val="0"/>
          <w:i/>
          <w:sz w:val="21"/>
          <w:u w:val="none"/>
        </w:rPr>
        <w:t xml:space="preserve">not </w:t>
      </w:r>
      <w:r>
        <w:rPr>
          <w:rFonts w:ascii="Georgia" w:hAnsi="Georgia" w:eastAsia="Georgia"/>
          <w:b w:val="0"/>
          <w:i w:val="0"/>
          <w:sz w:val="21"/>
          <w:u w:val="none"/>
        </w:rPr>
        <w:t xml:space="preserve">love does not know God, for </w:t>
      </w:r>
      <w:r>
        <w:rPr>
          <w:rFonts w:ascii="Georgia" w:hAnsi="Georgia" w:eastAsia="Georgia"/>
          <w:b w:val="0"/>
          <w:i/>
          <w:sz w:val="21"/>
          <w:u w:val="none"/>
        </w:rPr>
        <w:t>God is Love.”</w:t>
      </w:r>
    </w:p>
    <w:p>
      <w:pPr>
        <w:widowControl/>
      </w:pPr>
      <w:r>
        <w:rPr>
          <w:rFonts w:ascii="Georgia" w:hAnsi="Georgia" w:eastAsia="Georgia"/>
          <w:b w:val="0"/>
          <w:i w:val="0"/>
          <w:sz w:val="21"/>
          <w:u w:val="none"/>
        </w:rPr>
        <w:t xml:space="preserve">Yes – this is what it is to love as we love ourselves, </w:t>
      </w:r>
      <w:r>
        <w:rPr>
          <w:rFonts w:ascii="Georgia" w:hAnsi="Georgia" w:eastAsia="Georgia"/>
          <w:b w:val="0"/>
          <w:i/>
          <w:sz w:val="21"/>
          <w:u w:val="none"/>
        </w:rPr>
        <w:t xml:space="preserve">and </w:t>
      </w:r>
      <w:r>
        <w:rPr>
          <w:rFonts w:ascii="Georgia" w:hAnsi="Georgia" w:eastAsia="Georgia"/>
          <w:b w:val="0"/>
          <w:i w:val="0"/>
          <w:sz w:val="21"/>
          <w:u w:val="none"/>
        </w:rPr>
        <w:t xml:space="preserve">to </w:t>
      </w:r>
      <w:r>
        <w:rPr>
          <w:rFonts w:ascii="Georgia" w:hAnsi="Georgia" w:eastAsia="Georgia"/>
          <w:b w:val="0"/>
          <w:i/>
          <w:sz w:val="21"/>
          <w:u w:val="none"/>
        </w:rPr>
        <w:t xml:space="preserve">grow into </w:t>
      </w:r>
      <w:r>
        <w:rPr>
          <w:rFonts w:ascii="Georgia" w:hAnsi="Georgia" w:eastAsia="Georgia"/>
          <w:b w:val="0"/>
          <w:i w:val="0"/>
          <w:sz w:val="21"/>
          <w:u w:val="none"/>
        </w:rPr>
        <w:t>the image of Christ Himself Who is what it’s all about, for God is Love.</w:t>
      </w:r>
    </w:p>
    <w:p>
      <w:bookmarkStart w:id="29" w:name="reflection_28"/>
      <w:pPr>
        <w:pStyle w:val="Heading1"/>
      </w:pPr>
      <w:r>
        <w:rPr>
          <w:rFonts w:ascii="Georgia" w:hAnsi="Georgia" w:eastAsia="Georgia"/>
          <w:b/>
          <w:color w:val="226FA4"/>
          <w:sz w:val="34"/>
        </w:rPr>
        <w:t>Walking it Like we Talk it</w:t>
      </w:r>
      <w:bookmarkEnd w:id="29"/>
    </w:p>
    <w:p>
      <w:pPr>
        <w:widowControl/>
      </w:pPr>
      <w:r>
        <w:rPr>
          <w:rFonts w:ascii="Georgia" w:hAnsi="Georgia" w:eastAsia="Georgia"/>
          <w:b w:val="0"/>
          <w:i w:val="0"/>
          <w:sz w:val="21"/>
          <w:u w:val="none"/>
        </w:rPr>
        <w:t>Did you hear the one about Ole and Lena talking about the town barber? “Lena—“says Ole, “They say that old shyster Sven Knutson vent and stole ten thousand dollars from his own bank!” “Yah!” says Lena – “And not only that but he ran off vit it and took his secretary wit him, and now dey say he vas drunk as a skunk ven he left!” “Ufda”, says Ole --- “I nefer did trust that old man – he had dose shifty eyes you know. --- I vonder who’s going to teach his Sunday school class now?”</w:t>
      </w:r>
    </w:p>
    <w:p>
      <w:pPr>
        <w:widowControl/>
      </w:pPr>
      <w:r>
        <w:rPr>
          <w:rFonts w:ascii="Georgia" w:hAnsi="Georgia" w:eastAsia="Georgia"/>
          <w:b w:val="0"/>
          <w:i w:val="0"/>
          <w:sz w:val="21"/>
          <w:u w:val="none"/>
        </w:rPr>
        <w:t xml:space="preserve">It’s good for us to laugh, but you know sometimes when you think about it these jokes aren’t so funny when we realize they hit a little too close to home. Sometimes good church members </w:t>
      </w:r>
      <w:r>
        <w:rPr>
          <w:rFonts w:ascii="Georgia" w:hAnsi="Georgia" w:eastAsia="Georgia"/>
          <w:b w:val="0"/>
          <w:i/>
          <w:sz w:val="21"/>
          <w:u w:val="none"/>
        </w:rPr>
        <w:t>do</w:t>
      </w:r>
      <w:r>
        <w:rPr>
          <w:rFonts w:ascii="Georgia" w:hAnsi="Georgia" w:eastAsia="Georgia"/>
          <w:b w:val="0"/>
          <w:i w:val="0"/>
          <w:sz w:val="21"/>
          <w:u w:val="none"/>
        </w:rPr>
        <w:t xml:space="preserve"> get caught up in scandals of various kinds. What are others to think of us when people who claim to be Christians do such things? I’m sure many would say, “If that’s what it means to be a “Christian”, I want no part of it!” You see in judging other people, those of the world have two different standards – one for themselves and one for “Christians”. Christians are expected to walk it as they talk it, and when they don’t their behavior becomes fodder for the gossip-mongers who love to point out that we are hypocrites and nothing but talk.</w:t>
      </w:r>
    </w:p>
    <w:p>
      <w:pPr>
        <w:widowControl/>
      </w:pPr>
      <w:r>
        <w:rPr>
          <w:rFonts w:ascii="Georgia" w:hAnsi="Georgia" w:eastAsia="Georgia"/>
          <w:b w:val="0"/>
          <w:i w:val="0"/>
          <w:sz w:val="21"/>
          <w:u w:val="none"/>
        </w:rPr>
        <w:t xml:space="preserve">Well – maybe sometimes, if the shoe fits, we need to wear it. Did you know God </w:t>
      </w:r>
      <w:r>
        <w:rPr>
          <w:rFonts w:ascii="Georgia" w:hAnsi="Georgia" w:eastAsia="Georgia"/>
          <w:b w:val="0"/>
          <w:i/>
          <w:sz w:val="21"/>
          <w:u w:val="none"/>
        </w:rPr>
        <w:t>also</w:t>
      </w:r>
      <w:r>
        <w:rPr>
          <w:rFonts w:ascii="Georgia" w:hAnsi="Georgia" w:eastAsia="Georgia"/>
          <w:b w:val="0"/>
          <w:i w:val="0"/>
          <w:sz w:val="21"/>
          <w:u w:val="none"/>
        </w:rPr>
        <w:t xml:space="preserve"> has two different standards? He said we are to “Come out from </w:t>
      </w:r>
      <w:r>
        <w:rPr>
          <w:rFonts w:ascii="Georgia" w:hAnsi="Georgia" w:eastAsia="Georgia"/>
          <w:b w:val="0"/>
          <w:i/>
          <w:sz w:val="21"/>
          <w:u w:val="none"/>
        </w:rPr>
        <w:t>among</w:t>
      </w:r>
      <w:r>
        <w:rPr>
          <w:rFonts w:ascii="Georgia" w:hAnsi="Georgia" w:eastAsia="Georgia"/>
          <w:b w:val="0"/>
          <w:i w:val="0"/>
          <w:sz w:val="21"/>
          <w:u w:val="none"/>
        </w:rPr>
        <w:t xml:space="preserve"> them and be separate.” This is not a physical separation but a spiritual one. In John 17, when Jesus is praying for His disciples, He says, “They are not </w:t>
      </w:r>
      <w:r>
        <w:rPr>
          <w:rFonts w:ascii="Georgia" w:hAnsi="Georgia" w:eastAsia="Georgia"/>
          <w:b w:val="0"/>
          <w:i/>
          <w:sz w:val="21"/>
          <w:u w:val="none"/>
        </w:rPr>
        <w:t>of</w:t>
      </w:r>
      <w:r>
        <w:rPr>
          <w:rFonts w:ascii="Georgia" w:hAnsi="Georgia" w:eastAsia="Georgia"/>
          <w:b w:val="0"/>
          <w:i w:val="0"/>
          <w:sz w:val="21"/>
          <w:u w:val="none"/>
        </w:rPr>
        <w:t xml:space="preserve"> the world any more than </w:t>
      </w:r>
      <w:r>
        <w:rPr>
          <w:rFonts w:ascii="Georgia" w:hAnsi="Georgia" w:eastAsia="Georgia"/>
          <w:b w:val="0"/>
          <w:i/>
          <w:sz w:val="21"/>
          <w:u w:val="none"/>
        </w:rPr>
        <w:t>I</w:t>
      </w:r>
      <w:r>
        <w:rPr>
          <w:rFonts w:ascii="Georgia" w:hAnsi="Georgia" w:eastAsia="Georgia"/>
          <w:b w:val="0"/>
          <w:i w:val="0"/>
          <w:sz w:val="21"/>
          <w:u w:val="none"/>
        </w:rPr>
        <w:t xml:space="preserve"> am of the world. My prayer is </w:t>
      </w:r>
      <w:r>
        <w:rPr>
          <w:rFonts w:ascii="Georgia" w:hAnsi="Georgia" w:eastAsia="Georgia"/>
          <w:b w:val="0"/>
          <w:i/>
          <w:sz w:val="21"/>
          <w:u w:val="none"/>
        </w:rPr>
        <w:t>not</w:t>
      </w:r>
      <w:r>
        <w:rPr>
          <w:rFonts w:ascii="Georgia" w:hAnsi="Georgia" w:eastAsia="Georgia"/>
          <w:b w:val="0"/>
          <w:i w:val="0"/>
          <w:sz w:val="21"/>
          <w:u w:val="none"/>
        </w:rPr>
        <w:t xml:space="preserve"> that you take them </w:t>
      </w:r>
      <w:r>
        <w:rPr>
          <w:rFonts w:ascii="Georgia" w:hAnsi="Georgia" w:eastAsia="Georgia"/>
          <w:b w:val="0"/>
          <w:i/>
          <w:sz w:val="21"/>
          <w:u w:val="none"/>
        </w:rPr>
        <w:t>out</w:t>
      </w:r>
      <w:r>
        <w:rPr>
          <w:rFonts w:ascii="Georgia" w:hAnsi="Georgia" w:eastAsia="Georgia"/>
          <w:b w:val="0"/>
          <w:i w:val="0"/>
          <w:sz w:val="21"/>
          <w:u w:val="none"/>
        </w:rPr>
        <w:t xml:space="preserve"> of the world, but that you </w:t>
      </w:r>
      <w:r>
        <w:rPr>
          <w:rFonts w:ascii="Georgia" w:hAnsi="Georgia" w:eastAsia="Georgia"/>
          <w:b w:val="0"/>
          <w:i/>
          <w:sz w:val="21"/>
          <w:u w:val="none"/>
        </w:rPr>
        <w:t>protect</w:t>
      </w:r>
      <w:r>
        <w:rPr>
          <w:rFonts w:ascii="Georgia" w:hAnsi="Georgia" w:eastAsia="Georgia"/>
          <w:b w:val="0"/>
          <w:i w:val="0"/>
          <w:sz w:val="21"/>
          <w:u w:val="none"/>
        </w:rPr>
        <w:t xml:space="preserve"> them from the evil one.” He </w:t>
      </w:r>
      <w:r>
        <w:rPr>
          <w:rFonts w:ascii="Georgia" w:hAnsi="Georgia" w:eastAsia="Georgia"/>
          <w:b w:val="0"/>
          <w:i/>
          <w:sz w:val="21"/>
          <w:u w:val="none"/>
        </w:rPr>
        <w:t>will</w:t>
      </w:r>
      <w:r>
        <w:rPr>
          <w:rFonts w:ascii="Georgia" w:hAnsi="Georgia" w:eastAsia="Georgia"/>
          <w:b w:val="0"/>
          <w:i w:val="0"/>
          <w:sz w:val="21"/>
          <w:u w:val="none"/>
        </w:rPr>
        <w:t xml:space="preserve"> protect us if we </w:t>
      </w:r>
      <w:r>
        <w:rPr>
          <w:rFonts w:ascii="Georgia" w:hAnsi="Georgia" w:eastAsia="Georgia"/>
          <w:b w:val="0"/>
          <w:i/>
          <w:sz w:val="21"/>
          <w:u w:val="none"/>
        </w:rPr>
        <w:t>want</w:t>
      </w:r>
      <w:r>
        <w:rPr>
          <w:rFonts w:ascii="Georgia" w:hAnsi="Georgia" w:eastAsia="Georgia"/>
          <w:b w:val="0"/>
          <w:i w:val="0"/>
          <w:sz w:val="21"/>
          <w:u w:val="none"/>
        </w:rPr>
        <w:t xml:space="preserve"> to be protected. He has promised us there is no temptation we will face in which He has not provided for us a way out, so that we </w:t>
      </w:r>
      <w:r>
        <w:rPr>
          <w:rFonts w:ascii="Georgia" w:hAnsi="Georgia" w:eastAsia="Georgia"/>
          <w:b w:val="0"/>
          <w:i/>
          <w:sz w:val="21"/>
          <w:u w:val="none"/>
        </w:rPr>
        <w:t>can</w:t>
      </w:r>
      <w:r>
        <w:rPr>
          <w:rFonts w:ascii="Georgia" w:hAnsi="Georgia" w:eastAsia="Georgia"/>
          <w:b w:val="0"/>
          <w:i w:val="0"/>
          <w:sz w:val="21"/>
          <w:u w:val="none"/>
        </w:rPr>
        <w:t xml:space="preserve"> stand up under it. Why do we continue to give in, then and do things we know we shouldn’t do? We are ready and willing to accept and believe that the blood of Christ has cleansed us from all sin when we’re talking about the </w:t>
      </w:r>
      <w:r>
        <w:rPr>
          <w:rFonts w:ascii="Georgia" w:hAnsi="Georgia" w:eastAsia="Georgia"/>
          <w:b w:val="0"/>
          <w:i/>
          <w:sz w:val="21"/>
          <w:u w:val="none"/>
        </w:rPr>
        <w:t>penalty</w:t>
      </w:r>
      <w:r>
        <w:rPr>
          <w:rFonts w:ascii="Georgia" w:hAnsi="Georgia" w:eastAsia="Georgia"/>
          <w:b w:val="0"/>
          <w:i w:val="0"/>
          <w:sz w:val="21"/>
          <w:u w:val="none"/>
        </w:rPr>
        <w:t xml:space="preserve"> of sin. We know we are forgiven because the price has been paid in full. We have been rescued now from a sure sentence of death and if we accept this gift of atonement we can go to heaven when we die. But is that </w:t>
      </w:r>
      <w:r>
        <w:rPr>
          <w:rFonts w:ascii="Georgia" w:hAnsi="Georgia" w:eastAsia="Georgia"/>
          <w:b w:val="0"/>
          <w:i/>
          <w:sz w:val="21"/>
          <w:u w:val="none"/>
        </w:rPr>
        <w:t>it</w:t>
      </w:r>
      <w:r>
        <w:rPr>
          <w:rFonts w:ascii="Georgia" w:hAnsi="Georgia" w:eastAsia="Georgia"/>
          <w:b w:val="0"/>
          <w:i w:val="0"/>
          <w:sz w:val="21"/>
          <w:u w:val="none"/>
        </w:rPr>
        <w:t xml:space="preserve">?!! What about the freedom we’re supposed to have and the victory we’re supposed to have </w:t>
      </w:r>
      <w:r>
        <w:rPr>
          <w:rFonts w:ascii="Georgia" w:hAnsi="Georgia" w:eastAsia="Georgia"/>
          <w:b w:val="0"/>
          <w:i/>
          <w:sz w:val="21"/>
          <w:u w:val="none"/>
        </w:rPr>
        <w:t>here – now – in</w:t>
      </w:r>
      <w:r>
        <w:rPr>
          <w:rFonts w:ascii="Georgia" w:hAnsi="Georgia" w:eastAsia="Georgia"/>
          <w:b w:val="0"/>
          <w:i w:val="0"/>
          <w:sz w:val="21"/>
          <w:u w:val="none"/>
        </w:rPr>
        <w:t xml:space="preserve"> this world? You see in focusing so much on the doctrine of salvation by grace through faith alone, we forget that Christ’s blood not only set us free from the </w:t>
      </w:r>
      <w:r>
        <w:rPr>
          <w:rFonts w:ascii="Georgia" w:hAnsi="Georgia" w:eastAsia="Georgia"/>
          <w:b w:val="0"/>
          <w:i/>
          <w:sz w:val="21"/>
          <w:u w:val="none"/>
        </w:rPr>
        <w:t>penalty</w:t>
      </w:r>
      <w:r>
        <w:rPr>
          <w:rFonts w:ascii="Georgia" w:hAnsi="Georgia" w:eastAsia="Georgia"/>
          <w:b w:val="0"/>
          <w:i w:val="0"/>
          <w:sz w:val="21"/>
          <w:u w:val="none"/>
        </w:rPr>
        <w:t xml:space="preserve"> of sin – it set us free from the </w:t>
      </w:r>
      <w:r>
        <w:rPr>
          <w:rFonts w:ascii="Georgia" w:hAnsi="Georgia" w:eastAsia="Georgia"/>
          <w:b w:val="0"/>
          <w:i/>
          <w:sz w:val="21"/>
          <w:u w:val="none"/>
        </w:rPr>
        <w:t>power</w:t>
      </w:r>
      <w:r>
        <w:rPr>
          <w:rFonts w:ascii="Georgia" w:hAnsi="Georgia" w:eastAsia="Georgia"/>
          <w:b w:val="0"/>
          <w:i w:val="0"/>
          <w:sz w:val="21"/>
          <w:u w:val="none"/>
        </w:rPr>
        <w:t xml:space="preserve"> of it. How is that accomplished? The secret is </w:t>
      </w:r>
      <w:r>
        <w:rPr>
          <w:rFonts w:ascii="Georgia" w:hAnsi="Georgia" w:eastAsia="Georgia"/>
          <w:b w:val="0"/>
          <w:i/>
          <w:sz w:val="21"/>
          <w:u w:val="none"/>
        </w:rPr>
        <w:t>Christ</w:t>
      </w:r>
      <w:r>
        <w:rPr>
          <w:rFonts w:ascii="Georgia" w:hAnsi="Georgia" w:eastAsia="Georgia"/>
          <w:b w:val="0"/>
          <w:i w:val="0"/>
          <w:sz w:val="21"/>
          <w:u w:val="none"/>
        </w:rPr>
        <w:t xml:space="preserve"> in us. Remember the words of Christ Jesus from Revelation 3: “I counsel you to buy from </w:t>
      </w:r>
      <w:r>
        <w:rPr>
          <w:rFonts w:ascii="Georgia" w:hAnsi="Georgia" w:eastAsia="Georgia"/>
          <w:b w:val="0"/>
          <w:i/>
          <w:sz w:val="21"/>
          <w:u w:val="none"/>
        </w:rPr>
        <w:t>Me</w:t>
      </w:r>
      <w:r>
        <w:rPr>
          <w:rFonts w:ascii="Georgia" w:hAnsi="Georgia" w:eastAsia="Georgia"/>
          <w:b w:val="0"/>
          <w:i w:val="0"/>
          <w:sz w:val="21"/>
          <w:u w:val="none"/>
        </w:rPr>
        <w:t xml:space="preserve"> </w:t>
      </w:r>
      <w:r>
        <w:rPr>
          <w:rFonts w:ascii="Georgia" w:hAnsi="Georgia" w:eastAsia="Georgia"/>
          <w:b w:val="0"/>
          <w:i/>
          <w:sz w:val="21"/>
          <w:u w:val="none"/>
        </w:rPr>
        <w:t>gold</w:t>
      </w:r>
      <w:r>
        <w:rPr>
          <w:rFonts w:ascii="Georgia" w:hAnsi="Georgia" w:eastAsia="Georgia"/>
          <w:b w:val="0"/>
          <w:i w:val="0"/>
          <w:sz w:val="21"/>
          <w:u w:val="none"/>
        </w:rPr>
        <w:t xml:space="preserve"> refined in the fire, so you can become rich; and white clothes to wear, so you can cover your shameful nakedness; and salve to put on your eyes, so you can see. Those whom I </w:t>
      </w:r>
      <w:r>
        <w:rPr>
          <w:rFonts w:ascii="Georgia" w:hAnsi="Georgia" w:eastAsia="Georgia"/>
          <w:b w:val="0"/>
          <w:i/>
          <w:sz w:val="21"/>
          <w:u w:val="none"/>
        </w:rPr>
        <w:t>love</w:t>
      </w:r>
      <w:r>
        <w:rPr>
          <w:rFonts w:ascii="Georgia" w:hAnsi="Georgia" w:eastAsia="Georgia"/>
          <w:b w:val="0"/>
          <w:i w:val="0"/>
          <w:sz w:val="21"/>
          <w:u w:val="none"/>
        </w:rPr>
        <w:t xml:space="preserve"> I rebuke and discipline. So be earnest, and repent! Here I am! I stand at the door and knock. If anyone hears My voice and opens the door, I </w:t>
      </w:r>
      <w:r>
        <w:rPr>
          <w:rFonts w:ascii="Georgia" w:hAnsi="Georgia" w:eastAsia="Georgia"/>
          <w:b w:val="0"/>
          <w:i/>
          <w:sz w:val="21"/>
          <w:u w:val="none"/>
        </w:rPr>
        <w:t>will</w:t>
      </w:r>
      <w:r>
        <w:rPr>
          <w:rFonts w:ascii="Georgia" w:hAnsi="Georgia" w:eastAsia="Georgia"/>
          <w:b w:val="0"/>
          <w:i w:val="0"/>
          <w:sz w:val="21"/>
          <w:u w:val="none"/>
        </w:rPr>
        <w:t xml:space="preserve"> come </w:t>
      </w:r>
      <w:r>
        <w:rPr>
          <w:rFonts w:ascii="Georgia" w:hAnsi="Georgia" w:eastAsia="Georgia"/>
          <w:b w:val="0"/>
          <w:i/>
          <w:sz w:val="21"/>
          <w:u w:val="none"/>
        </w:rPr>
        <w:t>in</w:t>
      </w:r>
      <w:r>
        <w:rPr>
          <w:rFonts w:ascii="Georgia" w:hAnsi="Georgia" w:eastAsia="Georgia"/>
          <w:b w:val="0"/>
          <w:i w:val="0"/>
          <w:sz w:val="21"/>
          <w:u w:val="none"/>
        </w:rPr>
        <w:t xml:space="preserve"> and eat with him, and he with Me!” – Now I’m sure you’ve heard these words before and probably seen a picture of Christ knocking at the door, but how many of you think like I once did, that He’s knocking at the heart’s door of unbelievers? – No- He’s talking to the </w:t>
      </w:r>
      <w:r>
        <w:rPr>
          <w:rFonts w:ascii="Georgia" w:hAnsi="Georgia" w:eastAsia="Georgia"/>
          <w:b w:val="0"/>
          <w:i/>
          <w:sz w:val="21"/>
          <w:u w:val="none"/>
        </w:rPr>
        <w:t>church</w:t>
      </w:r>
      <w:r>
        <w:rPr>
          <w:rFonts w:ascii="Georgia" w:hAnsi="Georgia" w:eastAsia="Georgia"/>
          <w:b w:val="0"/>
          <w:i w:val="0"/>
          <w:sz w:val="21"/>
          <w:u w:val="none"/>
        </w:rPr>
        <w:t xml:space="preserve"> here! Verse 22 says, “He who has an ear, let him hear what the</w:t>
      </w:r>
      <w:r>
        <w:rPr>
          <w:rFonts w:ascii="Georgia" w:hAnsi="Georgia" w:eastAsia="Georgia"/>
          <w:b w:val="0"/>
          <w:i/>
          <w:sz w:val="21"/>
          <w:u w:val="none"/>
        </w:rPr>
        <w:t xml:space="preserve"> Spirit</w:t>
      </w:r>
      <w:r>
        <w:rPr>
          <w:rFonts w:ascii="Georgia" w:hAnsi="Georgia" w:eastAsia="Georgia"/>
          <w:b w:val="0"/>
          <w:i w:val="0"/>
          <w:sz w:val="21"/>
          <w:u w:val="none"/>
        </w:rPr>
        <w:t xml:space="preserve"> says to the </w:t>
      </w:r>
      <w:r>
        <w:rPr>
          <w:rFonts w:ascii="Georgia" w:hAnsi="Georgia" w:eastAsia="Georgia"/>
          <w:b w:val="0"/>
          <w:i/>
          <w:sz w:val="21"/>
          <w:u w:val="none"/>
        </w:rPr>
        <w:t>churches</w:t>
      </w:r>
      <w:r>
        <w:rPr>
          <w:rFonts w:ascii="Georgia" w:hAnsi="Georgia" w:eastAsia="Georgia"/>
          <w:b w:val="0"/>
          <w:i w:val="0"/>
          <w:sz w:val="21"/>
          <w:u w:val="none"/>
        </w:rPr>
        <w:t xml:space="preserve">.” Whenever Jesus said that phrase “He who has ears, let him hear”, we know He was not talking about our physical ears but the ears of our spirit, and He was saying, “What I’m saying here is important! – </w:t>
      </w:r>
      <w:r>
        <w:rPr>
          <w:rFonts w:ascii="Georgia" w:hAnsi="Georgia" w:eastAsia="Georgia"/>
          <w:b w:val="0"/>
          <w:i/>
          <w:sz w:val="21"/>
          <w:u w:val="none"/>
        </w:rPr>
        <w:t>Listen!!”</w:t>
      </w:r>
      <w:r>
        <w:rPr>
          <w:rFonts w:ascii="Georgia" w:hAnsi="Georgia" w:eastAsia="Georgia"/>
          <w:b w:val="0"/>
          <w:i w:val="0"/>
          <w:sz w:val="21"/>
          <w:u w:val="none"/>
        </w:rPr>
        <w:t xml:space="preserve"> Notice He doesn’t come barging in – He knocks, and He waits until </w:t>
      </w:r>
      <w:r>
        <w:rPr>
          <w:rFonts w:ascii="Georgia" w:hAnsi="Georgia" w:eastAsia="Georgia"/>
          <w:b w:val="0"/>
          <w:i/>
          <w:sz w:val="21"/>
          <w:u w:val="none"/>
        </w:rPr>
        <w:t>we</w:t>
      </w:r>
      <w:r>
        <w:rPr>
          <w:rFonts w:ascii="Georgia" w:hAnsi="Georgia" w:eastAsia="Georgia"/>
          <w:b w:val="0"/>
          <w:i w:val="0"/>
          <w:sz w:val="21"/>
          <w:u w:val="none"/>
        </w:rPr>
        <w:t xml:space="preserve"> open the door from the inside and invite Him in. The Holy Spirit cannot – will not – live in our hearts if we do not </w:t>
      </w:r>
      <w:r>
        <w:rPr>
          <w:rFonts w:ascii="Georgia" w:hAnsi="Georgia" w:eastAsia="Georgia"/>
          <w:b w:val="0"/>
          <w:i/>
          <w:sz w:val="21"/>
          <w:u w:val="none"/>
        </w:rPr>
        <w:t>invite</w:t>
      </w:r>
      <w:r>
        <w:rPr>
          <w:rFonts w:ascii="Georgia" w:hAnsi="Georgia" w:eastAsia="Georgia"/>
          <w:b w:val="0"/>
          <w:i w:val="0"/>
          <w:sz w:val="21"/>
          <w:u w:val="none"/>
        </w:rPr>
        <w:t xml:space="preserve"> Him in. He will use all at His disposal to draw us to Him from the </w:t>
      </w:r>
      <w:r>
        <w:rPr>
          <w:rFonts w:ascii="Georgia" w:hAnsi="Georgia" w:eastAsia="Georgia"/>
          <w:b w:val="0"/>
          <w:i/>
          <w:sz w:val="21"/>
          <w:u w:val="none"/>
        </w:rPr>
        <w:t>outside</w:t>
      </w:r>
      <w:r>
        <w:rPr>
          <w:rFonts w:ascii="Georgia" w:hAnsi="Georgia" w:eastAsia="Georgia"/>
          <w:b w:val="0"/>
          <w:i w:val="0"/>
          <w:sz w:val="21"/>
          <w:u w:val="none"/>
        </w:rPr>
        <w:t xml:space="preserve">, but it is when He is finally invited </w:t>
      </w:r>
      <w:r>
        <w:rPr>
          <w:rFonts w:ascii="Georgia" w:hAnsi="Georgia" w:eastAsia="Georgia"/>
          <w:b w:val="0"/>
          <w:i/>
          <w:sz w:val="21"/>
          <w:u w:val="none"/>
        </w:rPr>
        <w:t>inside</w:t>
      </w:r>
      <w:r>
        <w:rPr>
          <w:rFonts w:ascii="Georgia" w:hAnsi="Georgia" w:eastAsia="Georgia"/>
          <w:b w:val="0"/>
          <w:i w:val="0"/>
          <w:sz w:val="21"/>
          <w:u w:val="none"/>
        </w:rPr>
        <w:t xml:space="preserve"> that we are truly born again and have the power to live a new life. If we allow Him free rein into every nook and cranny of our spiritual “house” then we can be truly filled with the Spirit, and being obedient will become as easy as breathing – because you see it isn’t we that do it – it’s He! The old things of the world that used to entice us will no longer have any attraction and our love for God’s Word, God’s house and God’s people will begin to grow like a mustard seed, fed by the bread of life and watered by living water. Then we will see it is true that when we delight ourselves in the Lord, He gives us the desires of our hearts – because our </w:t>
      </w:r>
      <w:r>
        <w:rPr>
          <w:rFonts w:ascii="Georgia" w:hAnsi="Georgia" w:eastAsia="Georgia"/>
          <w:b w:val="0"/>
          <w:i/>
          <w:sz w:val="21"/>
          <w:u w:val="none"/>
        </w:rPr>
        <w:t>desires</w:t>
      </w:r>
      <w:r>
        <w:rPr>
          <w:rFonts w:ascii="Georgia" w:hAnsi="Georgia" w:eastAsia="Georgia"/>
          <w:b w:val="0"/>
          <w:i w:val="0"/>
          <w:sz w:val="21"/>
          <w:u w:val="none"/>
        </w:rPr>
        <w:t xml:space="preserve"> become the same as </w:t>
      </w:r>
      <w:r>
        <w:rPr>
          <w:rFonts w:ascii="Georgia" w:hAnsi="Georgia" w:eastAsia="Georgia"/>
          <w:b w:val="0"/>
          <w:i/>
          <w:sz w:val="21"/>
          <w:u w:val="none"/>
        </w:rPr>
        <w:t>His</w:t>
      </w:r>
      <w:r>
        <w:rPr>
          <w:rFonts w:ascii="Georgia" w:hAnsi="Georgia" w:eastAsia="Georgia"/>
          <w:b w:val="0"/>
          <w:i w:val="0"/>
          <w:sz w:val="21"/>
          <w:u w:val="none"/>
        </w:rPr>
        <w:t>, through the transformation that renews our minds.</w:t>
      </w:r>
    </w:p>
    <w:p>
      <w:pPr>
        <w:widowControl/>
      </w:pPr>
      <w:r>
        <w:rPr>
          <w:rFonts w:ascii="Georgia" w:hAnsi="Georgia" w:eastAsia="Georgia"/>
          <w:b w:val="0"/>
          <w:i w:val="0"/>
          <w:sz w:val="21"/>
          <w:u w:val="none"/>
        </w:rPr>
        <w:t xml:space="preserve">It is a growing thing. Complete maturity in Christ will not be reached in this life because the flesh is weak and we still have to live in these bodies that are still under the curse – but neither do we when we are born again, remain newborn babies. Sanctification is a process, just like the creation of a beautiful vase from a piece of clay. We must yield to the hand of the potter and let Him do as He will, no matter how painful. Remember God is a loving Father, and fathers who love their children will discipline them for their own good so they learn. Paul tells us in Hebrews 12: “God disciplines us for our </w:t>
      </w:r>
      <w:r>
        <w:rPr>
          <w:rFonts w:ascii="Georgia" w:hAnsi="Georgia" w:eastAsia="Georgia"/>
          <w:b w:val="0"/>
          <w:i/>
          <w:sz w:val="21"/>
          <w:u w:val="none"/>
        </w:rPr>
        <w:t>good</w:t>
      </w:r>
      <w:r>
        <w:rPr>
          <w:rFonts w:ascii="Georgia" w:hAnsi="Georgia" w:eastAsia="Georgia"/>
          <w:b w:val="0"/>
          <w:i w:val="0"/>
          <w:sz w:val="21"/>
          <w:u w:val="none"/>
        </w:rPr>
        <w:t xml:space="preserve"> that we may share in His holiness. </w:t>
      </w:r>
      <w:r>
        <w:rPr>
          <w:rFonts w:ascii="Georgia" w:hAnsi="Georgia" w:eastAsia="Georgia"/>
          <w:b w:val="0"/>
          <w:i/>
          <w:sz w:val="21"/>
          <w:u w:val="none"/>
        </w:rPr>
        <w:t>No</w:t>
      </w:r>
      <w:r>
        <w:rPr>
          <w:rFonts w:ascii="Georgia" w:hAnsi="Georgia" w:eastAsia="Georgia"/>
          <w:b w:val="0"/>
          <w:i w:val="0"/>
          <w:sz w:val="21"/>
          <w:u w:val="none"/>
        </w:rPr>
        <w:t xml:space="preserve"> discipline seems pleasant at the time, but painful. Later on, however, it produces a harvest of righteousness and peace for those who have been trained by it.” James tells us to consider it pure </w:t>
      </w:r>
      <w:r>
        <w:rPr>
          <w:rFonts w:ascii="Georgia" w:hAnsi="Georgia" w:eastAsia="Georgia"/>
          <w:b w:val="0"/>
          <w:i/>
          <w:sz w:val="21"/>
          <w:u w:val="none"/>
        </w:rPr>
        <w:t>joy</w:t>
      </w:r>
      <w:r>
        <w:rPr>
          <w:rFonts w:ascii="Georgia" w:hAnsi="Georgia" w:eastAsia="Georgia"/>
          <w:b w:val="0"/>
          <w:i w:val="0"/>
          <w:sz w:val="21"/>
          <w:u w:val="none"/>
        </w:rPr>
        <w:t xml:space="preserve"> when we face trials of many kinds, because we know that the testing of our faith develops perseverance. “Perseverance – must finish its </w:t>
      </w:r>
      <w:r>
        <w:rPr>
          <w:rFonts w:ascii="Georgia" w:hAnsi="Georgia" w:eastAsia="Georgia"/>
          <w:b w:val="0"/>
          <w:i/>
          <w:sz w:val="21"/>
          <w:u w:val="none"/>
        </w:rPr>
        <w:t>work</w:t>
      </w:r>
      <w:r>
        <w:rPr>
          <w:rFonts w:ascii="Georgia" w:hAnsi="Georgia" w:eastAsia="Georgia"/>
          <w:b w:val="0"/>
          <w:i w:val="0"/>
          <w:sz w:val="21"/>
          <w:u w:val="none"/>
        </w:rPr>
        <w:t xml:space="preserve"> so that you may be </w:t>
      </w:r>
      <w:r>
        <w:rPr>
          <w:rFonts w:ascii="Georgia" w:hAnsi="Georgia" w:eastAsia="Georgia"/>
          <w:b w:val="0"/>
          <w:i/>
          <w:sz w:val="21"/>
          <w:u w:val="none"/>
        </w:rPr>
        <w:t>mature</w:t>
      </w:r>
      <w:r>
        <w:rPr>
          <w:rFonts w:ascii="Georgia" w:hAnsi="Georgia" w:eastAsia="Georgia"/>
          <w:b w:val="0"/>
          <w:i w:val="0"/>
          <w:sz w:val="21"/>
          <w:u w:val="none"/>
        </w:rPr>
        <w:t xml:space="preserve"> and </w:t>
      </w:r>
      <w:r>
        <w:rPr>
          <w:rFonts w:ascii="Georgia" w:hAnsi="Georgia" w:eastAsia="Georgia"/>
          <w:b w:val="0"/>
          <w:i/>
          <w:sz w:val="21"/>
          <w:u w:val="none"/>
        </w:rPr>
        <w:t>complete</w:t>
      </w:r>
      <w:r>
        <w:rPr>
          <w:rFonts w:ascii="Georgia" w:hAnsi="Georgia" w:eastAsia="Georgia"/>
          <w:b w:val="0"/>
          <w:i w:val="0"/>
          <w:sz w:val="21"/>
          <w:u w:val="none"/>
        </w:rPr>
        <w:t xml:space="preserve"> – not lacking </w:t>
      </w:r>
      <w:r>
        <w:rPr>
          <w:rFonts w:ascii="Georgia" w:hAnsi="Georgia" w:eastAsia="Georgia"/>
          <w:b w:val="0"/>
          <w:i/>
          <w:sz w:val="21"/>
          <w:u w:val="none"/>
        </w:rPr>
        <w:t>anything</w:t>
      </w:r>
      <w:r>
        <w:rPr>
          <w:rFonts w:ascii="Georgia" w:hAnsi="Georgia" w:eastAsia="Georgia"/>
          <w:b w:val="0"/>
          <w:i w:val="0"/>
          <w:sz w:val="21"/>
          <w:u w:val="none"/>
        </w:rPr>
        <w:t>.”</w:t>
      </w:r>
    </w:p>
    <w:p>
      <w:pPr>
        <w:widowControl/>
      </w:pPr>
      <w:r>
        <w:rPr>
          <w:rFonts w:ascii="Georgia" w:hAnsi="Georgia" w:eastAsia="Georgia"/>
          <w:b w:val="0"/>
          <w:i w:val="0"/>
          <w:sz w:val="21"/>
          <w:u w:val="none"/>
        </w:rPr>
        <w:t xml:space="preserve">Now if a baby is going to grow, he needs much more than discipline. He needs sleep, he needs food and water, he needs guidance and encouragement, and the Holy Spirit is there to provide all of these. Any child who refused to eat or drink would surely die – </w:t>
      </w:r>
      <w:r>
        <w:rPr>
          <w:rFonts w:ascii="Georgia" w:hAnsi="Georgia" w:eastAsia="Georgia"/>
          <w:b w:val="0"/>
          <w:i/>
          <w:sz w:val="21"/>
          <w:u w:val="none"/>
        </w:rPr>
        <w:t>not</w:t>
      </w:r>
      <w:r>
        <w:rPr>
          <w:rFonts w:ascii="Georgia" w:hAnsi="Georgia" w:eastAsia="Georgia"/>
          <w:b w:val="0"/>
          <w:i w:val="0"/>
          <w:sz w:val="21"/>
          <w:u w:val="none"/>
        </w:rPr>
        <w:t xml:space="preserve"> grow. When we refuse to feed on the milk of God’s Word and drink His living water we will fail to thrive. So we </w:t>
      </w:r>
      <w:r>
        <w:rPr>
          <w:rFonts w:ascii="Georgia" w:hAnsi="Georgia" w:eastAsia="Georgia"/>
          <w:b w:val="0"/>
          <w:i/>
          <w:sz w:val="21"/>
          <w:u w:val="none"/>
        </w:rPr>
        <w:t>drink</w:t>
      </w:r>
      <w:r>
        <w:rPr>
          <w:rFonts w:ascii="Georgia" w:hAnsi="Georgia" w:eastAsia="Georgia"/>
          <w:b w:val="0"/>
          <w:i w:val="0"/>
          <w:sz w:val="21"/>
          <w:u w:val="none"/>
        </w:rPr>
        <w:t xml:space="preserve"> the milk and as we grow we gradually become ready for solid food. Hebrews 5 says: “Solid food is for the mature, who by constant use have trained themselves to distinguish good from evil.” In I Corinthians 13, he says, “When I was a </w:t>
      </w:r>
      <w:r>
        <w:rPr>
          <w:rFonts w:ascii="Georgia" w:hAnsi="Georgia" w:eastAsia="Georgia"/>
          <w:b w:val="0"/>
          <w:i/>
          <w:sz w:val="21"/>
          <w:u w:val="none"/>
        </w:rPr>
        <w:t>child</w:t>
      </w:r>
      <w:r>
        <w:rPr>
          <w:rFonts w:ascii="Georgia" w:hAnsi="Georgia" w:eastAsia="Georgia"/>
          <w:b w:val="0"/>
          <w:i w:val="0"/>
          <w:sz w:val="21"/>
          <w:u w:val="none"/>
        </w:rPr>
        <w:t xml:space="preserve">, I talked like a child, I thought like a child, I reasoned like a child – but when I became a </w:t>
      </w:r>
      <w:r>
        <w:rPr>
          <w:rFonts w:ascii="Georgia" w:hAnsi="Georgia" w:eastAsia="Georgia"/>
          <w:b w:val="0"/>
          <w:i/>
          <w:sz w:val="21"/>
          <w:u w:val="none"/>
        </w:rPr>
        <w:t>man</w:t>
      </w:r>
      <w:r>
        <w:rPr>
          <w:rFonts w:ascii="Georgia" w:hAnsi="Georgia" w:eastAsia="Georgia"/>
          <w:b w:val="0"/>
          <w:i w:val="0"/>
          <w:sz w:val="21"/>
          <w:u w:val="none"/>
        </w:rPr>
        <w:t xml:space="preserve">, I put </w:t>
      </w:r>
      <w:r>
        <w:rPr>
          <w:rFonts w:ascii="Georgia" w:hAnsi="Georgia" w:eastAsia="Georgia"/>
          <w:b w:val="0"/>
          <w:i/>
          <w:sz w:val="21"/>
          <w:u w:val="none"/>
        </w:rPr>
        <w:t>childish</w:t>
      </w:r>
      <w:r>
        <w:rPr>
          <w:rFonts w:ascii="Georgia" w:hAnsi="Georgia" w:eastAsia="Georgia"/>
          <w:b w:val="0"/>
          <w:i w:val="0"/>
          <w:sz w:val="21"/>
          <w:u w:val="none"/>
        </w:rPr>
        <w:t xml:space="preserve"> ways </w:t>
      </w:r>
      <w:r>
        <w:rPr>
          <w:rFonts w:ascii="Georgia" w:hAnsi="Georgia" w:eastAsia="Georgia"/>
          <w:b w:val="0"/>
          <w:i/>
          <w:sz w:val="21"/>
          <w:u w:val="none"/>
        </w:rPr>
        <w:t>behind</w:t>
      </w:r>
      <w:r>
        <w:rPr>
          <w:rFonts w:ascii="Georgia" w:hAnsi="Georgia" w:eastAsia="Georgia"/>
          <w:b w:val="0"/>
          <w:i w:val="0"/>
          <w:sz w:val="21"/>
          <w:u w:val="none"/>
        </w:rPr>
        <w:t xml:space="preserve"> me.”</w:t>
      </w:r>
    </w:p>
    <w:p>
      <w:pPr>
        <w:widowControl/>
      </w:pPr>
      <w:r>
        <w:rPr>
          <w:rFonts w:ascii="Georgia" w:hAnsi="Georgia" w:eastAsia="Georgia"/>
          <w:b w:val="0"/>
          <w:i w:val="0"/>
          <w:sz w:val="21"/>
          <w:u w:val="none"/>
        </w:rPr>
        <w:t xml:space="preserve">We </w:t>
      </w:r>
      <w:r>
        <w:rPr>
          <w:rFonts w:ascii="Georgia" w:hAnsi="Georgia" w:eastAsia="Georgia"/>
          <w:b w:val="0"/>
          <w:i/>
          <w:sz w:val="21"/>
          <w:u w:val="none"/>
        </w:rPr>
        <w:t>are</w:t>
      </w:r>
      <w:r>
        <w:rPr>
          <w:rFonts w:ascii="Georgia" w:hAnsi="Georgia" w:eastAsia="Georgia"/>
          <w:b w:val="0"/>
          <w:i w:val="0"/>
          <w:sz w:val="21"/>
          <w:u w:val="none"/>
        </w:rPr>
        <w:t xml:space="preserve"> God’s children. When we first are learning to walk, we are going to fall down, but He is there to pick us up and encourage us to try again. He doesn’t scold us for falling – “He remembers that we are dust.” No- He is there inside us, always present to get us back on our feet and moving ahead.</w:t>
      </w:r>
    </w:p>
    <w:p>
      <w:pPr>
        <w:widowControl/>
      </w:pPr>
      <w:r>
        <w:rPr>
          <w:rFonts w:ascii="Georgia" w:hAnsi="Georgia" w:eastAsia="Georgia"/>
          <w:b w:val="0"/>
          <w:i w:val="0"/>
          <w:sz w:val="21"/>
          <w:u w:val="none"/>
        </w:rPr>
        <w:t xml:space="preserve">In several of his devotionals, Oswald Chambers writes, “The Holy Spirit is </w:t>
      </w:r>
      <w:r>
        <w:rPr>
          <w:rFonts w:ascii="Georgia" w:hAnsi="Georgia" w:eastAsia="Georgia"/>
          <w:b w:val="0"/>
          <w:i/>
          <w:sz w:val="21"/>
          <w:u w:val="none"/>
        </w:rPr>
        <w:t>determined</w:t>
      </w:r>
      <w:r>
        <w:rPr>
          <w:rFonts w:ascii="Georgia" w:hAnsi="Georgia" w:eastAsia="Georgia"/>
          <w:b w:val="0"/>
          <w:i w:val="0"/>
          <w:sz w:val="21"/>
          <w:u w:val="none"/>
        </w:rPr>
        <w:t xml:space="preserve"> that we will have the realization of Jesus Christ in every area of our lives. When we don’t learn what He is trying to teach us, He will bring us back to the same point over and over again until we </w:t>
      </w:r>
      <w:r>
        <w:rPr>
          <w:rFonts w:ascii="Georgia" w:hAnsi="Georgia" w:eastAsia="Georgia"/>
          <w:b w:val="0"/>
          <w:i/>
          <w:sz w:val="21"/>
          <w:u w:val="none"/>
        </w:rPr>
        <w:t>do</w:t>
      </w:r>
      <w:r>
        <w:rPr>
          <w:rFonts w:ascii="Georgia" w:hAnsi="Georgia" w:eastAsia="Georgia"/>
          <w:b w:val="0"/>
          <w:i w:val="0"/>
          <w:sz w:val="21"/>
          <w:u w:val="none"/>
        </w:rPr>
        <w:t xml:space="preserve">. --- If I obey Jesus Christ in the seemingly random circumstances of life, they become ‘pin-holes’ through which I see the face of God. --- It really </w:t>
      </w:r>
      <w:r>
        <w:rPr>
          <w:rFonts w:ascii="Georgia" w:hAnsi="Georgia" w:eastAsia="Georgia"/>
          <w:b w:val="0"/>
          <w:i/>
          <w:sz w:val="21"/>
          <w:u w:val="none"/>
        </w:rPr>
        <w:t>is</w:t>
      </w:r>
      <w:r>
        <w:rPr>
          <w:rFonts w:ascii="Georgia" w:hAnsi="Georgia" w:eastAsia="Georgia"/>
          <w:b w:val="0"/>
          <w:i w:val="0"/>
          <w:sz w:val="21"/>
          <w:u w:val="none"/>
        </w:rPr>
        <w:t xml:space="preserve"> true to say, ‘I </w:t>
      </w:r>
      <w:r>
        <w:rPr>
          <w:rFonts w:ascii="Georgia" w:hAnsi="Georgia" w:eastAsia="Georgia"/>
          <w:b w:val="0"/>
          <w:i/>
          <w:sz w:val="21"/>
          <w:u w:val="none"/>
        </w:rPr>
        <w:t xml:space="preserve">cannot live </w:t>
      </w:r>
      <w:r>
        <w:rPr>
          <w:rFonts w:ascii="Georgia" w:hAnsi="Georgia" w:eastAsia="Georgia"/>
          <w:b w:val="0"/>
          <w:i w:val="0"/>
          <w:sz w:val="21"/>
          <w:u w:val="none"/>
        </w:rPr>
        <w:t xml:space="preserve">a holy life, but you </w:t>
      </w:r>
      <w:r>
        <w:rPr>
          <w:rFonts w:ascii="Georgia" w:hAnsi="Georgia" w:eastAsia="Georgia"/>
          <w:b w:val="0"/>
          <w:i/>
          <w:sz w:val="21"/>
          <w:u w:val="none"/>
        </w:rPr>
        <w:t>can</w:t>
      </w:r>
      <w:r>
        <w:rPr>
          <w:rFonts w:ascii="Georgia" w:hAnsi="Georgia" w:eastAsia="Georgia"/>
          <w:b w:val="0"/>
          <w:i w:val="0"/>
          <w:sz w:val="21"/>
          <w:u w:val="none"/>
        </w:rPr>
        <w:t xml:space="preserve"> decide to let Jesus Christ </w:t>
      </w:r>
      <w:r>
        <w:rPr>
          <w:rFonts w:ascii="Georgia" w:hAnsi="Georgia" w:eastAsia="Georgia"/>
          <w:b w:val="0"/>
          <w:i/>
          <w:sz w:val="21"/>
          <w:u w:val="none"/>
        </w:rPr>
        <w:t>make</w:t>
      </w:r>
      <w:r>
        <w:rPr>
          <w:rFonts w:ascii="Georgia" w:hAnsi="Georgia" w:eastAsia="Georgia"/>
          <w:b w:val="0"/>
          <w:i w:val="0"/>
          <w:sz w:val="21"/>
          <w:u w:val="none"/>
        </w:rPr>
        <w:t xml:space="preserve"> you holy. </w:t>
      </w:r>
      <w:r>
        <w:rPr>
          <w:rFonts w:ascii="Georgia" w:hAnsi="Georgia" w:eastAsia="Georgia"/>
          <w:b w:val="0"/>
          <w:i/>
          <w:sz w:val="21"/>
          <w:u w:val="none"/>
        </w:rPr>
        <w:t xml:space="preserve">You cannot love </w:t>
      </w:r>
      <w:r>
        <w:rPr>
          <w:rFonts w:ascii="Georgia" w:hAnsi="Georgia" w:eastAsia="Georgia"/>
          <w:b w:val="0"/>
          <w:i w:val="0"/>
          <w:sz w:val="21"/>
          <w:u w:val="none"/>
        </w:rPr>
        <w:t xml:space="preserve">the Lord with all your being, nor can you love your neighbor as yourself – but you </w:t>
      </w:r>
      <w:r>
        <w:rPr>
          <w:rFonts w:ascii="Georgia" w:hAnsi="Georgia" w:eastAsia="Georgia"/>
          <w:b w:val="0"/>
          <w:i/>
          <w:sz w:val="21"/>
          <w:u w:val="none"/>
        </w:rPr>
        <w:t>can</w:t>
      </w:r>
      <w:r>
        <w:rPr>
          <w:rFonts w:ascii="Georgia" w:hAnsi="Georgia" w:eastAsia="Georgia"/>
          <w:b w:val="0"/>
          <w:i w:val="0"/>
          <w:sz w:val="21"/>
          <w:u w:val="none"/>
        </w:rPr>
        <w:t xml:space="preserve"> place yourself in the proper position where God’s almighty power flows </w:t>
      </w:r>
      <w:r>
        <w:rPr>
          <w:rFonts w:ascii="Georgia" w:hAnsi="Georgia" w:eastAsia="Georgia"/>
          <w:b w:val="0"/>
          <w:i/>
          <w:sz w:val="21"/>
          <w:u w:val="none"/>
        </w:rPr>
        <w:t>through you</w:t>
      </w:r>
      <w:r>
        <w:rPr>
          <w:rFonts w:ascii="Georgia" w:hAnsi="Georgia" w:eastAsia="Georgia"/>
          <w:b w:val="0"/>
          <w:i w:val="0"/>
          <w:sz w:val="21"/>
          <w:u w:val="none"/>
        </w:rPr>
        <w:t xml:space="preserve">. --- If we really believed God </w:t>
      </w:r>
      <w:r>
        <w:rPr>
          <w:rFonts w:ascii="Georgia" w:hAnsi="Georgia" w:eastAsia="Georgia"/>
          <w:b w:val="0"/>
          <w:i/>
          <w:sz w:val="21"/>
          <w:u w:val="none"/>
        </w:rPr>
        <w:t>means</w:t>
      </w:r>
      <w:r>
        <w:rPr>
          <w:rFonts w:ascii="Georgia" w:hAnsi="Georgia" w:eastAsia="Georgia"/>
          <w:b w:val="0"/>
          <w:i w:val="0"/>
          <w:sz w:val="21"/>
          <w:u w:val="none"/>
        </w:rPr>
        <w:t xml:space="preserve"> everything He </w:t>
      </w:r>
      <w:r>
        <w:rPr>
          <w:rFonts w:ascii="Georgia" w:hAnsi="Georgia" w:eastAsia="Georgia"/>
          <w:b w:val="0"/>
          <w:i/>
          <w:sz w:val="21"/>
          <w:u w:val="none"/>
        </w:rPr>
        <w:t>says</w:t>
      </w:r>
      <w:r>
        <w:rPr>
          <w:rFonts w:ascii="Georgia" w:hAnsi="Georgia" w:eastAsia="Georgia"/>
          <w:b w:val="0"/>
          <w:i w:val="0"/>
          <w:sz w:val="21"/>
          <w:u w:val="none"/>
        </w:rPr>
        <w:t xml:space="preserve"> we can be, just </w:t>
      </w:r>
      <w:r>
        <w:rPr>
          <w:rFonts w:ascii="Georgia" w:hAnsi="Georgia" w:eastAsia="Georgia"/>
          <w:b w:val="0"/>
          <w:i/>
          <w:sz w:val="21"/>
          <w:u w:val="none"/>
        </w:rPr>
        <w:t>imagine</w:t>
      </w:r>
      <w:r>
        <w:rPr>
          <w:rFonts w:ascii="Georgia" w:hAnsi="Georgia" w:eastAsia="Georgia"/>
          <w:b w:val="0"/>
          <w:i w:val="0"/>
          <w:sz w:val="21"/>
          <w:u w:val="none"/>
        </w:rPr>
        <w:t xml:space="preserve"> what we would be </w:t>
      </w:r>
      <w:r>
        <w:rPr>
          <w:rFonts w:ascii="Georgia" w:hAnsi="Georgia" w:eastAsia="Georgia"/>
          <w:b w:val="0"/>
          <w:i/>
          <w:sz w:val="21"/>
          <w:u w:val="none"/>
        </w:rPr>
        <w:t>like</w:t>
      </w:r>
      <w:r>
        <w:rPr>
          <w:rFonts w:ascii="Georgia" w:hAnsi="Georgia" w:eastAsia="Georgia"/>
          <w:b w:val="0"/>
          <w:i w:val="0"/>
          <w:sz w:val="21"/>
          <w:u w:val="none"/>
        </w:rPr>
        <w:t xml:space="preserve">! Do I </w:t>
      </w:r>
      <w:r>
        <w:rPr>
          <w:rFonts w:ascii="Georgia" w:hAnsi="Georgia" w:eastAsia="Georgia"/>
          <w:b w:val="0"/>
          <w:i/>
          <w:sz w:val="21"/>
          <w:u w:val="none"/>
        </w:rPr>
        <w:t>dare</w:t>
      </w:r>
      <w:r>
        <w:rPr>
          <w:rFonts w:ascii="Georgia" w:hAnsi="Georgia" w:eastAsia="Georgia"/>
          <w:b w:val="0"/>
          <w:i w:val="0"/>
          <w:sz w:val="21"/>
          <w:u w:val="none"/>
        </w:rPr>
        <w:t xml:space="preserve"> to let God be to me all He says He will be?”</w:t>
      </w:r>
    </w:p>
    <w:p>
      <w:bookmarkStart w:id="30" w:name="reflection_29"/>
      <w:pPr>
        <w:pStyle w:val="Heading1"/>
      </w:pPr>
      <w:r>
        <w:rPr>
          <w:rFonts w:ascii="Georgia" w:hAnsi="Georgia" w:eastAsia="Georgia"/>
          <w:b/>
          <w:color w:val="226FA4"/>
          <w:sz w:val="34"/>
        </w:rPr>
        <w:t>Lent: The Reason for the Cross</w:t>
      </w:r>
      <w:bookmarkEnd w:id="30"/>
    </w:p>
    <w:p>
      <w:pPr>
        <w:widowControl/>
      </w:pPr>
      <w:r>
        <w:rPr>
          <w:rFonts w:ascii="Georgia" w:hAnsi="Georgia" w:eastAsia="Georgia"/>
          <w:b w:val="0"/>
          <w:i w:val="0"/>
          <w:sz w:val="21"/>
          <w:u w:val="none"/>
        </w:rPr>
        <w:t xml:space="preserve">Once again we are now into the season of the year Christians call “Lent”. Just as Advent is a time of preparation for the celebration of the coming of Christ into our world as a baby, Lent is a time to set our hearts and our thoughts on that one Holy Week out of time that is the </w:t>
      </w:r>
      <w:r>
        <w:rPr>
          <w:rFonts w:ascii="Georgia" w:hAnsi="Georgia" w:eastAsia="Georgia"/>
          <w:b w:val="0"/>
          <w:i/>
          <w:sz w:val="21"/>
          <w:u w:val="none"/>
        </w:rPr>
        <w:t>reason</w:t>
      </w:r>
      <w:r>
        <w:rPr>
          <w:rFonts w:ascii="Georgia" w:hAnsi="Georgia" w:eastAsia="Georgia"/>
          <w:b w:val="0"/>
          <w:i w:val="0"/>
          <w:sz w:val="21"/>
          <w:u w:val="none"/>
        </w:rPr>
        <w:t xml:space="preserve"> for His coming. It is a time to reflect on our own sinfulness and on the life and death of that spotless “Lamb of God”, the perfect sacrifice given once and for all, to pay the price we owed. </w:t>
      </w:r>
    </w:p>
    <w:p>
      <w:pPr>
        <w:widowControl/>
      </w:pPr>
      <w:r>
        <w:rPr>
          <w:rFonts w:ascii="Georgia" w:hAnsi="Georgia" w:eastAsia="Georgia"/>
          <w:b w:val="0"/>
          <w:i w:val="0"/>
          <w:sz w:val="21"/>
          <w:u w:val="none"/>
        </w:rPr>
        <w:t xml:space="preserve">Do you have a cross hanging on a wall anywhere in your home? Do you ever wear a cross on a chain around your neck? Is there a cross which is the central point in the sanctuary of your church, like it is in ours? The cross has been the symbol of Christianity for 2,000 years, and what it stands for is very precious to us, but have you ever thought about how strange that must be to those who don’t know the gospel of salvation? St. Paul said the cross of Christ is a “stumbling block” to them because it is an “offense” to the Jews and “foolishness” to the gentiles. Jews can’t accept that Jesus could have been their promised Messiah because their scriptures say anyone who is hanged on a “tree” is </w:t>
      </w:r>
      <w:r>
        <w:rPr>
          <w:rFonts w:ascii="Georgia" w:hAnsi="Georgia" w:eastAsia="Georgia"/>
          <w:b w:val="0"/>
          <w:i/>
          <w:sz w:val="21"/>
          <w:u w:val="none"/>
        </w:rPr>
        <w:t>cursed</w:t>
      </w:r>
      <w:r>
        <w:rPr>
          <w:rFonts w:ascii="Georgia" w:hAnsi="Georgia" w:eastAsia="Georgia"/>
          <w:b w:val="0"/>
          <w:i w:val="0"/>
          <w:sz w:val="21"/>
          <w:u w:val="none"/>
        </w:rPr>
        <w:t xml:space="preserve">, and it makes no sense to them that their Messiah would be cursed. But they don’t realize it was necessary for Him to </w:t>
      </w:r>
      <w:r>
        <w:rPr>
          <w:rFonts w:ascii="Georgia" w:hAnsi="Georgia" w:eastAsia="Georgia"/>
          <w:b w:val="0"/>
          <w:i/>
          <w:sz w:val="21"/>
          <w:u w:val="none"/>
        </w:rPr>
        <w:t>become</w:t>
      </w:r>
      <w:r>
        <w:rPr>
          <w:rFonts w:ascii="Georgia" w:hAnsi="Georgia" w:eastAsia="Georgia"/>
          <w:b w:val="0"/>
          <w:i w:val="0"/>
          <w:sz w:val="21"/>
          <w:u w:val="none"/>
        </w:rPr>
        <w:t xml:space="preserve"> a curse for us in order that we may become the righteousness of God. It makes no sense for unbelieving Gentiles either, that an instrument of the most cruel torture would be a symbol of the faith that claims to worship a God of love. But we know it is the cross that is the </w:t>
      </w:r>
      <w:r>
        <w:rPr>
          <w:rFonts w:ascii="Georgia" w:hAnsi="Georgia" w:eastAsia="Georgia"/>
          <w:b w:val="0"/>
          <w:i/>
          <w:sz w:val="21"/>
          <w:u w:val="none"/>
        </w:rPr>
        <w:t>measure</w:t>
      </w:r>
      <w:r>
        <w:rPr>
          <w:rFonts w:ascii="Georgia" w:hAnsi="Georgia" w:eastAsia="Georgia"/>
          <w:b w:val="0"/>
          <w:i w:val="0"/>
          <w:sz w:val="21"/>
          <w:u w:val="none"/>
        </w:rPr>
        <w:t xml:space="preserve"> of His love. The heart of </w:t>
      </w:r>
      <w:r>
        <w:rPr>
          <w:rFonts w:ascii="Georgia" w:hAnsi="Georgia" w:eastAsia="Georgia"/>
          <w:b w:val="0"/>
          <w:i/>
          <w:sz w:val="21"/>
          <w:u w:val="none"/>
        </w:rPr>
        <w:t>salvation</w:t>
      </w:r>
      <w:r>
        <w:rPr>
          <w:rFonts w:ascii="Georgia" w:hAnsi="Georgia" w:eastAsia="Georgia"/>
          <w:b w:val="0"/>
          <w:i w:val="0"/>
          <w:sz w:val="21"/>
          <w:u w:val="none"/>
        </w:rPr>
        <w:t xml:space="preserve"> is the cross of Christ! The reason salvation is so easy to obtain is that it cost God so much. The cross was the place where God and sinful man merged with a tremendous collision; where the way to </w:t>
      </w:r>
      <w:r>
        <w:rPr>
          <w:rFonts w:ascii="Georgia" w:hAnsi="Georgia" w:eastAsia="Georgia"/>
          <w:b w:val="0"/>
          <w:i/>
          <w:sz w:val="21"/>
          <w:u w:val="none"/>
        </w:rPr>
        <w:t>life</w:t>
      </w:r>
      <w:r>
        <w:rPr>
          <w:rFonts w:ascii="Georgia" w:hAnsi="Georgia" w:eastAsia="Georgia"/>
          <w:b w:val="0"/>
          <w:i w:val="0"/>
          <w:sz w:val="21"/>
          <w:u w:val="none"/>
        </w:rPr>
        <w:t xml:space="preserve"> was opened; and where all the cost and pain of that collision was absorbed by the heart of God. The cross was not something that “happened to” Jesus. Never associate the idea of martyrdom with the cross of Christ – the incarnation of Christ would have no meaning without the cross. He </w:t>
      </w:r>
      <w:r>
        <w:rPr>
          <w:rFonts w:ascii="Georgia" w:hAnsi="Georgia" w:eastAsia="Georgia"/>
          <w:b w:val="0"/>
          <w:i/>
          <w:sz w:val="21"/>
          <w:u w:val="none"/>
        </w:rPr>
        <w:t>came</w:t>
      </w:r>
      <w:r>
        <w:rPr>
          <w:rFonts w:ascii="Georgia" w:hAnsi="Georgia" w:eastAsia="Georgia"/>
          <w:b w:val="0"/>
          <w:i w:val="0"/>
          <w:sz w:val="21"/>
          <w:u w:val="none"/>
        </w:rPr>
        <w:t xml:space="preserve"> to die! His death on that cross was the supreme </w:t>
      </w:r>
      <w:r>
        <w:rPr>
          <w:rFonts w:ascii="Georgia" w:hAnsi="Georgia" w:eastAsia="Georgia"/>
          <w:b w:val="0"/>
          <w:i/>
          <w:sz w:val="21"/>
          <w:u w:val="none"/>
        </w:rPr>
        <w:t>triumph</w:t>
      </w:r>
      <w:r>
        <w:rPr>
          <w:rFonts w:ascii="Georgia" w:hAnsi="Georgia" w:eastAsia="Georgia"/>
          <w:b w:val="0"/>
          <w:i w:val="0"/>
          <w:sz w:val="21"/>
          <w:u w:val="none"/>
        </w:rPr>
        <w:t xml:space="preserve"> and it shook the foundations of </w:t>
      </w:r>
      <w:r>
        <w:rPr>
          <w:rFonts w:ascii="Georgia" w:hAnsi="Georgia" w:eastAsia="Georgia"/>
          <w:b w:val="0"/>
          <w:i/>
          <w:sz w:val="21"/>
          <w:u w:val="none"/>
        </w:rPr>
        <w:t>hell!</w:t>
      </w:r>
    </w:p>
    <w:p>
      <w:pPr>
        <w:widowControl/>
      </w:pPr>
      <w:r>
        <w:rPr>
          <w:rFonts w:ascii="Georgia" w:hAnsi="Georgia" w:eastAsia="Georgia"/>
          <w:b w:val="0"/>
          <w:i w:val="0"/>
          <w:sz w:val="21"/>
          <w:u w:val="none"/>
        </w:rPr>
        <w:t xml:space="preserve">We order the movies we watch from Netflix. Last week we watched Mel Gibson’s “The Passion of the Christ” for the second time. We had seen it first at a theater in Mankato shortly after it was released. It was definitely worth seeing again. When this movie first came out, it was highly criticized. Some said it was anti-Semitic because it gives the impression that the </w:t>
      </w:r>
      <w:r>
        <w:rPr>
          <w:rFonts w:ascii="Georgia" w:hAnsi="Georgia" w:eastAsia="Georgia"/>
          <w:b w:val="0"/>
          <w:i/>
          <w:sz w:val="21"/>
          <w:u w:val="none"/>
        </w:rPr>
        <w:t xml:space="preserve">Jews </w:t>
      </w:r>
      <w:r>
        <w:rPr>
          <w:rFonts w:ascii="Georgia" w:hAnsi="Georgia" w:eastAsia="Georgia"/>
          <w:b w:val="0"/>
          <w:i w:val="0"/>
          <w:sz w:val="21"/>
          <w:u w:val="none"/>
        </w:rPr>
        <w:t xml:space="preserve">were responsible for the death of Christ. (Go figure!) Critics also said the violence and gore in the movie is grossly overdone – indeed it </w:t>
      </w:r>
      <w:r>
        <w:rPr>
          <w:rFonts w:ascii="Georgia" w:hAnsi="Georgia" w:eastAsia="Georgia"/>
          <w:b w:val="0"/>
          <w:i/>
          <w:sz w:val="21"/>
          <w:u w:val="none"/>
        </w:rPr>
        <w:t>was</w:t>
      </w:r>
      <w:r>
        <w:rPr>
          <w:rFonts w:ascii="Georgia" w:hAnsi="Georgia" w:eastAsia="Georgia"/>
          <w:b w:val="0"/>
          <w:i w:val="0"/>
          <w:sz w:val="21"/>
          <w:u w:val="none"/>
        </w:rPr>
        <w:t xml:space="preserve"> given an “R” rating for this reason. Reports at the time claimed that after Pope John Paul II saw the film, he said, “It is as it was,” but the attribution was disputed and the Vatican did not confirm it as an official papal judgment.</w:t>
      </w:r>
    </w:p>
    <w:p>
      <w:pPr>
        <w:widowControl/>
      </w:pPr>
      <w:r>
        <w:rPr>
          <w:rFonts w:ascii="Georgia" w:hAnsi="Georgia" w:eastAsia="Georgia"/>
          <w:b w:val="0"/>
          <w:i w:val="0"/>
          <w:sz w:val="21"/>
          <w:u w:val="none"/>
        </w:rPr>
        <w:t xml:space="preserve">Like all movies – even Biblical ones that make an effort to be true to the Scriptures – this one too had parts added for continuity and effect. Because Gibson is Roman Catholic, I expected the story to be told from a Catholic perspective, which it was, but in a tasteful and beautiful way. As Protestants, I think in our efforts to deny the teachings of Catholic tradition concerning the mother of Jesus that do not come from Scripture, we may err in the other direction by not giving Mary the credit she is due. We are told in Luke 2 that, when the time came for Jesus to be presented in the temple, God had revealed to a man named Simeon that this baby was the promised Christ. Simeon took the baby in his arms and blessed Him, and then he said to Mary, “This child is destined to cause the falling and rising of many in Israel, and to be a sign that is spoken against, so that the thoughts of many hearts will be revealed” Then he said to Mary – “And a sword will pierce your </w:t>
      </w:r>
      <w:r>
        <w:rPr>
          <w:rFonts w:ascii="Georgia" w:hAnsi="Georgia" w:eastAsia="Georgia"/>
          <w:b w:val="0"/>
          <w:i/>
          <w:sz w:val="21"/>
          <w:u w:val="none"/>
        </w:rPr>
        <w:t>own</w:t>
      </w:r>
      <w:r>
        <w:rPr>
          <w:rFonts w:ascii="Georgia" w:hAnsi="Georgia" w:eastAsia="Georgia"/>
          <w:b w:val="0"/>
          <w:i w:val="0"/>
          <w:sz w:val="21"/>
          <w:u w:val="none"/>
        </w:rPr>
        <w:t xml:space="preserve"> soul too.” I could only imagine the pain and grief I would feel if something like this was required of one of my sons. What </w:t>
      </w:r>
      <w:r>
        <w:rPr>
          <w:rFonts w:ascii="Georgia" w:hAnsi="Georgia" w:eastAsia="Georgia"/>
          <w:b w:val="0"/>
          <w:i/>
          <w:sz w:val="21"/>
          <w:u w:val="none"/>
        </w:rPr>
        <w:t>anguish</w:t>
      </w:r>
      <w:r>
        <w:rPr>
          <w:rFonts w:ascii="Georgia" w:hAnsi="Georgia" w:eastAsia="Georgia"/>
          <w:b w:val="0"/>
          <w:i w:val="0"/>
          <w:sz w:val="21"/>
          <w:u w:val="none"/>
        </w:rPr>
        <w:t xml:space="preserve"> she must have felt as she watched her perfect, beautiful son slowly tortured to death, knowing His Father, who </w:t>
      </w:r>
      <w:r>
        <w:rPr>
          <w:rFonts w:ascii="Georgia" w:hAnsi="Georgia" w:eastAsia="Georgia"/>
          <w:b w:val="0"/>
          <w:i/>
          <w:sz w:val="21"/>
          <w:u w:val="none"/>
        </w:rPr>
        <w:t>could</w:t>
      </w:r>
      <w:r>
        <w:rPr>
          <w:rFonts w:ascii="Georgia" w:hAnsi="Georgia" w:eastAsia="Georgia"/>
          <w:b w:val="0"/>
          <w:i w:val="0"/>
          <w:sz w:val="21"/>
          <w:u w:val="none"/>
        </w:rPr>
        <w:t xml:space="preserve"> stop it, </w:t>
      </w:r>
      <w:r>
        <w:rPr>
          <w:rFonts w:ascii="Georgia" w:hAnsi="Georgia" w:eastAsia="Georgia"/>
          <w:b w:val="0"/>
          <w:i/>
          <w:sz w:val="21"/>
          <w:u w:val="none"/>
        </w:rPr>
        <w:t>would not</w:t>
      </w:r>
      <w:r>
        <w:rPr>
          <w:rFonts w:ascii="Georgia" w:hAnsi="Georgia" w:eastAsia="Georgia"/>
          <w:b w:val="0"/>
          <w:i w:val="0"/>
          <w:sz w:val="21"/>
          <w:u w:val="none"/>
        </w:rPr>
        <w:t>, because this was the reason that son was born!</w:t>
      </w:r>
    </w:p>
    <w:p>
      <w:pPr>
        <w:widowControl/>
      </w:pPr>
      <w:r>
        <w:rPr>
          <w:rFonts w:ascii="Georgia" w:hAnsi="Georgia" w:eastAsia="Georgia"/>
          <w:b w:val="0"/>
          <w:i w:val="0"/>
          <w:sz w:val="21"/>
          <w:u w:val="none"/>
        </w:rPr>
        <w:t xml:space="preserve">The whole gospel message is in this film. It’s made plain from the outset that this torture and execution was not something beyond Jesus’ control, but that He went willingly every step of the way. When His cross was laid on the torn flesh of His shoulders, He embraced it, like a long-expected friend. </w:t>
      </w:r>
      <w:r>
        <w:rPr>
          <w:rFonts w:ascii="Georgia" w:hAnsi="Georgia" w:eastAsia="Georgia"/>
          <w:b w:val="0"/>
          <w:i/>
          <w:sz w:val="21"/>
          <w:u w:val="none"/>
        </w:rPr>
        <w:t>He</w:t>
      </w:r>
      <w:r>
        <w:rPr>
          <w:rFonts w:ascii="Georgia" w:hAnsi="Georgia" w:eastAsia="Georgia"/>
          <w:b w:val="0"/>
          <w:i w:val="0"/>
          <w:sz w:val="21"/>
          <w:u w:val="none"/>
        </w:rPr>
        <w:t xml:space="preserve"> knew what it </w:t>
      </w:r>
      <w:r>
        <w:rPr>
          <w:rFonts w:ascii="Georgia" w:hAnsi="Georgia" w:eastAsia="Georgia"/>
          <w:b w:val="0"/>
          <w:i/>
          <w:sz w:val="21"/>
          <w:u w:val="none"/>
        </w:rPr>
        <w:t>meant</w:t>
      </w:r>
      <w:r>
        <w:rPr>
          <w:rFonts w:ascii="Georgia" w:hAnsi="Georgia" w:eastAsia="Georgia"/>
          <w:b w:val="0"/>
          <w:i w:val="0"/>
          <w:sz w:val="21"/>
          <w:u w:val="none"/>
        </w:rPr>
        <w:t xml:space="preserve"> – He had always known – that was the reason He came – and His whole life on earth was a journey toward that end. “No man takes My life from Me,” He said – “I lay it down, </w:t>
      </w:r>
      <w:r>
        <w:rPr>
          <w:rFonts w:ascii="Georgia" w:hAnsi="Georgia" w:eastAsia="Georgia"/>
          <w:b w:val="0"/>
          <w:i/>
          <w:sz w:val="21"/>
          <w:u w:val="none"/>
        </w:rPr>
        <w:t>and</w:t>
      </w:r>
      <w:r>
        <w:rPr>
          <w:rFonts w:ascii="Georgia" w:hAnsi="Georgia" w:eastAsia="Georgia"/>
          <w:b w:val="0"/>
          <w:i w:val="0"/>
          <w:sz w:val="21"/>
          <w:u w:val="none"/>
        </w:rPr>
        <w:t xml:space="preserve"> I have the power to take it up again, for this command have I received from My Father.” --- You see, the wages of </w:t>
      </w:r>
      <w:r>
        <w:rPr>
          <w:rFonts w:ascii="Georgia" w:hAnsi="Georgia" w:eastAsia="Georgia"/>
          <w:b w:val="0"/>
          <w:i/>
          <w:sz w:val="21"/>
          <w:u w:val="none"/>
        </w:rPr>
        <w:t xml:space="preserve">sin </w:t>
      </w:r>
      <w:r>
        <w:rPr>
          <w:rFonts w:ascii="Georgia" w:hAnsi="Georgia" w:eastAsia="Georgia"/>
          <w:b w:val="0"/>
          <w:i w:val="0"/>
          <w:sz w:val="21"/>
          <w:u w:val="none"/>
        </w:rPr>
        <w:t>is</w:t>
      </w:r>
      <w:r>
        <w:rPr>
          <w:rFonts w:ascii="Georgia" w:hAnsi="Georgia" w:eastAsia="Georgia"/>
          <w:b w:val="0"/>
          <w:i/>
          <w:sz w:val="21"/>
          <w:u w:val="none"/>
        </w:rPr>
        <w:t xml:space="preserve"> death</w:t>
      </w:r>
      <w:r>
        <w:rPr>
          <w:rFonts w:ascii="Georgia" w:hAnsi="Georgia" w:eastAsia="Georgia"/>
          <w:b w:val="0"/>
          <w:i w:val="0"/>
          <w:sz w:val="21"/>
          <w:u w:val="none"/>
        </w:rPr>
        <w:t xml:space="preserve">. In order for </w:t>
      </w:r>
      <w:r>
        <w:rPr>
          <w:rFonts w:ascii="Georgia" w:hAnsi="Georgia" w:eastAsia="Georgia"/>
          <w:b w:val="0"/>
          <w:i/>
          <w:sz w:val="21"/>
          <w:u w:val="none"/>
        </w:rPr>
        <w:t>us</w:t>
      </w:r>
      <w:r>
        <w:rPr>
          <w:rFonts w:ascii="Georgia" w:hAnsi="Georgia" w:eastAsia="Georgia"/>
          <w:b w:val="0"/>
          <w:i w:val="0"/>
          <w:sz w:val="21"/>
          <w:u w:val="none"/>
        </w:rPr>
        <w:t xml:space="preserve"> to</w:t>
      </w:r>
      <w:r>
        <w:rPr>
          <w:rFonts w:ascii="Georgia" w:hAnsi="Georgia" w:eastAsia="Georgia"/>
          <w:b w:val="0"/>
          <w:i/>
          <w:sz w:val="21"/>
          <w:u w:val="none"/>
        </w:rPr>
        <w:t xml:space="preserve"> live</w:t>
      </w:r>
      <w:r>
        <w:rPr>
          <w:rFonts w:ascii="Georgia" w:hAnsi="Georgia" w:eastAsia="Georgia"/>
          <w:b w:val="0"/>
          <w:i w:val="0"/>
          <w:sz w:val="21"/>
          <w:u w:val="none"/>
        </w:rPr>
        <w:t xml:space="preserve">, </w:t>
      </w:r>
      <w:r>
        <w:rPr>
          <w:rFonts w:ascii="Georgia" w:hAnsi="Georgia" w:eastAsia="Georgia"/>
          <w:b w:val="0"/>
          <w:i/>
          <w:sz w:val="21"/>
          <w:u w:val="none"/>
        </w:rPr>
        <w:t>sin</w:t>
      </w:r>
      <w:r>
        <w:rPr>
          <w:rFonts w:ascii="Georgia" w:hAnsi="Georgia" w:eastAsia="Georgia"/>
          <w:b w:val="0"/>
          <w:i w:val="0"/>
          <w:sz w:val="21"/>
          <w:u w:val="none"/>
        </w:rPr>
        <w:t xml:space="preserve"> had to </w:t>
      </w:r>
      <w:r>
        <w:rPr>
          <w:rFonts w:ascii="Georgia" w:hAnsi="Georgia" w:eastAsia="Georgia"/>
          <w:b w:val="0"/>
          <w:i/>
          <w:sz w:val="21"/>
          <w:u w:val="none"/>
        </w:rPr>
        <w:t>die</w:t>
      </w:r>
      <w:r>
        <w:rPr>
          <w:rFonts w:ascii="Georgia" w:hAnsi="Georgia" w:eastAsia="Georgia"/>
          <w:b w:val="0"/>
          <w:i w:val="0"/>
          <w:sz w:val="21"/>
          <w:u w:val="none"/>
        </w:rPr>
        <w:t xml:space="preserve">! So He </w:t>
      </w:r>
      <w:r>
        <w:rPr>
          <w:rFonts w:ascii="Georgia" w:hAnsi="Georgia" w:eastAsia="Georgia"/>
          <w:b w:val="0"/>
          <w:i/>
          <w:sz w:val="21"/>
          <w:u w:val="none"/>
        </w:rPr>
        <w:t>became sin</w:t>
      </w:r>
      <w:r>
        <w:rPr>
          <w:rFonts w:ascii="Georgia" w:hAnsi="Georgia" w:eastAsia="Georgia"/>
          <w:b w:val="0"/>
          <w:i w:val="0"/>
          <w:sz w:val="21"/>
          <w:u w:val="none"/>
        </w:rPr>
        <w:t xml:space="preserve"> </w:t>
      </w:r>
      <w:r>
        <w:rPr>
          <w:rFonts w:ascii="Georgia" w:hAnsi="Georgia" w:eastAsia="Georgia"/>
          <w:b w:val="0"/>
          <w:i/>
          <w:sz w:val="21"/>
          <w:u w:val="none"/>
        </w:rPr>
        <w:t>for us</w:t>
      </w:r>
      <w:r>
        <w:rPr>
          <w:rFonts w:ascii="Georgia" w:hAnsi="Georgia" w:eastAsia="Georgia"/>
          <w:b w:val="0"/>
          <w:i w:val="0"/>
          <w:sz w:val="21"/>
          <w:u w:val="none"/>
        </w:rPr>
        <w:t xml:space="preserve"> – He was our substitute – our “Passover Lamb.”</w:t>
      </w:r>
    </w:p>
    <w:p>
      <w:pPr>
        <w:widowControl/>
      </w:pPr>
      <w:r>
        <w:rPr>
          <w:rFonts w:ascii="Georgia" w:hAnsi="Georgia" w:eastAsia="Georgia"/>
          <w:b w:val="0"/>
          <w:i w:val="0"/>
          <w:sz w:val="21"/>
          <w:u w:val="none"/>
        </w:rPr>
        <w:t>God hates sin – He cannot even look at it! The Law had already associated hanging on a tree with a curse (Deuteronomy 21:23), and Paul explains that Christ redeemed us from the curse of the law by becoming a curse for us (Galatians 3:13). Jesus took our place to set us free from the curse.</w:t>
      </w:r>
      <w:r>
        <w:rPr>
          <w:rFonts w:ascii="Georgia" w:hAnsi="Georgia" w:eastAsia="Georgia"/>
          <w:b w:val="0"/>
          <w:i w:val="0"/>
          <w:sz w:val="21"/>
          <w:u w:val="none"/>
        </w:rPr>
        <w:t xml:space="preserve"> All the sins for all mankind for all time were nailed with the Lamb to that cross. That’s why His Father had to turn His back – He could not look at it. Yet He loved His Son with a perfect love. He was willing to allow His own heart to be broken to save </w:t>
      </w:r>
      <w:r>
        <w:rPr>
          <w:rFonts w:ascii="Georgia" w:hAnsi="Georgia" w:eastAsia="Georgia"/>
          <w:b w:val="0"/>
          <w:i/>
          <w:sz w:val="21"/>
          <w:u w:val="none"/>
        </w:rPr>
        <w:t>us</w:t>
      </w:r>
      <w:r>
        <w:rPr>
          <w:rFonts w:ascii="Georgia" w:hAnsi="Georgia" w:eastAsia="Georgia"/>
          <w:b w:val="0"/>
          <w:i w:val="0"/>
          <w:sz w:val="21"/>
          <w:u w:val="none"/>
        </w:rPr>
        <w:t xml:space="preserve">. This is so beautifully symbolized in Gibson’s movie when the sky turns ominously black as even the sun hides its face. Then just as Jesus dies, the camera pulls back and up to view the scene from high above and we see a giant tear like the camera is inside it as it falls to the ground and bursts like a huge water balloon. So was this a cruel unfeeling Father turning His back on His suffering child? No – we believe in a triune God. How this can be is a mystery, but we believe it because God says so. Jesus said, “I and the Father are one – He who has seen </w:t>
      </w:r>
      <w:r>
        <w:rPr>
          <w:rFonts w:ascii="Georgia" w:hAnsi="Georgia" w:eastAsia="Georgia"/>
          <w:b w:val="0"/>
          <w:i/>
          <w:sz w:val="21"/>
          <w:u w:val="none"/>
        </w:rPr>
        <w:t xml:space="preserve">Me </w:t>
      </w:r>
      <w:r>
        <w:rPr>
          <w:rFonts w:ascii="Georgia" w:hAnsi="Georgia" w:eastAsia="Georgia"/>
          <w:b w:val="0"/>
          <w:i w:val="0"/>
          <w:sz w:val="21"/>
          <w:u w:val="none"/>
        </w:rPr>
        <w:t xml:space="preserve">has seen the </w:t>
      </w:r>
      <w:r>
        <w:rPr>
          <w:rFonts w:ascii="Georgia" w:hAnsi="Georgia" w:eastAsia="Georgia"/>
          <w:b w:val="0"/>
          <w:i/>
          <w:sz w:val="21"/>
          <w:u w:val="none"/>
        </w:rPr>
        <w:t>Father</w:t>
      </w:r>
      <w:r>
        <w:rPr>
          <w:rFonts w:ascii="Georgia" w:hAnsi="Georgia" w:eastAsia="Georgia"/>
          <w:b w:val="0"/>
          <w:i w:val="0"/>
          <w:sz w:val="21"/>
          <w:u w:val="none"/>
        </w:rPr>
        <w:t>”. Yet Jesus was a man (He suffered and He died) and God is Spirit –</w:t>
      </w:r>
      <w:r>
        <w:rPr>
          <w:rFonts w:ascii="Georgia" w:hAnsi="Georgia" w:eastAsia="Georgia"/>
          <w:b w:val="0"/>
          <w:i w:val="0"/>
          <w:sz w:val="21"/>
          <w:u w:val="none"/>
        </w:rPr>
        <w:t xml:space="preserve"> He cannot die – yet He knew the only way to deliver us from the death sentence we were under was to conquer death by paying our penalty Himself, and to do that He would have to become a man. Jesus was not only God’s Son – He was God Himself. The human sacrifice on that cross in our place was not just God sacrificing His son – it was God sacrificing Himself. Greater love has no man than this!</w:t>
      </w:r>
    </w:p>
    <w:p>
      <w:pPr>
        <w:widowControl/>
      </w:pPr>
      <w:r>
        <w:rPr>
          <w:rFonts w:ascii="Georgia" w:hAnsi="Georgia" w:eastAsia="Georgia"/>
          <w:b w:val="0"/>
          <w:i w:val="0"/>
          <w:sz w:val="21"/>
          <w:u w:val="none"/>
        </w:rPr>
        <w:t xml:space="preserve">If you have not yet seen “The Passion of the Christ”, I urge you to watch it now during the pre-Easter season. The graphic images of Christ’s suffering are disturbing, but they are meant to be. The film aims to present the Passion vividly in the light of Scripture. If you are a Christian, this movie will strengthen your faith. It will emphasize and make more real the truth of all Jesus Christ gave for you and for me and how much He must truly love us. If you are </w:t>
      </w:r>
      <w:r>
        <w:rPr>
          <w:rFonts w:ascii="Georgia" w:hAnsi="Georgia" w:eastAsia="Georgia"/>
          <w:b w:val="0"/>
          <w:i/>
          <w:sz w:val="21"/>
          <w:u w:val="none"/>
        </w:rPr>
        <w:t>not</w:t>
      </w:r>
      <w:r>
        <w:rPr>
          <w:rFonts w:ascii="Georgia" w:hAnsi="Georgia" w:eastAsia="Georgia"/>
          <w:b w:val="0"/>
          <w:i w:val="0"/>
          <w:sz w:val="21"/>
          <w:u w:val="none"/>
        </w:rPr>
        <w:t xml:space="preserve"> a believer, or if you wonder if it may be true but you’re skeptical of this message, see the movie anyway – You will never be the same. The Bible says, “Salvation is found in no-one else, for there is </w:t>
      </w:r>
      <w:r>
        <w:rPr>
          <w:rFonts w:ascii="Georgia" w:hAnsi="Georgia" w:eastAsia="Georgia"/>
          <w:b w:val="0"/>
          <w:i/>
          <w:sz w:val="21"/>
          <w:u w:val="none"/>
        </w:rPr>
        <w:t>no</w:t>
      </w:r>
      <w:r>
        <w:rPr>
          <w:rFonts w:ascii="Georgia" w:hAnsi="Georgia" w:eastAsia="Georgia"/>
          <w:b w:val="0"/>
          <w:i w:val="0"/>
          <w:sz w:val="21"/>
          <w:u w:val="none"/>
        </w:rPr>
        <w:t xml:space="preserve"> other name under heaven given to men by which we must be saved.” This is He that tells us, “I am the Way, the Truth, and the Life – no-one comes to the Father but by </w:t>
      </w:r>
      <w:r>
        <w:rPr>
          <w:rFonts w:ascii="Georgia" w:hAnsi="Georgia" w:eastAsia="Georgia"/>
          <w:b w:val="0"/>
          <w:i/>
          <w:sz w:val="21"/>
          <w:u w:val="none"/>
        </w:rPr>
        <w:t>Me.”</w:t>
      </w:r>
      <w:r>
        <w:rPr>
          <w:rFonts w:ascii="Georgia" w:hAnsi="Georgia" w:eastAsia="Georgia"/>
          <w:b w:val="0"/>
          <w:i w:val="0"/>
          <w:sz w:val="21"/>
          <w:u w:val="none"/>
        </w:rPr>
        <w:t xml:space="preserve"> What if it’s really true and you miss it?</w:t>
      </w:r>
    </w:p>
    <w:p>
      <w:bookmarkStart w:id="31" w:name="reflection_30"/>
      <w:pPr>
        <w:pStyle w:val="Heading1"/>
      </w:pPr>
      <w:r>
        <w:rPr>
          <w:rFonts w:ascii="Georgia" w:hAnsi="Georgia" w:eastAsia="Georgia"/>
          <w:b/>
          <w:color w:val="226FA4"/>
          <w:sz w:val="34"/>
        </w:rPr>
        <w:t>Ash Wednesday</w:t>
      </w:r>
      <w:bookmarkEnd w:id="31"/>
    </w:p>
    <w:p>
      <w:pPr>
        <w:widowControl/>
      </w:pPr>
      <w:r>
        <w:rPr>
          <w:rFonts w:ascii="Georgia" w:hAnsi="Georgia" w:eastAsia="Georgia"/>
          <w:b w:val="0"/>
          <w:i w:val="0"/>
          <w:sz w:val="21"/>
          <w:u w:val="none"/>
        </w:rPr>
        <w:t xml:space="preserve">This past week marked the beginning of the period of the church calendar we call “Lent”. Many of you attended church services on Wednesday where ashes were used to signify the beginning of a period of mourning. Each person received a mark on the forehead (perhaps in the shape of the cross) from these ashes, which in some churches come from the burning of dried palm branches that have been saved from the previous year’s Palm Sunday. This Ash Wednesday tradition is not a Biblical mandate, but if we understand its significance, it can make the days leading up to Holy Week and Easter much more meaningful. The calendar date for Ash Wednesday is determined by counting backwards from Easter Sunday forty days – </w:t>
      </w:r>
      <w:r>
        <w:rPr>
          <w:rFonts w:ascii="Georgia" w:hAnsi="Georgia" w:eastAsia="Georgia"/>
          <w:b w:val="0"/>
          <w:i/>
          <w:sz w:val="21"/>
          <w:u w:val="none"/>
        </w:rPr>
        <w:t xml:space="preserve">not </w:t>
      </w:r>
      <w:r>
        <w:rPr>
          <w:rFonts w:ascii="Georgia" w:hAnsi="Georgia" w:eastAsia="Georgia"/>
          <w:b w:val="0"/>
          <w:i w:val="0"/>
          <w:sz w:val="21"/>
          <w:u w:val="none"/>
        </w:rPr>
        <w:t>counting the Sundays. Why forty days? The number forty, and also multiples of forty, held significant meaning for God’s people throughout the Bible. If we remember that much of scripture has dual meaning – both natural and spiritual – then we know these numbers are not random coincidence. We remember how the children of Israel wandered in the wilderness for 40 years before they finally entered the promised land. Before that, they were slaves in the land of Egypt for exactly 400 years.</w:t>
      </w:r>
    </w:p>
    <w:p>
      <w:pPr>
        <w:widowControl/>
      </w:pPr>
      <w:r>
        <w:rPr>
          <w:rFonts w:ascii="Georgia" w:hAnsi="Georgia" w:eastAsia="Georgia"/>
          <w:b w:val="0"/>
          <w:i w:val="0"/>
          <w:sz w:val="21"/>
          <w:u w:val="none"/>
        </w:rPr>
        <w:t>When Moses received the Ten Commandments, he was in the presence of God on Mount Sinai without food or drink for forty days. When Jesus was led into the wilderness after His baptism, it was for forty days – and after His resurrection from the dead, it was forty days before He bodily ascended into heaven. Why? I don’t know, but I do know He did not do that for no reason. This is another of those mysteries we may have to wait for heaven to reveal. The point is that the number “forty” means something. In the Bible, we see many times proclaimed periods of 40 days set aside to fast, to pray and to repent. Periods of mourning for the dead often lasted forty days as well. Whether the mourning was for the dead or whether it was to reflect on one’s own sinfulness and unworthiness and to repent, it was a time of self-denial and affliction characterized by the wearing of sackcloth and ashes.</w:t>
      </w:r>
    </w:p>
    <w:p>
      <w:pPr>
        <w:widowControl/>
      </w:pPr>
      <w:r>
        <w:rPr>
          <w:rFonts w:ascii="Georgia" w:hAnsi="Georgia" w:eastAsia="Georgia"/>
          <w:b w:val="0"/>
          <w:i w:val="0"/>
          <w:sz w:val="21"/>
          <w:u w:val="none"/>
        </w:rPr>
        <w:t>So, we begin those forty days of Lent with Ash Wednesday, mourning for those times, those years, we have yielded to the power of sin and grieved the heart of God. For forty days we reflect on our sinfulness and the magnitude of the price that was paid to set us free. We may attend weekly Lenten church services which focus on Christ’s supreme sacrifice for us; we may choose to fast to remind us that “Man does not live by bread alone, but by every word that proceeds from the mouth of God.” We are to “</w:t>
      </w:r>
      <w:r>
        <w:rPr>
          <w:rFonts w:ascii="Georgia" w:hAnsi="Georgia" w:eastAsia="Georgia"/>
          <w:b w:val="0"/>
          <w:i/>
          <w:sz w:val="21"/>
          <w:u w:val="none"/>
        </w:rPr>
        <w:t>die</w:t>
      </w:r>
      <w:r>
        <w:rPr>
          <w:rFonts w:ascii="Georgia" w:hAnsi="Georgia" w:eastAsia="Georgia"/>
          <w:b w:val="0"/>
          <w:i w:val="0"/>
          <w:sz w:val="21"/>
          <w:u w:val="none"/>
        </w:rPr>
        <w:t>” to self and to our old sinful selfish ways – maybe there is some specific thing in our life that hinders our spiritual growth. This is a good time to lay that burden at the foot of the cross. We must die to self in order to be raised again with Christ, a brand-new creature. So, it’s a time of mourning for that old man we’re letting go. We’ve lived with him a long time, and even though the new man will have a much better life, our human nature will at times miss that old one.</w:t>
      </w:r>
    </w:p>
    <w:p>
      <w:pPr>
        <w:widowControl/>
      </w:pPr>
      <w:r>
        <w:rPr>
          <w:rFonts w:ascii="Georgia" w:hAnsi="Georgia" w:eastAsia="Georgia"/>
          <w:b w:val="0"/>
          <w:i w:val="0"/>
          <w:sz w:val="21"/>
          <w:u w:val="none"/>
        </w:rPr>
        <w:t xml:space="preserve">We often think of the Christian life as one of sacrifice – we have to </w:t>
      </w:r>
      <w:r>
        <w:rPr>
          <w:rFonts w:ascii="Georgia" w:hAnsi="Georgia" w:eastAsia="Georgia"/>
          <w:b w:val="0"/>
          <w:i/>
          <w:sz w:val="21"/>
          <w:u w:val="none"/>
        </w:rPr>
        <w:t xml:space="preserve">give up </w:t>
      </w:r>
      <w:r>
        <w:rPr>
          <w:rFonts w:ascii="Georgia" w:hAnsi="Georgia" w:eastAsia="Georgia"/>
          <w:b w:val="0"/>
          <w:i w:val="0"/>
          <w:sz w:val="21"/>
          <w:u w:val="none"/>
        </w:rPr>
        <w:t xml:space="preserve">this and </w:t>
      </w:r>
      <w:r>
        <w:rPr>
          <w:rFonts w:ascii="Georgia" w:hAnsi="Georgia" w:eastAsia="Georgia"/>
          <w:b w:val="0"/>
          <w:i/>
          <w:sz w:val="21"/>
          <w:u w:val="none"/>
        </w:rPr>
        <w:t xml:space="preserve">give up </w:t>
      </w:r>
      <w:r>
        <w:rPr>
          <w:rFonts w:ascii="Georgia" w:hAnsi="Georgia" w:eastAsia="Georgia"/>
          <w:b w:val="0"/>
          <w:i w:val="0"/>
          <w:sz w:val="21"/>
          <w:u w:val="none"/>
        </w:rPr>
        <w:t xml:space="preserve">that – and in our human nature we don’t </w:t>
      </w:r>
      <w:r>
        <w:rPr>
          <w:rFonts w:ascii="Georgia" w:hAnsi="Georgia" w:eastAsia="Georgia"/>
          <w:b w:val="0"/>
          <w:i/>
          <w:sz w:val="21"/>
          <w:u w:val="none"/>
        </w:rPr>
        <w:t xml:space="preserve">want </w:t>
      </w:r>
      <w:r>
        <w:rPr>
          <w:rFonts w:ascii="Georgia" w:hAnsi="Georgia" w:eastAsia="Georgia"/>
          <w:b w:val="0"/>
          <w:i w:val="0"/>
          <w:sz w:val="21"/>
          <w:u w:val="none"/>
        </w:rPr>
        <w:t xml:space="preserve">to have to “give up” </w:t>
      </w:r>
      <w:r>
        <w:rPr>
          <w:rFonts w:ascii="Georgia" w:hAnsi="Georgia" w:eastAsia="Georgia"/>
          <w:b w:val="0"/>
          <w:i/>
          <w:sz w:val="21"/>
          <w:u w:val="none"/>
        </w:rPr>
        <w:t>anything!</w:t>
      </w:r>
      <w:r>
        <w:rPr>
          <w:rFonts w:ascii="Georgia" w:hAnsi="Georgia" w:eastAsia="Georgia"/>
          <w:b w:val="0"/>
          <w:i w:val="0"/>
          <w:sz w:val="21"/>
          <w:u w:val="none"/>
        </w:rPr>
        <w:t xml:space="preserve"> Lent is often seen that way. In the Roman Catholic Church, it is often a time to abstain from meat; some see it as a period of weeks when you aren’t supposed to have any fun – hence the traditional “Fat Tuesday” with its Mardi Gras – a time for one last fling of feasting, partying and carousing before all the fun is cut off from Ash Wednesday until after Easter.</w:t>
      </w:r>
    </w:p>
    <w:p>
      <w:pPr>
        <w:widowControl/>
      </w:pPr>
      <w:r>
        <w:rPr>
          <w:rFonts w:ascii="Georgia" w:hAnsi="Georgia" w:eastAsia="Georgia"/>
          <w:b w:val="0"/>
          <w:i w:val="0"/>
          <w:sz w:val="21"/>
          <w:u w:val="none"/>
        </w:rPr>
        <w:t xml:space="preserve">Is this what God expects of us – to give up all those things in life we enjoy? It’s no wonder people don’t want anything to do with Christianity if they think all it is is a life of sacrifice! What does </w:t>
      </w:r>
      <w:r>
        <w:rPr>
          <w:rFonts w:ascii="Georgia" w:hAnsi="Georgia" w:eastAsia="Georgia"/>
          <w:b w:val="0"/>
          <w:i/>
          <w:sz w:val="21"/>
          <w:u w:val="none"/>
        </w:rPr>
        <w:t xml:space="preserve">God </w:t>
      </w:r>
      <w:r>
        <w:rPr>
          <w:rFonts w:ascii="Georgia" w:hAnsi="Georgia" w:eastAsia="Georgia"/>
          <w:b w:val="0"/>
          <w:i w:val="0"/>
          <w:sz w:val="21"/>
          <w:u w:val="none"/>
        </w:rPr>
        <w:t xml:space="preserve">say about that? It’s not the </w:t>
      </w:r>
      <w:r>
        <w:rPr>
          <w:rFonts w:ascii="Georgia" w:hAnsi="Georgia" w:eastAsia="Georgia"/>
          <w:b w:val="0"/>
          <w:i/>
          <w:sz w:val="21"/>
          <w:u w:val="none"/>
        </w:rPr>
        <w:t xml:space="preserve">giving up of things </w:t>
      </w:r>
      <w:r>
        <w:rPr>
          <w:rFonts w:ascii="Georgia" w:hAnsi="Georgia" w:eastAsia="Georgia"/>
          <w:b w:val="0"/>
          <w:i w:val="0"/>
          <w:sz w:val="21"/>
          <w:u w:val="none"/>
        </w:rPr>
        <w:t xml:space="preserve">He wants, but rather a change of heart. Solomon says in Proverbs 21:2-3, “All a man’s ways seem right to </w:t>
      </w:r>
      <w:r>
        <w:rPr>
          <w:rFonts w:ascii="Georgia" w:hAnsi="Georgia" w:eastAsia="Georgia"/>
          <w:b w:val="0"/>
          <w:i/>
          <w:sz w:val="21"/>
          <w:u w:val="none"/>
        </w:rPr>
        <w:t xml:space="preserve">him, </w:t>
      </w:r>
      <w:r>
        <w:rPr>
          <w:rFonts w:ascii="Georgia" w:hAnsi="Georgia" w:eastAsia="Georgia"/>
          <w:b w:val="0"/>
          <w:i w:val="0"/>
          <w:sz w:val="21"/>
          <w:u w:val="none"/>
        </w:rPr>
        <w:t xml:space="preserve">but the </w:t>
      </w:r>
      <w:r>
        <w:rPr>
          <w:rFonts w:ascii="Georgia" w:hAnsi="Georgia" w:eastAsia="Georgia"/>
          <w:b w:val="0"/>
          <w:i/>
          <w:sz w:val="21"/>
          <w:u w:val="none"/>
        </w:rPr>
        <w:t xml:space="preserve">Lord </w:t>
      </w:r>
      <w:r>
        <w:rPr>
          <w:rFonts w:ascii="Georgia" w:hAnsi="Georgia" w:eastAsia="Georgia"/>
          <w:b w:val="0"/>
          <w:i w:val="0"/>
          <w:sz w:val="21"/>
          <w:u w:val="none"/>
        </w:rPr>
        <w:t xml:space="preserve">weighs the heart. To do what is </w:t>
      </w:r>
      <w:r>
        <w:rPr>
          <w:rFonts w:ascii="Georgia" w:hAnsi="Georgia" w:eastAsia="Georgia"/>
          <w:b w:val="0"/>
          <w:i/>
          <w:sz w:val="21"/>
          <w:u w:val="none"/>
        </w:rPr>
        <w:t xml:space="preserve">right </w:t>
      </w:r>
      <w:r>
        <w:rPr>
          <w:rFonts w:ascii="Georgia" w:hAnsi="Georgia" w:eastAsia="Georgia"/>
          <w:b w:val="0"/>
          <w:i w:val="0"/>
          <w:sz w:val="21"/>
          <w:u w:val="none"/>
        </w:rPr>
        <w:t xml:space="preserve">and </w:t>
      </w:r>
      <w:r>
        <w:rPr>
          <w:rFonts w:ascii="Georgia" w:hAnsi="Georgia" w:eastAsia="Georgia"/>
          <w:b w:val="0"/>
          <w:i/>
          <w:sz w:val="21"/>
          <w:u w:val="none"/>
        </w:rPr>
        <w:t xml:space="preserve">just </w:t>
      </w:r>
      <w:r>
        <w:rPr>
          <w:rFonts w:ascii="Georgia" w:hAnsi="Georgia" w:eastAsia="Georgia"/>
          <w:b w:val="0"/>
          <w:i w:val="0"/>
          <w:sz w:val="21"/>
          <w:u w:val="none"/>
        </w:rPr>
        <w:t xml:space="preserve">is more acceptable to the Lord than sacrifice.” And Solomon’s father, David, knew the heart of the Lord when he said in Psalm 40, “Sacrifice and offerings you did not desire --- burnt offerings and sin offerings you did not require --- </w:t>
      </w:r>
      <w:r>
        <w:rPr>
          <w:rFonts w:ascii="Georgia" w:hAnsi="Georgia" w:eastAsia="Georgia"/>
          <w:b w:val="0"/>
          <w:i/>
          <w:sz w:val="21"/>
          <w:u w:val="none"/>
        </w:rPr>
        <w:t xml:space="preserve">I desire </w:t>
      </w:r>
      <w:r>
        <w:rPr>
          <w:rFonts w:ascii="Georgia" w:hAnsi="Georgia" w:eastAsia="Georgia"/>
          <w:b w:val="0"/>
          <w:i w:val="0"/>
          <w:sz w:val="21"/>
          <w:u w:val="none"/>
        </w:rPr>
        <w:t xml:space="preserve">to do your </w:t>
      </w:r>
      <w:r>
        <w:rPr>
          <w:rFonts w:ascii="Georgia" w:hAnsi="Georgia" w:eastAsia="Georgia"/>
          <w:b w:val="0"/>
          <w:i/>
          <w:sz w:val="21"/>
          <w:u w:val="none"/>
        </w:rPr>
        <w:t>will, O my God</w:t>
      </w:r>
      <w:r>
        <w:rPr>
          <w:rFonts w:ascii="Georgia" w:hAnsi="Georgia" w:eastAsia="Georgia"/>
          <w:b w:val="0"/>
          <w:i w:val="0"/>
          <w:sz w:val="21"/>
          <w:u w:val="none"/>
        </w:rPr>
        <w:t xml:space="preserve">; your law is within my heart.” And in Psalm 51:16-17, David says, “You do </w:t>
      </w:r>
      <w:r>
        <w:rPr>
          <w:rFonts w:ascii="Georgia" w:hAnsi="Georgia" w:eastAsia="Georgia"/>
          <w:b w:val="0"/>
          <w:i/>
          <w:sz w:val="21"/>
          <w:u w:val="none"/>
        </w:rPr>
        <w:t xml:space="preserve">not </w:t>
      </w:r>
      <w:r>
        <w:rPr>
          <w:rFonts w:ascii="Georgia" w:hAnsi="Georgia" w:eastAsia="Georgia"/>
          <w:b w:val="0"/>
          <w:i w:val="0"/>
          <w:sz w:val="21"/>
          <w:u w:val="none"/>
        </w:rPr>
        <w:t>delight in sacrifice, or I would bring it; you do not take pleasure in burnt offerings. The sacrifices of God are a broken spirit; a broken and contrite heart, O God you will not despise.”</w:t>
      </w:r>
    </w:p>
    <w:p>
      <w:pPr>
        <w:widowControl/>
      </w:pPr>
      <w:r>
        <w:rPr>
          <w:rFonts w:ascii="Georgia" w:hAnsi="Georgia" w:eastAsia="Georgia"/>
          <w:b w:val="0"/>
          <w:i w:val="0"/>
          <w:sz w:val="21"/>
          <w:u w:val="none"/>
        </w:rPr>
        <w:t xml:space="preserve">In the New Testament, Paul tells us in Romans 12, “I urge you brothers, in view of God’s </w:t>
      </w:r>
      <w:r>
        <w:rPr>
          <w:rFonts w:ascii="Georgia" w:hAnsi="Georgia" w:eastAsia="Georgia"/>
          <w:b w:val="0"/>
          <w:i/>
          <w:sz w:val="21"/>
          <w:u w:val="none"/>
        </w:rPr>
        <w:t xml:space="preserve">mercy, </w:t>
      </w:r>
      <w:r>
        <w:rPr>
          <w:rFonts w:ascii="Georgia" w:hAnsi="Georgia" w:eastAsia="Georgia"/>
          <w:b w:val="0"/>
          <w:i w:val="0"/>
          <w:sz w:val="21"/>
          <w:u w:val="none"/>
        </w:rPr>
        <w:t xml:space="preserve">to offer your bodies as </w:t>
      </w:r>
      <w:r>
        <w:rPr>
          <w:rFonts w:ascii="Georgia" w:hAnsi="Georgia" w:eastAsia="Georgia"/>
          <w:b w:val="0"/>
          <w:i/>
          <w:sz w:val="21"/>
          <w:u w:val="none"/>
        </w:rPr>
        <w:t xml:space="preserve">living </w:t>
      </w:r>
      <w:r>
        <w:rPr>
          <w:rFonts w:ascii="Georgia" w:hAnsi="Georgia" w:eastAsia="Georgia"/>
          <w:b w:val="0"/>
          <w:i w:val="0"/>
          <w:sz w:val="21"/>
          <w:u w:val="none"/>
        </w:rPr>
        <w:t xml:space="preserve">sacrifices, holy and pleasing to God. – This is your spiritual act of worship. Do </w:t>
      </w:r>
      <w:r>
        <w:rPr>
          <w:rFonts w:ascii="Georgia" w:hAnsi="Georgia" w:eastAsia="Georgia"/>
          <w:b w:val="0"/>
          <w:i/>
          <w:sz w:val="21"/>
          <w:u w:val="none"/>
        </w:rPr>
        <w:t xml:space="preserve">not be </w:t>
      </w:r>
      <w:r>
        <w:rPr>
          <w:rFonts w:ascii="Georgia" w:hAnsi="Georgia" w:eastAsia="Georgia"/>
          <w:b w:val="0"/>
          <w:i w:val="0"/>
          <w:sz w:val="21"/>
          <w:u w:val="none"/>
        </w:rPr>
        <w:t xml:space="preserve">conformed </w:t>
      </w:r>
      <w:r>
        <w:rPr>
          <w:rFonts w:ascii="Georgia" w:hAnsi="Georgia" w:eastAsia="Georgia"/>
          <w:b w:val="0"/>
          <w:i/>
          <w:sz w:val="21"/>
          <w:u w:val="none"/>
        </w:rPr>
        <w:t xml:space="preserve">any longer </w:t>
      </w:r>
      <w:r>
        <w:rPr>
          <w:rFonts w:ascii="Georgia" w:hAnsi="Georgia" w:eastAsia="Georgia"/>
          <w:b w:val="0"/>
          <w:i w:val="0"/>
          <w:sz w:val="21"/>
          <w:u w:val="none"/>
        </w:rPr>
        <w:t xml:space="preserve">to the pattern of this world, but be </w:t>
      </w:r>
      <w:r>
        <w:rPr>
          <w:rFonts w:ascii="Georgia" w:hAnsi="Georgia" w:eastAsia="Georgia"/>
          <w:b w:val="0"/>
          <w:i/>
          <w:sz w:val="21"/>
          <w:u w:val="none"/>
        </w:rPr>
        <w:t xml:space="preserve">transformed </w:t>
      </w:r>
      <w:r>
        <w:rPr>
          <w:rFonts w:ascii="Georgia" w:hAnsi="Georgia" w:eastAsia="Georgia"/>
          <w:b w:val="0"/>
          <w:i w:val="0"/>
          <w:sz w:val="21"/>
          <w:u w:val="none"/>
        </w:rPr>
        <w:t xml:space="preserve">by the </w:t>
      </w:r>
      <w:r>
        <w:rPr>
          <w:rFonts w:ascii="Georgia" w:hAnsi="Georgia" w:eastAsia="Georgia"/>
          <w:b w:val="0"/>
          <w:i/>
          <w:sz w:val="21"/>
          <w:u w:val="none"/>
        </w:rPr>
        <w:t xml:space="preserve">renewing </w:t>
      </w:r>
      <w:r>
        <w:rPr>
          <w:rFonts w:ascii="Georgia" w:hAnsi="Georgia" w:eastAsia="Georgia"/>
          <w:b w:val="0"/>
          <w:i w:val="0"/>
          <w:sz w:val="21"/>
          <w:u w:val="none"/>
        </w:rPr>
        <w:t>of your mind.”</w:t>
      </w:r>
    </w:p>
    <w:p>
      <w:pPr>
        <w:widowControl/>
      </w:pPr>
      <w:r>
        <w:rPr>
          <w:rFonts w:ascii="Georgia" w:hAnsi="Georgia" w:eastAsia="Georgia"/>
          <w:b w:val="0"/>
          <w:i w:val="0"/>
          <w:sz w:val="21"/>
          <w:u w:val="none"/>
        </w:rPr>
        <w:t xml:space="preserve">The last part of this verse is very freeing, because you see, it’s </w:t>
      </w:r>
      <w:r>
        <w:rPr>
          <w:rFonts w:ascii="Georgia" w:hAnsi="Georgia" w:eastAsia="Georgia"/>
          <w:b w:val="0"/>
          <w:i/>
          <w:sz w:val="21"/>
          <w:u w:val="none"/>
        </w:rPr>
        <w:t xml:space="preserve">God </w:t>
      </w:r>
      <w:r>
        <w:rPr>
          <w:rFonts w:ascii="Georgia" w:hAnsi="Georgia" w:eastAsia="Georgia"/>
          <w:b w:val="0"/>
          <w:i w:val="0"/>
          <w:sz w:val="21"/>
          <w:u w:val="none"/>
        </w:rPr>
        <w:t xml:space="preserve">who does the work – </w:t>
      </w:r>
      <w:r>
        <w:rPr>
          <w:rFonts w:ascii="Georgia" w:hAnsi="Georgia" w:eastAsia="Georgia"/>
          <w:b w:val="0"/>
          <w:i/>
          <w:sz w:val="21"/>
          <w:u w:val="none"/>
        </w:rPr>
        <w:t>He</w:t>
      </w:r>
      <w:r>
        <w:rPr>
          <w:rFonts w:ascii="Georgia" w:hAnsi="Georgia" w:eastAsia="Georgia"/>
          <w:b w:val="0"/>
          <w:i w:val="0"/>
          <w:sz w:val="21"/>
          <w:u w:val="none"/>
        </w:rPr>
        <w:t xml:space="preserve"> does the transforming of your mind – all </w:t>
      </w:r>
      <w:r>
        <w:rPr>
          <w:rFonts w:ascii="Georgia" w:hAnsi="Georgia" w:eastAsia="Georgia"/>
          <w:b w:val="0"/>
          <w:i/>
          <w:sz w:val="21"/>
          <w:u w:val="none"/>
        </w:rPr>
        <w:t xml:space="preserve">you </w:t>
      </w:r>
      <w:r>
        <w:rPr>
          <w:rFonts w:ascii="Georgia" w:hAnsi="Georgia" w:eastAsia="Georgia"/>
          <w:b w:val="0"/>
          <w:i w:val="0"/>
          <w:sz w:val="21"/>
          <w:u w:val="none"/>
        </w:rPr>
        <w:t xml:space="preserve">have to do is yield to His hand and let Him do it, for “it is God who works in you both to will and to do of His good pleasure.” Oswald Chambers says you must be willing to be </w:t>
      </w:r>
      <w:r>
        <w:rPr>
          <w:rFonts w:ascii="Georgia" w:hAnsi="Georgia" w:eastAsia="Georgia"/>
          <w:b w:val="0"/>
          <w:i/>
          <w:sz w:val="21"/>
          <w:u w:val="none"/>
        </w:rPr>
        <w:t xml:space="preserve">made </w:t>
      </w:r>
      <w:r>
        <w:rPr>
          <w:rFonts w:ascii="Georgia" w:hAnsi="Georgia" w:eastAsia="Georgia"/>
          <w:b w:val="0"/>
          <w:i w:val="0"/>
          <w:sz w:val="21"/>
          <w:u w:val="none"/>
        </w:rPr>
        <w:t xml:space="preserve">willing – willing to be placed on the altar just like Isaac was, and then to experience what that altar represents – burning, purification and separation for only </w:t>
      </w:r>
      <w:r>
        <w:rPr>
          <w:rFonts w:ascii="Georgia" w:hAnsi="Georgia" w:eastAsia="Georgia"/>
          <w:b w:val="0"/>
          <w:i/>
          <w:sz w:val="21"/>
          <w:u w:val="none"/>
        </w:rPr>
        <w:t xml:space="preserve">one </w:t>
      </w:r>
      <w:r>
        <w:rPr>
          <w:rFonts w:ascii="Georgia" w:hAnsi="Georgia" w:eastAsia="Georgia"/>
          <w:b w:val="0"/>
          <w:i w:val="0"/>
          <w:sz w:val="21"/>
          <w:u w:val="none"/>
        </w:rPr>
        <w:t xml:space="preserve">purpose – the </w:t>
      </w:r>
      <w:r>
        <w:rPr>
          <w:rFonts w:ascii="Georgia" w:hAnsi="Georgia" w:eastAsia="Georgia"/>
          <w:b w:val="0"/>
          <w:i/>
          <w:sz w:val="21"/>
          <w:u w:val="none"/>
        </w:rPr>
        <w:t xml:space="preserve">elimination </w:t>
      </w:r>
      <w:r>
        <w:rPr>
          <w:rFonts w:ascii="Georgia" w:hAnsi="Georgia" w:eastAsia="Georgia"/>
          <w:b w:val="0"/>
          <w:i w:val="0"/>
          <w:sz w:val="21"/>
          <w:u w:val="none"/>
        </w:rPr>
        <w:t xml:space="preserve">of every desire and affection not grounded toward God. But </w:t>
      </w:r>
      <w:r>
        <w:rPr>
          <w:rFonts w:ascii="Georgia" w:hAnsi="Georgia" w:eastAsia="Georgia"/>
          <w:b w:val="0"/>
          <w:i/>
          <w:sz w:val="21"/>
          <w:u w:val="none"/>
        </w:rPr>
        <w:t xml:space="preserve">you </w:t>
      </w:r>
      <w:r>
        <w:rPr>
          <w:rFonts w:ascii="Georgia" w:hAnsi="Georgia" w:eastAsia="Georgia"/>
          <w:b w:val="0"/>
          <w:i w:val="0"/>
          <w:sz w:val="21"/>
          <w:u w:val="none"/>
        </w:rPr>
        <w:t xml:space="preserve">don’t eliminate them – </w:t>
      </w:r>
      <w:r>
        <w:rPr>
          <w:rFonts w:ascii="Georgia" w:hAnsi="Georgia" w:eastAsia="Georgia"/>
          <w:b w:val="0"/>
          <w:i/>
          <w:sz w:val="21"/>
          <w:u w:val="none"/>
        </w:rPr>
        <w:t xml:space="preserve">God </w:t>
      </w:r>
      <w:r>
        <w:rPr>
          <w:rFonts w:ascii="Georgia" w:hAnsi="Georgia" w:eastAsia="Georgia"/>
          <w:b w:val="0"/>
          <w:i w:val="0"/>
          <w:sz w:val="21"/>
          <w:u w:val="none"/>
        </w:rPr>
        <w:t>does. You bind the sacrifice (your human nature) to the horns of the altar, and God will take it from there. Self-surrender is the most difficult thing for us to do --- but as soon as we do surrender, abandoning ourselves to Jesus, the Holy Spirit gives us a taste of His joy. When the Holy Spirit comes into our lives, our greatest desire is to lay down our lives for Jesus.</w:t>
      </w:r>
    </w:p>
    <w:p>
      <w:pPr>
        <w:widowControl/>
      </w:pPr>
      <w:r>
        <w:rPr>
          <w:rFonts w:ascii="Georgia" w:hAnsi="Georgia" w:eastAsia="Georgia"/>
          <w:b w:val="0"/>
          <w:i w:val="0"/>
          <w:sz w:val="21"/>
          <w:u w:val="none"/>
        </w:rPr>
        <w:t>Psalm 37:4 says, “</w:t>
      </w:r>
      <w:r>
        <w:rPr>
          <w:rFonts w:ascii="Georgia" w:hAnsi="Georgia" w:eastAsia="Georgia"/>
          <w:b w:val="0"/>
          <w:i/>
          <w:sz w:val="21"/>
          <w:u w:val="none"/>
        </w:rPr>
        <w:t xml:space="preserve">Delight </w:t>
      </w:r>
      <w:r>
        <w:rPr>
          <w:rFonts w:ascii="Georgia" w:hAnsi="Georgia" w:eastAsia="Georgia"/>
          <w:b w:val="0"/>
          <w:i w:val="0"/>
          <w:sz w:val="21"/>
          <w:u w:val="none"/>
        </w:rPr>
        <w:t xml:space="preserve">yourself in the Lord, and </w:t>
      </w:r>
      <w:r>
        <w:rPr>
          <w:rFonts w:ascii="Georgia" w:hAnsi="Georgia" w:eastAsia="Georgia"/>
          <w:b w:val="0"/>
          <w:i/>
          <w:sz w:val="21"/>
          <w:u w:val="none"/>
        </w:rPr>
        <w:t xml:space="preserve">He will give you </w:t>
      </w:r>
      <w:r>
        <w:rPr>
          <w:rFonts w:ascii="Georgia" w:hAnsi="Georgia" w:eastAsia="Georgia"/>
          <w:b w:val="0"/>
          <w:i w:val="0"/>
          <w:sz w:val="21"/>
          <w:u w:val="none"/>
        </w:rPr>
        <w:t xml:space="preserve">the desires of your heart.” He doesn’t </w:t>
      </w:r>
      <w:r>
        <w:rPr>
          <w:rFonts w:ascii="Georgia" w:hAnsi="Georgia" w:eastAsia="Georgia"/>
          <w:b w:val="0"/>
          <w:i/>
          <w:sz w:val="21"/>
          <w:u w:val="none"/>
        </w:rPr>
        <w:t xml:space="preserve">require </w:t>
      </w:r>
      <w:r>
        <w:rPr>
          <w:rFonts w:ascii="Georgia" w:hAnsi="Georgia" w:eastAsia="Georgia"/>
          <w:b w:val="0"/>
          <w:i w:val="0"/>
          <w:sz w:val="21"/>
          <w:u w:val="none"/>
        </w:rPr>
        <w:t xml:space="preserve">us to “give up” a single thing we don’t </w:t>
      </w:r>
      <w:r>
        <w:rPr>
          <w:rFonts w:ascii="Georgia" w:hAnsi="Georgia" w:eastAsia="Georgia"/>
          <w:b w:val="0"/>
          <w:i/>
          <w:sz w:val="21"/>
          <w:u w:val="none"/>
        </w:rPr>
        <w:t xml:space="preserve">want </w:t>
      </w:r>
      <w:r>
        <w:rPr>
          <w:rFonts w:ascii="Georgia" w:hAnsi="Georgia" w:eastAsia="Georgia"/>
          <w:b w:val="0"/>
          <w:i w:val="0"/>
          <w:sz w:val="21"/>
          <w:u w:val="none"/>
        </w:rPr>
        <w:t xml:space="preserve">to give up. What He does is </w:t>
      </w:r>
      <w:r>
        <w:rPr>
          <w:rFonts w:ascii="Georgia" w:hAnsi="Georgia" w:eastAsia="Georgia"/>
          <w:b w:val="0"/>
          <w:i/>
          <w:sz w:val="21"/>
          <w:u w:val="none"/>
        </w:rPr>
        <w:t xml:space="preserve">change </w:t>
      </w:r>
      <w:r>
        <w:rPr>
          <w:rFonts w:ascii="Georgia" w:hAnsi="Georgia" w:eastAsia="Georgia"/>
          <w:b w:val="0"/>
          <w:i w:val="0"/>
          <w:sz w:val="21"/>
          <w:u w:val="none"/>
        </w:rPr>
        <w:t xml:space="preserve">what we </w:t>
      </w:r>
      <w:r>
        <w:rPr>
          <w:rFonts w:ascii="Georgia" w:hAnsi="Georgia" w:eastAsia="Georgia"/>
          <w:b w:val="0"/>
          <w:i/>
          <w:sz w:val="21"/>
          <w:u w:val="none"/>
        </w:rPr>
        <w:t xml:space="preserve">want, </w:t>
      </w:r>
      <w:r>
        <w:rPr>
          <w:rFonts w:ascii="Georgia" w:hAnsi="Georgia" w:eastAsia="Georgia"/>
          <w:b w:val="0"/>
          <w:i w:val="0"/>
          <w:sz w:val="21"/>
          <w:u w:val="none"/>
        </w:rPr>
        <w:t xml:space="preserve">until our will and </w:t>
      </w:r>
      <w:r>
        <w:rPr>
          <w:rFonts w:ascii="Georgia" w:hAnsi="Georgia" w:eastAsia="Georgia"/>
          <w:b w:val="0"/>
          <w:i/>
          <w:sz w:val="21"/>
          <w:u w:val="none"/>
        </w:rPr>
        <w:t xml:space="preserve">His </w:t>
      </w:r>
      <w:r>
        <w:rPr>
          <w:rFonts w:ascii="Georgia" w:hAnsi="Georgia" w:eastAsia="Georgia"/>
          <w:b w:val="0"/>
          <w:i w:val="0"/>
          <w:sz w:val="21"/>
          <w:u w:val="none"/>
        </w:rPr>
        <w:t xml:space="preserve">will are for the same thing, and then His greatest joy is to bless us by fulfilling every single desire and pouring out a blessing so abundant we can’t even hold it all. The day will come when you will look back on those things of the world that held such allure for you once and find they hold no attraction whatsoever, because </w:t>
      </w:r>
      <w:r>
        <w:rPr>
          <w:rFonts w:ascii="Georgia" w:hAnsi="Georgia" w:eastAsia="Georgia"/>
          <w:b w:val="0"/>
          <w:i/>
          <w:sz w:val="21"/>
          <w:u w:val="none"/>
        </w:rPr>
        <w:t xml:space="preserve">your mind </w:t>
      </w:r>
      <w:r>
        <w:rPr>
          <w:rFonts w:ascii="Georgia" w:hAnsi="Georgia" w:eastAsia="Georgia"/>
          <w:b w:val="0"/>
          <w:i w:val="0"/>
          <w:sz w:val="21"/>
          <w:u w:val="none"/>
        </w:rPr>
        <w:t xml:space="preserve">has been </w:t>
      </w:r>
      <w:r>
        <w:rPr>
          <w:rFonts w:ascii="Georgia" w:hAnsi="Georgia" w:eastAsia="Georgia"/>
          <w:b w:val="0"/>
          <w:i/>
          <w:sz w:val="21"/>
          <w:u w:val="none"/>
        </w:rPr>
        <w:t>transformed.</w:t>
      </w:r>
    </w:p>
    <w:p>
      <w:bookmarkStart w:id="32" w:name="about_author"/>
      <w:pPr>
        <w:pStyle w:val="Heading1"/>
        <w:keepNext/>
        <w:spacing w:after="60"/>
        <w:jc w:val="center"/>
      </w:pPr>
      <w:r>
        <w:rPr>
          <w:rFonts w:ascii="Georgia" w:hAnsi="Georgia" w:eastAsia="Georgia"/>
          <w:b/>
          <w:color w:val="226FA4"/>
          <w:sz w:val="34"/>
        </w:rPr>
        <w:t>About the Author</w:t>
      </w:r>
      <w:bookmarkEnd w:id="32"/>
    </w:p>
    <w:p>
      <w:pPr>
        <w:keepNext/>
        <w:spacing w:after="80"/>
        <w:jc w:val="center"/>
      </w:pPr>
      <w:r>
        <w:rPr>
          <w:rFonts w:ascii="Georgia" w:hAnsi="Georgia"/>
          <w:b/>
          <w:color w:val="226FA4"/>
          <w:sz w:val="24"/>
        </w:rPr>
        <w:t>JANICE PERRIN JOHNSON</w:t>
      </w:r>
    </w:p>
    <w:p>
      <w:pPr>
        <w:keepNext/>
        <w:spacing w:after="120"/>
        <w:ind w:left="2376" w:right="2376"/>
        <w:pBdr>
          <w:bottom w:val="single" w:sz="5" w:space="1" w:color="6FAED9"/>
        </w:pBdr>
      </w:pPr>
    </w:p>
    <w:p>
      <w:pPr>
        <w:keepNext/>
        <w:spacing w:after="100"/>
        <w:jc w:val="center"/>
      </w:pPr>
      <w:r>
        <w:drawing>
          <wp:inline xmlns:a="http://schemas.openxmlformats.org/drawingml/2006/main" xmlns:pic="http://schemas.openxmlformats.org/drawingml/2006/picture">
            <wp:extent cx="1444752" cy="2295494"/>
            <wp:docPr id="2" name="Picture 2"/>
            <wp:cNvGraphicFramePr>
              <a:graphicFrameLocks noChangeAspect="1"/>
            </wp:cNvGraphicFramePr>
            <a:graphic>
              <a:graphicData uri="http://schemas.openxmlformats.org/drawingml/2006/picture">
                <pic:pic>
                  <pic:nvPicPr>
                    <pic:cNvPr id="0" name="janice_456.png"/>
                    <pic:cNvPicPr/>
                  </pic:nvPicPr>
                  <pic:blipFill>
                    <a:blip r:embed="rId14"/>
                    <a:stretch>
                      <a:fillRect/>
                    </a:stretch>
                  </pic:blipFill>
                  <pic:spPr>
                    <a:xfrm>
                      <a:off x="0" y="0"/>
                      <a:ext cx="1444752" cy="2295494"/>
                    </a:xfrm>
                    <a:prstGeom prst="rect"/>
                  </pic:spPr>
                </pic:pic>
              </a:graphicData>
            </a:graphic>
          </wp:inline>
        </w:drawing>
      </w:r>
    </w:p>
    <w:p>
      <w:pPr>
        <w:keepNext/>
        <w:spacing w:after="140"/>
        <w:jc w:val="center"/>
      </w:pPr>
      <w:r>
        <w:rPr>
          <w:rFonts w:ascii="Georgia" w:hAnsi="Georgia"/>
          <w:i/>
          <w:color w:val="505050"/>
          <w:sz w:val="18"/>
        </w:rPr>
        <w:t>A seeker of the hidden treasures of Scripture</w:t>
      </w:r>
    </w:p>
    <w:p>
      <w:pPr>
        <w:spacing w:after="100" w:line="240" w:lineRule="auto"/>
        <w:ind w:firstLine="0"/>
        <w:jc w:val="left"/>
      </w:pPr>
      <w:r>
        <w:rPr>
          <w:rFonts w:ascii="Georgia" w:hAnsi="Georgia"/>
          <w:sz w:val="20"/>
        </w:rPr>
        <w:t>Janice Perrin Johnson approaches the Bible as a treasure hunter, studying it inductively by asking what, who, when, where, how, and especially why. She has come to see the Bible not simply as many stories, but as one unfolding story—all pointing to the Lamb of God, our Savior, Jesus Christ.</w:t>
      </w:r>
    </w:p>
    <w:p>
      <w:pPr>
        <w:spacing w:after="100" w:line="240" w:lineRule="auto"/>
        <w:ind w:firstLine="0"/>
        <w:jc w:val="left"/>
      </w:pPr>
      <w:r>
        <w:rPr>
          <w:rFonts w:ascii="Georgia" w:hAnsi="Georgia"/>
          <w:i w:val="0"/>
          <w:sz w:val="20"/>
        </w:rPr>
        <w:t xml:space="preserve">After moving near Winnebago, Minnesota, Janice became a regular voice on “A Sunday Morning Thought,” a ten-minute Sunday radio message on KBEW AM in Blue Earth. Beginning in 2000, she delivered a message every Sunday for ten years. </w:t>
      </w:r>
      <w:r>
        <w:rPr>
          <w:rFonts w:ascii="Georgia" w:hAnsi="Georgia"/>
          <w:i/>
          <w:sz w:val="20"/>
        </w:rPr>
        <w:t>Hidden Treasure</w:t>
      </w:r>
      <w:r>
        <w:rPr>
          <w:rFonts w:ascii="Georgia" w:hAnsi="Georgia"/>
          <w:i w:val="0"/>
          <w:sz w:val="20"/>
        </w:rPr>
        <w:t xml:space="preserve"> gathers reflections from those broadcasts, her life experiences, and the lessons of years of Bible study.</w:t>
      </w:r>
    </w:p>
    <w:p>
      <w:pPr>
        <w:spacing w:after="0" w:line="240" w:lineRule="auto"/>
        <w:ind w:firstLine="0"/>
        <w:jc w:val="left"/>
      </w:pPr>
      <w:r>
        <w:rPr>
          <w:rFonts w:ascii="Georgia" w:hAnsi="Georgia"/>
          <w:sz w:val="20"/>
        </w:rPr>
        <w:t>Janice is a mother, grandmother, and great-grandmother. For roughly one-third of her 80-plus years, she has been a treasure hunter—not for tangible silver or gold, but for the hidden gems she finds between the covers of the Holy Bible.</w:t>
      </w:r>
    </w:p>
    <w:sectPr w:rsidR="00FC693F" w:rsidRPr="0006063C" w:rsidSect="00034616">
      <w:pgSz w:w="8640" w:h="12960"/>
      <w:pgMar w:top="979" w:right="979" w:bottom="979" w:left="979"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ind w:firstLine="288"/>
      <w:jc w:val="both"/>
    </w:pPr>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240"/>
      <w:jc w:val="center"/>
      <w:outlineLvl w:val="0"/>
    </w:pPr>
    <w:rPr>
      <w:rFonts w:asciiTheme="majorHAnsi" w:eastAsiaTheme="majorEastAsia" w:hAnsiTheme="majorHAnsi" w:cstheme="majorBidi" w:ascii="Georgia" w:hAnsi="Georgia"/>
      <w:b/>
      <w:bCs/>
      <w:color w:val="226FA4"/>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Subtitle">
    <w:name w:val="Chapter Subtitle"/>
    <w:pPr>
      <w:keepNext/>
      <w:spacing w:after="240"/>
      <w:jc w:val="center"/>
    </w:pPr>
    <w:rPr>
      <w:rFonts w:ascii="Georgia" w:hAnsi="Georgia"/>
      <w:i/>
      <w:color w:val="183042"/>
      <w:sz w:val="23"/>
    </w:rPr>
  </w:style>
  <w:style w:type="paragraph" w:customStyle="1" w:styleId="Epigraph">
    <w:name w:val="Epigraph"/>
    <w:pPr>
      <w:spacing w:before="240" w:after="160"/>
      <w:ind w:left="504" w:right="504" w:firstLine="0"/>
      <w:jc w:val="center"/>
    </w:pPr>
    <w:rPr>
      <w:rFonts w:ascii="Georgia" w:hAnsi="Georgia"/>
      <w:i/>
      <w:color w:val="183042"/>
      <w:sz w:val="20"/>
    </w:rPr>
  </w:style>
  <w:style w:type="paragraph" w:customStyle="1" w:styleId="TOCEntryEbook">
    <w:name w:val="TOC Entry Ebook"/>
    <w:pPr>
      <w:spacing w:after="80"/>
      <w:ind w:left="216" w:hanging="216"/>
    </w:pPr>
    <w:rPr>
      <w:rFonts w:ascii="Georgia" w:hAnsi="Georgi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Hidden Treasure, Volume 2: Seek and You Shall Find</dc:title>
  <dc:subject/>
  <dc:creator>Janice Perrin Johnson</dc:creator>
  <cp:keywords>Bible, Christian reflections, spirituality, faith, Hidden Treasure</cp:keywords>
  <dc:description>generated by python-docx</dc:description>
  <cp:lastModifiedBy/>
  <cp:revision>1</cp:revision>
  <dcterms:created xsi:type="dcterms:W3CDTF">2013-12-23T23:15:00Z</dcterms:created>
  <dcterms:modified xsi:type="dcterms:W3CDTF">2013-12-23T23:15:00Z</dcterms:modified>
  <cp:category/>
</cp:coreProperties>
</file>